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FD6C6" w14:textId="219AE4E3" w:rsidR="00C31713" w:rsidRPr="0060294A" w:rsidRDefault="00C31713" w:rsidP="00C31713">
      <w:pPr>
        <w:pStyle w:val="Titre"/>
        <w:pBdr>
          <w:bottom w:val="none" w:sz="0" w:space="0" w:color="auto"/>
        </w:pBdr>
        <w:rPr>
          <w:b/>
          <w:bCs/>
          <w:color w:val="31849B" w:themeColor="accent5" w:themeShade="BF"/>
          <w:sz w:val="48"/>
          <w:szCs w:val="48"/>
          <w:lang w:val="fr-BE"/>
        </w:rPr>
      </w:pPr>
      <w:r w:rsidRPr="0060294A">
        <w:rPr>
          <w:b/>
          <w:bCs/>
          <w:color w:val="31849B" w:themeColor="accent5" w:themeShade="BF"/>
          <w:sz w:val="48"/>
          <w:szCs w:val="48"/>
          <w:lang w:val="fr-BE"/>
        </w:rPr>
        <w:t xml:space="preserve">Soumettre un article </w:t>
      </w:r>
      <w:r w:rsidR="00252D34" w:rsidRPr="0060294A">
        <w:rPr>
          <w:b/>
          <w:bCs/>
          <w:color w:val="31849B" w:themeColor="accent5" w:themeShade="BF"/>
          <w:sz w:val="48"/>
          <w:szCs w:val="48"/>
          <w:lang w:val="fr-BE"/>
        </w:rPr>
        <w:t xml:space="preserve">pour le magazine </w:t>
      </w:r>
      <w:proofErr w:type="spellStart"/>
      <w:r w:rsidRPr="0060294A">
        <w:rPr>
          <w:b/>
          <w:bCs/>
          <w:color w:val="31849B" w:themeColor="accent5" w:themeShade="BF"/>
          <w:sz w:val="48"/>
          <w:szCs w:val="48"/>
          <w:lang w:val="fr-BE"/>
        </w:rPr>
        <w:t>VOMinfo</w:t>
      </w:r>
      <w:proofErr w:type="spellEnd"/>
    </w:p>
    <w:p w14:paraId="4250E211" w14:textId="2E3C9058" w:rsidR="002D33EE" w:rsidRPr="0060294A" w:rsidRDefault="001B72E5" w:rsidP="00C31713">
      <w:pPr>
        <w:rPr>
          <w:bCs/>
          <w:sz w:val="28"/>
          <w:szCs w:val="32"/>
          <w:u w:val="single"/>
          <w:lang w:val="fr-BE"/>
        </w:rPr>
      </w:pPr>
      <w:r w:rsidRPr="0060294A">
        <w:rPr>
          <w:bCs/>
          <w:sz w:val="28"/>
          <w:szCs w:val="32"/>
          <w:u w:val="single"/>
          <w:lang w:val="fr-BE"/>
        </w:rPr>
        <w:t xml:space="preserve">Consignes de </w:t>
      </w:r>
      <w:r w:rsidR="00252D34" w:rsidRPr="0060294A">
        <w:rPr>
          <w:bCs/>
          <w:sz w:val="28"/>
          <w:szCs w:val="32"/>
          <w:u w:val="single"/>
          <w:lang w:val="fr-BE"/>
        </w:rPr>
        <w:t xml:space="preserve">rédaction </w:t>
      </w:r>
      <w:r w:rsidRPr="0060294A">
        <w:rPr>
          <w:bCs/>
          <w:sz w:val="28"/>
          <w:szCs w:val="32"/>
          <w:u w:val="single"/>
          <w:lang w:val="fr-BE"/>
        </w:rPr>
        <w:t>et formulaire de soumission</w:t>
      </w:r>
    </w:p>
    <w:p w14:paraId="1909E306" w14:textId="440C38D3" w:rsidR="002D33EE" w:rsidRPr="0060294A" w:rsidRDefault="00A842FD" w:rsidP="00311B25">
      <w:pPr>
        <w:rPr>
          <w:lang w:val="fr-BE"/>
        </w:rPr>
      </w:pPr>
      <w:r w:rsidRPr="0060294A">
        <w:rPr>
          <w:lang w:val="fr-BE"/>
        </w:rPr>
        <w:t>R</w:t>
      </w:r>
      <w:r w:rsidR="001B72E5" w:rsidRPr="0060294A">
        <w:rPr>
          <w:lang w:val="fr-BE"/>
        </w:rPr>
        <w:t xml:space="preserve">emplissez ce formulaire et joignez </w:t>
      </w:r>
      <w:r w:rsidR="003A6598" w:rsidRPr="0060294A">
        <w:rPr>
          <w:lang w:val="fr-BE"/>
        </w:rPr>
        <w:t>les pièces jointes nécessaires</w:t>
      </w:r>
      <w:r w:rsidR="001B72E5" w:rsidRPr="0060294A">
        <w:rPr>
          <w:lang w:val="fr-BE"/>
        </w:rPr>
        <w:t xml:space="preserve">. Les textes et les images doivent être libres de droits et respecter les recommandations ci-dessous. </w:t>
      </w:r>
      <w:r w:rsidR="0040119B" w:rsidRPr="0060294A">
        <w:rPr>
          <w:lang w:val="fr-BE"/>
        </w:rPr>
        <w:t xml:space="preserve">Les champs marqués d'un </w:t>
      </w:r>
      <w:r w:rsidR="005F0368" w:rsidRPr="005F0368">
        <w:rPr>
          <w:color w:val="C00000"/>
          <w:lang w:val="fr-BE"/>
        </w:rPr>
        <w:t>*</w:t>
      </w:r>
      <w:r w:rsidR="0040119B" w:rsidRPr="005F0368">
        <w:rPr>
          <w:color w:val="C00000"/>
          <w:lang w:val="fr-BE"/>
        </w:rPr>
        <w:t xml:space="preserve"> </w:t>
      </w:r>
      <w:r w:rsidR="0040119B" w:rsidRPr="0060294A">
        <w:rPr>
          <w:lang w:val="fr-BE"/>
        </w:rPr>
        <w:t>sont obligatoires.</w:t>
      </w:r>
      <w:r w:rsidR="005B704E">
        <w:rPr>
          <w:lang w:val="fr-BE"/>
        </w:rPr>
        <w:t xml:space="preserve"> </w:t>
      </w:r>
      <w:r w:rsidR="00311B25" w:rsidRPr="0060294A">
        <w:rPr>
          <w:b/>
          <w:bCs/>
          <w:lang w:val="fr-BE"/>
        </w:rPr>
        <w:t xml:space="preserve">Personne de contact </w:t>
      </w:r>
      <w:r w:rsidR="0060294A">
        <w:rPr>
          <w:b/>
          <w:bCs/>
          <w:lang w:val="fr-BE"/>
        </w:rPr>
        <w:t xml:space="preserve">à la </w:t>
      </w:r>
      <w:r w:rsidR="00311B25" w:rsidRPr="0060294A">
        <w:rPr>
          <w:b/>
          <w:bCs/>
          <w:lang w:val="fr-BE"/>
        </w:rPr>
        <w:t xml:space="preserve">VOM : </w:t>
      </w:r>
      <w:r w:rsidR="00311B25" w:rsidRPr="0060294A">
        <w:rPr>
          <w:lang w:val="fr-BE"/>
        </w:rPr>
        <w:t>Julie Moreau |</w:t>
      </w:r>
      <w:hyperlink r:id="rId11" w:history="1">
        <w:r w:rsidR="0060294A" w:rsidRPr="009C38FD">
          <w:rPr>
            <w:rStyle w:val="Lienhypertexte"/>
            <w:lang w:val="fr-BE"/>
          </w:rPr>
          <w:t>julie@vom.be</w:t>
        </w:r>
      </w:hyperlink>
      <w:r w:rsidR="00311B25" w:rsidRPr="0060294A">
        <w:rPr>
          <w:lang w:val="fr-BE"/>
        </w:rPr>
        <w:t xml:space="preserve"> |+32 (0)16 40 14 20</w:t>
      </w:r>
    </w:p>
    <w:tbl>
      <w:tblPr>
        <w:tblStyle w:val="Grilledutableau"/>
        <w:tblW w:w="9634" w:type="dxa"/>
        <w:tblLook w:val="04A0" w:firstRow="1" w:lastRow="0" w:firstColumn="1" w:lastColumn="0" w:noHBand="0" w:noVBand="1"/>
      </w:tblPr>
      <w:tblGrid>
        <w:gridCol w:w="1271"/>
        <w:gridCol w:w="2693"/>
        <w:gridCol w:w="2127"/>
        <w:gridCol w:w="3543"/>
      </w:tblGrid>
      <w:tr w:rsidR="00311B25" w14:paraId="666E3CF4" w14:textId="55A4ED9B" w:rsidTr="00212D3F">
        <w:tc>
          <w:tcPr>
            <w:tcW w:w="1271" w:type="dxa"/>
            <w:shd w:val="clear" w:color="auto" w:fill="DAEEF3" w:themeFill="accent5" w:themeFillTint="33"/>
          </w:tcPr>
          <w:p w14:paraId="0FA36C72" w14:textId="5F0130C1" w:rsidR="00311B25" w:rsidRDefault="008A6874" w:rsidP="00311B25">
            <w:pPr>
              <w:rPr>
                <w:lang w:val="fr-BE"/>
              </w:rPr>
            </w:pPr>
            <w:r w:rsidRPr="005B704E">
              <w:rPr>
                <w:lang w:val="fr-BE"/>
              </w:rPr>
              <w:t>Entreprise</w:t>
            </w:r>
            <w:r w:rsidRPr="005F0368">
              <w:rPr>
                <w:color w:val="C00000"/>
                <w:lang w:val="fr-BE"/>
              </w:rPr>
              <w:t>*</w:t>
            </w:r>
            <w:r w:rsidRPr="0040217F">
              <w:rPr>
                <w:highlight w:val="yellow"/>
                <w:lang w:val="fr-BE"/>
              </w:rPr>
              <w:t xml:space="preserve">                                                    </w:t>
            </w:r>
          </w:p>
        </w:tc>
        <w:tc>
          <w:tcPr>
            <w:tcW w:w="2693" w:type="dxa"/>
          </w:tcPr>
          <w:p w14:paraId="0B841D8C" w14:textId="5662E883" w:rsidR="00311B25" w:rsidRDefault="00311B25" w:rsidP="00311B25">
            <w:pPr>
              <w:rPr>
                <w:lang w:val="fr-BE"/>
              </w:rPr>
            </w:pPr>
          </w:p>
        </w:tc>
        <w:tc>
          <w:tcPr>
            <w:tcW w:w="2127" w:type="dxa"/>
            <w:shd w:val="clear" w:color="auto" w:fill="DAEEF3" w:themeFill="accent5" w:themeFillTint="33"/>
          </w:tcPr>
          <w:p w14:paraId="43F675CA" w14:textId="78789B17" w:rsidR="00311B25" w:rsidRDefault="00311B25" w:rsidP="00311B25">
            <w:pPr>
              <w:rPr>
                <w:lang w:val="fr-BE"/>
              </w:rPr>
            </w:pPr>
            <w:r w:rsidRPr="00812BCB">
              <w:rPr>
                <w:lang w:val="fr-BE"/>
              </w:rPr>
              <w:t xml:space="preserve">Personne de </w:t>
            </w:r>
            <w:r w:rsidR="008A6874" w:rsidRPr="005B704E">
              <w:rPr>
                <w:lang w:val="fr-BE"/>
              </w:rPr>
              <w:t>contact</w:t>
            </w:r>
            <w:r w:rsidR="005F0368" w:rsidRPr="005F0368">
              <w:rPr>
                <w:color w:val="C00000"/>
                <w:lang w:val="fr-BE"/>
              </w:rPr>
              <w:t>*</w:t>
            </w:r>
          </w:p>
        </w:tc>
        <w:tc>
          <w:tcPr>
            <w:tcW w:w="3543" w:type="dxa"/>
          </w:tcPr>
          <w:p w14:paraId="333C48F2" w14:textId="0F02D417" w:rsidR="00311B25" w:rsidRDefault="00311B25" w:rsidP="00311B25">
            <w:pPr>
              <w:rPr>
                <w:lang w:val="fr-BE"/>
              </w:rPr>
            </w:pPr>
          </w:p>
        </w:tc>
      </w:tr>
      <w:tr w:rsidR="00311B25" w14:paraId="0CCCFF7E" w14:textId="1F8A0892" w:rsidTr="00212D3F">
        <w:tc>
          <w:tcPr>
            <w:tcW w:w="1271" w:type="dxa"/>
            <w:shd w:val="clear" w:color="auto" w:fill="DAEEF3" w:themeFill="accent5" w:themeFillTint="33"/>
          </w:tcPr>
          <w:p w14:paraId="2E254637" w14:textId="4BB84D41" w:rsidR="00311B25" w:rsidRDefault="008A6874" w:rsidP="00311B25">
            <w:pPr>
              <w:rPr>
                <w:lang w:val="fr-BE"/>
              </w:rPr>
            </w:pPr>
            <w:r w:rsidRPr="005B704E">
              <w:rPr>
                <w:lang w:val="fr-BE"/>
              </w:rPr>
              <w:t>E-mail</w:t>
            </w:r>
            <w:r w:rsidR="005F0368" w:rsidRPr="005F0368">
              <w:rPr>
                <w:color w:val="C00000"/>
                <w:lang w:val="fr-BE"/>
              </w:rPr>
              <w:t>*</w:t>
            </w:r>
            <w:r w:rsidRPr="0040217F">
              <w:rPr>
                <w:highlight w:val="yellow"/>
                <w:lang w:val="fr-BE"/>
              </w:rPr>
              <w:t xml:space="preserve">                                                      </w:t>
            </w:r>
          </w:p>
        </w:tc>
        <w:tc>
          <w:tcPr>
            <w:tcW w:w="2693" w:type="dxa"/>
          </w:tcPr>
          <w:p w14:paraId="67038332" w14:textId="1C4B4781" w:rsidR="00311B25" w:rsidRDefault="00311B25" w:rsidP="00311B25">
            <w:pPr>
              <w:rPr>
                <w:lang w:val="fr-BE"/>
              </w:rPr>
            </w:pPr>
          </w:p>
        </w:tc>
        <w:tc>
          <w:tcPr>
            <w:tcW w:w="2127" w:type="dxa"/>
            <w:shd w:val="clear" w:color="auto" w:fill="DAEEF3" w:themeFill="accent5" w:themeFillTint="33"/>
          </w:tcPr>
          <w:p w14:paraId="00EF7920" w14:textId="2B732C31" w:rsidR="00311B25" w:rsidRDefault="00311B25" w:rsidP="00311B25">
            <w:pPr>
              <w:rPr>
                <w:lang w:val="fr-BE"/>
              </w:rPr>
            </w:pPr>
            <w:r w:rsidRPr="00812BCB">
              <w:rPr>
                <w:lang w:val="fr-BE"/>
              </w:rPr>
              <w:t xml:space="preserve">Numéro de </w:t>
            </w:r>
            <w:r w:rsidR="008A6874" w:rsidRPr="005B704E">
              <w:rPr>
                <w:lang w:val="fr-BE"/>
              </w:rPr>
              <w:t>téléphone</w:t>
            </w:r>
            <w:r w:rsidR="005F0368" w:rsidRPr="005F0368">
              <w:rPr>
                <w:color w:val="C00000"/>
                <w:lang w:val="fr-BE"/>
              </w:rPr>
              <w:t>*</w:t>
            </w:r>
          </w:p>
        </w:tc>
        <w:tc>
          <w:tcPr>
            <w:tcW w:w="3543" w:type="dxa"/>
          </w:tcPr>
          <w:p w14:paraId="0D77929F" w14:textId="7A8F40FB" w:rsidR="00311B25" w:rsidRDefault="00311B25" w:rsidP="00311B25">
            <w:pPr>
              <w:rPr>
                <w:lang w:val="fr-BE"/>
              </w:rPr>
            </w:pPr>
          </w:p>
        </w:tc>
      </w:tr>
    </w:tbl>
    <w:p w14:paraId="2807743B" w14:textId="5D38C18B" w:rsidR="002D33EE" w:rsidRPr="00812BCB" w:rsidRDefault="001B72E5" w:rsidP="00311B25">
      <w:pPr>
        <w:pStyle w:val="Titre1"/>
        <w:numPr>
          <w:ilvl w:val="0"/>
          <w:numId w:val="15"/>
        </w:numPr>
        <w:rPr>
          <w:lang w:val="fr-BE"/>
        </w:rPr>
      </w:pPr>
      <w:r w:rsidRPr="00812BCB">
        <w:rPr>
          <w:lang w:val="fr-BE"/>
        </w:rPr>
        <w:t xml:space="preserve">Choisissez </w:t>
      </w:r>
      <w:r w:rsidR="00DB317C">
        <w:rPr>
          <w:lang w:val="fr-BE"/>
        </w:rPr>
        <w:t>l'édition de la publication</w:t>
      </w:r>
    </w:p>
    <w:tbl>
      <w:tblPr>
        <w:tblStyle w:val="Grilledutableau"/>
        <w:tblW w:w="9634" w:type="dxa"/>
        <w:tblLook w:val="04A0" w:firstRow="1" w:lastRow="0" w:firstColumn="1" w:lastColumn="0" w:noHBand="0" w:noVBand="1"/>
      </w:tblPr>
      <w:tblGrid>
        <w:gridCol w:w="1350"/>
        <w:gridCol w:w="3862"/>
        <w:gridCol w:w="2013"/>
        <w:gridCol w:w="2409"/>
      </w:tblGrid>
      <w:tr w:rsidR="00812BCB" w:rsidRPr="00812BCB" w14:paraId="624CB726" w14:textId="3408EA97" w:rsidTr="00212D3F">
        <w:tc>
          <w:tcPr>
            <w:tcW w:w="1350" w:type="dxa"/>
          </w:tcPr>
          <w:p w14:paraId="4102B415" w14:textId="27E4F167" w:rsidR="00812BCB" w:rsidRPr="00812BCB" w:rsidRDefault="00812BCB">
            <w:pPr>
              <w:rPr>
                <w:b/>
                <w:bCs/>
              </w:rPr>
            </w:pPr>
            <w:proofErr w:type="spellStart"/>
            <w:r w:rsidRPr="00812BCB">
              <w:rPr>
                <w:b/>
                <w:bCs/>
              </w:rPr>
              <w:t>Édition</w:t>
            </w:r>
            <w:proofErr w:type="spellEnd"/>
            <w:r>
              <w:rPr>
                <w:b/>
                <w:bCs/>
              </w:rPr>
              <w:t xml:space="preserve"> 2026</w:t>
            </w:r>
          </w:p>
        </w:tc>
        <w:tc>
          <w:tcPr>
            <w:tcW w:w="3862" w:type="dxa"/>
          </w:tcPr>
          <w:p w14:paraId="1FC357C8" w14:textId="77777777" w:rsidR="00812BCB" w:rsidRPr="00812BCB" w:rsidRDefault="00812BCB">
            <w:pPr>
              <w:rPr>
                <w:b/>
                <w:bCs/>
              </w:rPr>
            </w:pPr>
            <w:r w:rsidRPr="00812BCB">
              <w:rPr>
                <w:b/>
                <w:bCs/>
              </w:rPr>
              <w:t>Thème</w:t>
            </w:r>
          </w:p>
        </w:tc>
        <w:tc>
          <w:tcPr>
            <w:tcW w:w="2013" w:type="dxa"/>
          </w:tcPr>
          <w:p w14:paraId="240B5871" w14:textId="4B2CD2BD" w:rsidR="00812BCB" w:rsidRPr="00812BCB" w:rsidRDefault="00621671">
            <w:pPr>
              <w:rPr>
                <w:b/>
                <w:bCs/>
              </w:rPr>
            </w:pPr>
            <w:r>
              <w:rPr>
                <w:b/>
                <w:bCs/>
              </w:rPr>
              <w:t xml:space="preserve">Date limite </w:t>
            </w:r>
            <w:r w:rsidR="00812BCB">
              <w:rPr>
                <w:b/>
                <w:bCs/>
              </w:rPr>
              <w:t xml:space="preserve">d'envoi </w:t>
            </w:r>
            <w:r w:rsidR="00311B25">
              <w:rPr>
                <w:b/>
                <w:bCs/>
              </w:rPr>
              <w:t>:</w:t>
            </w:r>
          </w:p>
        </w:tc>
        <w:tc>
          <w:tcPr>
            <w:tcW w:w="2409" w:type="dxa"/>
            <w:shd w:val="clear" w:color="auto" w:fill="DAEEF3" w:themeFill="accent5" w:themeFillTint="33"/>
          </w:tcPr>
          <w:p w14:paraId="551C6B9C" w14:textId="0556234A" w:rsidR="00812BCB" w:rsidRPr="00812BCB" w:rsidRDefault="00812BCB">
            <w:pPr>
              <w:rPr>
                <w:b/>
                <w:bCs/>
              </w:rPr>
            </w:pPr>
            <w:r>
              <w:rPr>
                <w:b/>
                <w:bCs/>
              </w:rPr>
              <w:t xml:space="preserve">Mon </w:t>
            </w:r>
            <w:r w:rsidR="007E55C3" w:rsidRPr="005B704E">
              <w:rPr>
                <w:b/>
                <w:bCs/>
              </w:rPr>
              <w:t>choix</w:t>
            </w:r>
            <w:r w:rsidR="005F0368" w:rsidRPr="005F0368">
              <w:rPr>
                <w:color w:val="C00000"/>
                <w:lang w:val="fr-BE"/>
              </w:rPr>
              <w:t>*</w:t>
            </w:r>
          </w:p>
        </w:tc>
      </w:tr>
      <w:tr w:rsidR="00812BCB" w:rsidRPr="00812BCB" w14:paraId="536C26DE" w14:textId="3E5927D3" w:rsidTr="00212D3F">
        <w:tc>
          <w:tcPr>
            <w:tcW w:w="1350" w:type="dxa"/>
          </w:tcPr>
          <w:p w14:paraId="341B0D50" w14:textId="77777777" w:rsidR="00812BCB" w:rsidRPr="00621671" w:rsidRDefault="00812BCB">
            <w:pPr>
              <w:rPr>
                <w:b/>
                <w:bCs/>
              </w:rPr>
            </w:pPr>
            <w:r w:rsidRPr="00621671">
              <w:rPr>
                <w:b/>
                <w:bCs/>
              </w:rPr>
              <w:t>Février</w:t>
            </w:r>
          </w:p>
        </w:tc>
        <w:tc>
          <w:tcPr>
            <w:tcW w:w="3862" w:type="dxa"/>
          </w:tcPr>
          <w:p w14:paraId="0CDA8E1B" w14:textId="5E630FF7" w:rsidR="00EC4392" w:rsidRPr="0060294A" w:rsidRDefault="00EC4392">
            <w:pPr>
              <w:rPr>
                <w:lang w:val="fr-BE"/>
              </w:rPr>
            </w:pPr>
            <w:r w:rsidRPr="00EC4392">
              <w:rPr>
                <w:lang w:val="fr-BE"/>
              </w:rPr>
              <w:t>Innover &amp; Entreprendre dans le traitement de surface</w:t>
            </w:r>
          </w:p>
        </w:tc>
        <w:tc>
          <w:tcPr>
            <w:tcW w:w="2013" w:type="dxa"/>
          </w:tcPr>
          <w:p w14:paraId="378A65B2" w14:textId="4F22F857" w:rsidR="00812BCB" w:rsidRPr="00812BCB" w:rsidRDefault="00812BCB">
            <w:r w:rsidRPr="00812BCB">
              <w:t>23/01/2026</w:t>
            </w:r>
          </w:p>
        </w:tc>
        <w:tc>
          <w:tcPr>
            <w:tcW w:w="2409" w:type="dxa"/>
          </w:tcPr>
          <w:p w14:paraId="7D598F8F" w14:textId="77777777" w:rsidR="00812BCB" w:rsidRPr="00812BCB" w:rsidRDefault="00812BCB"/>
        </w:tc>
      </w:tr>
      <w:tr w:rsidR="00812BCB" w:rsidRPr="00812BCB" w14:paraId="4F2AA1F8" w14:textId="6FE54CD8" w:rsidTr="00212D3F">
        <w:tc>
          <w:tcPr>
            <w:tcW w:w="1350" w:type="dxa"/>
          </w:tcPr>
          <w:p w14:paraId="771BFE3E" w14:textId="77777777" w:rsidR="00812BCB" w:rsidRPr="00621671" w:rsidRDefault="00812BCB">
            <w:pPr>
              <w:rPr>
                <w:b/>
                <w:bCs/>
              </w:rPr>
            </w:pPr>
            <w:r w:rsidRPr="00621671">
              <w:rPr>
                <w:b/>
                <w:bCs/>
              </w:rPr>
              <w:t>Avril</w:t>
            </w:r>
          </w:p>
        </w:tc>
        <w:tc>
          <w:tcPr>
            <w:tcW w:w="3862" w:type="dxa"/>
          </w:tcPr>
          <w:p w14:paraId="07F58A6F" w14:textId="0AC40CB5" w:rsidR="00812BCB" w:rsidRPr="0060294A" w:rsidRDefault="007A1D4B">
            <w:pPr>
              <w:rPr>
                <w:lang w:val="fr-BE"/>
              </w:rPr>
            </w:pPr>
            <w:r w:rsidRPr="007A1D4B">
              <w:rPr>
                <w:lang w:val="fr-BE"/>
              </w:rPr>
              <w:t>Quelle circularité pour le traitement de surface ?</w:t>
            </w:r>
          </w:p>
        </w:tc>
        <w:tc>
          <w:tcPr>
            <w:tcW w:w="2013" w:type="dxa"/>
          </w:tcPr>
          <w:p w14:paraId="751F89A9" w14:textId="77777777" w:rsidR="00812BCB" w:rsidRPr="00812BCB" w:rsidRDefault="00812BCB" w:rsidP="00812BCB">
            <w:r w:rsidRPr="00812BCB">
              <w:t>20/03/2026</w:t>
            </w:r>
          </w:p>
          <w:p w14:paraId="71CC8C2E" w14:textId="77777777" w:rsidR="00812BCB" w:rsidRPr="00812BCB" w:rsidRDefault="00812BCB"/>
        </w:tc>
        <w:tc>
          <w:tcPr>
            <w:tcW w:w="2409" w:type="dxa"/>
          </w:tcPr>
          <w:p w14:paraId="4AC1E9E3" w14:textId="77777777" w:rsidR="00812BCB" w:rsidRPr="00812BCB" w:rsidRDefault="00812BCB"/>
        </w:tc>
      </w:tr>
      <w:tr w:rsidR="00812BCB" w:rsidRPr="00812BCB" w14:paraId="4D3720BF" w14:textId="0C368734" w:rsidTr="00212D3F">
        <w:tc>
          <w:tcPr>
            <w:tcW w:w="1350" w:type="dxa"/>
          </w:tcPr>
          <w:p w14:paraId="3194783E" w14:textId="77777777" w:rsidR="00812BCB" w:rsidRPr="00621671" w:rsidRDefault="00812BCB">
            <w:pPr>
              <w:rPr>
                <w:b/>
                <w:bCs/>
              </w:rPr>
            </w:pPr>
            <w:r w:rsidRPr="00621671">
              <w:rPr>
                <w:b/>
                <w:bCs/>
              </w:rPr>
              <w:t>Juin</w:t>
            </w:r>
          </w:p>
        </w:tc>
        <w:tc>
          <w:tcPr>
            <w:tcW w:w="3862" w:type="dxa"/>
          </w:tcPr>
          <w:p w14:paraId="27D5B180" w14:textId="6CD115D1" w:rsidR="00812BCB" w:rsidRPr="0060294A" w:rsidRDefault="00DD716D">
            <w:pPr>
              <w:rPr>
                <w:lang w:val="fr-BE"/>
              </w:rPr>
            </w:pPr>
            <w:r w:rsidRPr="00DD716D">
              <w:rPr>
                <w:lang w:val="fr-BE"/>
              </w:rPr>
              <w:t>De nouvelles stratégies pour répondre à la réglementation</w:t>
            </w:r>
          </w:p>
        </w:tc>
        <w:tc>
          <w:tcPr>
            <w:tcW w:w="2013" w:type="dxa"/>
          </w:tcPr>
          <w:p w14:paraId="4C074035" w14:textId="177AC9B9" w:rsidR="00812BCB" w:rsidRPr="00812BCB" w:rsidRDefault="00812BCB" w:rsidP="00812BCB">
            <w:r w:rsidRPr="00812BCB">
              <w:t>21/05/2026</w:t>
            </w:r>
          </w:p>
        </w:tc>
        <w:tc>
          <w:tcPr>
            <w:tcW w:w="2409" w:type="dxa"/>
          </w:tcPr>
          <w:p w14:paraId="22ED9249" w14:textId="77777777" w:rsidR="00812BCB" w:rsidRPr="00812BCB" w:rsidRDefault="00812BCB"/>
        </w:tc>
      </w:tr>
      <w:tr w:rsidR="00812BCB" w:rsidRPr="00812BCB" w14:paraId="7A4E26EE" w14:textId="0F11BD6F" w:rsidTr="00212D3F">
        <w:tc>
          <w:tcPr>
            <w:tcW w:w="1350" w:type="dxa"/>
          </w:tcPr>
          <w:p w14:paraId="56F02404" w14:textId="77777777" w:rsidR="00812BCB" w:rsidRPr="00621671" w:rsidRDefault="00812BCB">
            <w:pPr>
              <w:rPr>
                <w:b/>
                <w:bCs/>
              </w:rPr>
            </w:pPr>
            <w:r w:rsidRPr="00621671">
              <w:rPr>
                <w:b/>
                <w:bCs/>
              </w:rPr>
              <w:t>Août</w:t>
            </w:r>
          </w:p>
        </w:tc>
        <w:tc>
          <w:tcPr>
            <w:tcW w:w="3862" w:type="dxa"/>
          </w:tcPr>
          <w:p w14:paraId="55A2851E" w14:textId="2344533B" w:rsidR="00812BCB" w:rsidRPr="0060294A" w:rsidRDefault="007B31EF">
            <w:pPr>
              <w:rPr>
                <w:lang w:val="fr-BE"/>
              </w:rPr>
            </w:pPr>
            <w:r w:rsidRPr="007B31EF">
              <w:rPr>
                <w:lang w:val="fr-BE"/>
              </w:rPr>
              <w:t>Les services des centres de recherche et du monde académique vers l’industrie du traitement de surface</w:t>
            </w:r>
          </w:p>
        </w:tc>
        <w:tc>
          <w:tcPr>
            <w:tcW w:w="2013" w:type="dxa"/>
          </w:tcPr>
          <w:p w14:paraId="56D9BDAB" w14:textId="6565E8B4" w:rsidR="00812BCB" w:rsidRPr="00812BCB" w:rsidRDefault="00812BCB">
            <w:r w:rsidRPr="00812BCB">
              <w:t>3/07/2026</w:t>
            </w:r>
          </w:p>
        </w:tc>
        <w:tc>
          <w:tcPr>
            <w:tcW w:w="2409" w:type="dxa"/>
          </w:tcPr>
          <w:p w14:paraId="369D06AB" w14:textId="77777777" w:rsidR="00812BCB" w:rsidRPr="00812BCB" w:rsidRDefault="00812BCB"/>
        </w:tc>
      </w:tr>
      <w:tr w:rsidR="00812BCB" w:rsidRPr="00812BCB" w14:paraId="2182D3FC" w14:textId="4115A291" w:rsidTr="00212D3F">
        <w:tc>
          <w:tcPr>
            <w:tcW w:w="1350" w:type="dxa"/>
          </w:tcPr>
          <w:p w14:paraId="23386230" w14:textId="77777777" w:rsidR="00812BCB" w:rsidRPr="00621671" w:rsidRDefault="00812BCB">
            <w:pPr>
              <w:rPr>
                <w:b/>
                <w:bCs/>
              </w:rPr>
            </w:pPr>
            <w:r w:rsidRPr="00621671">
              <w:rPr>
                <w:b/>
                <w:bCs/>
              </w:rPr>
              <w:t>Octobre</w:t>
            </w:r>
          </w:p>
        </w:tc>
        <w:tc>
          <w:tcPr>
            <w:tcW w:w="3862" w:type="dxa"/>
          </w:tcPr>
          <w:p w14:paraId="451B8A4D" w14:textId="66D44160" w:rsidR="00812BCB" w:rsidRPr="0060294A" w:rsidRDefault="001221EF">
            <w:pPr>
              <w:rPr>
                <w:lang w:val="fr-BE"/>
              </w:rPr>
            </w:pPr>
            <w:r w:rsidRPr="001221EF">
              <w:rPr>
                <w:lang w:val="fr-BE"/>
              </w:rPr>
              <w:t>Efficacité énergétique et énergies renouvelables dans le traitement de surface</w:t>
            </w:r>
          </w:p>
        </w:tc>
        <w:tc>
          <w:tcPr>
            <w:tcW w:w="2013" w:type="dxa"/>
          </w:tcPr>
          <w:p w14:paraId="4C959506" w14:textId="2F50AB4A" w:rsidR="00812BCB" w:rsidRPr="00812BCB" w:rsidRDefault="00812BCB">
            <w:r w:rsidRPr="00812BCB">
              <w:t>25/09/2026</w:t>
            </w:r>
          </w:p>
        </w:tc>
        <w:tc>
          <w:tcPr>
            <w:tcW w:w="2409" w:type="dxa"/>
          </w:tcPr>
          <w:p w14:paraId="760A6359" w14:textId="77777777" w:rsidR="00812BCB" w:rsidRPr="00812BCB" w:rsidRDefault="00812BCB"/>
        </w:tc>
      </w:tr>
      <w:tr w:rsidR="00812BCB" w:rsidRPr="00812BCB" w14:paraId="3E84A493" w14:textId="079242E6" w:rsidTr="00212D3F">
        <w:tc>
          <w:tcPr>
            <w:tcW w:w="1350" w:type="dxa"/>
          </w:tcPr>
          <w:p w14:paraId="330B24FE" w14:textId="77777777" w:rsidR="00812BCB" w:rsidRPr="00621671" w:rsidRDefault="00812BCB">
            <w:pPr>
              <w:rPr>
                <w:b/>
                <w:bCs/>
              </w:rPr>
            </w:pPr>
            <w:r w:rsidRPr="00621671">
              <w:rPr>
                <w:b/>
                <w:bCs/>
              </w:rPr>
              <w:t>Décembre</w:t>
            </w:r>
          </w:p>
        </w:tc>
        <w:tc>
          <w:tcPr>
            <w:tcW w:w="3862" w:type="dxa"/>
          </w:tcPr>
          <w:p w14:paraId="4D96F1D3" w14:textId="5923BC40" w:rsidR="00812BCB" w:rsidRPr="00311B25" w:rsidRDefault="005D546D">
            <w:pPr>
              <w:rPr>
                <w:lang w:val="fr-BE"/>
              </w:rPr>
            </w:pPr>
            <w:r w:rsidRPr="005D546D">
              <w:rPr>
                <w:lang w:val="fr-BE"/>
              </w:rPr>
              <w:t>Revêtements de protection &amp; protection cathodique</w:t>
            </w:r>
          </w:p>
        </w:tc>
        <w:tc>
          <w:tcPr>
            <w:tcW w:w="2013" w:type="dxa"/>
          </w:tcPr>
          <w:p w14:paraId="32C8056B" w14:textId="2CB71AD9" w:rsidR="00812BCB" w:rsidRPr="00812BCB" w:rsidRDefault="00812BCB">
            <w:r w:rsidRPr="00812BCB">
              <w:t>10/11/2026</w:t>
            </w:r>
          </w:p>
        </w:tc>
        <w:tc>
          <w:tcPr>
            <w:tcW w:w="2409" w:type="dxa"/>
          </w:tcPr>
          <w:p w14:paraId="111D24E2" w14:textId="77777777" w:rsidR="00812BCB" w:rsidRPr="00812BCB" w:rsidRDefault="00812BCB"/>
        </w:tc>
      </w:tr>
    </w:tbl>
    <w:p w14:paraId="0AF73A9B" w14:textId="29F42ECE" w:rsidR="00812BCB" w:rsidRDefault="00812BCB" w:rsidP="00311B25">
      <w:pPr>
        <w:pStyle w:val="Titre1"/>
        <w:numPr>
          <w:ilvl w:val="0"/>
          <w:numId w:val="15"/>
        </w:numPr>
        <w:rPr>
          <w:lang w:val="fr-BE"/>
        </w:rPr>
      </w:pPr>
      <w:r w:rsidRPr="00812BCB">
        <w:rPr>
          <w:lang w:val="fr-BE"/>
        </w:rPr>
        <w:t xml:space="preserve">Choisissez votre </w:t>
      </w:r>
      <w:r>
        <w:rPr>
          <w:lang w:val="fr-BE"/>
        </w:rPr>
        <w:t>rubrique</w:t>
      </w:r>
      <w:r w:rsidR="00647E51">
        <w:rPr>
          <w:lang w:val="fr-BE"/>
        </w:rPr>
        <w:t xml:space="preserve"> </w:t>
      </w:r>
    </w:p>
    <w:tbl>
      <w:tblPr>
        <w:tblStyle w:val="Grilledutableau"/>
        <w:tblW w:w="9596" w:type="dxa"/>
        <w:tblInd w:w="38" w:type="dxa"/>
        <w:tblLook w:val="04A0" w:firstRow="1" w:lastRow="0" w:firstColumn="1" w:lastColumn="0" w:noHBand="0" w:noVBand="1"/>
      </w:tblPr>
      <w:tblGrid>
        <w:gridCol w:w="4291"/>
        <w:gridCol w:w="5305"/>
      </w:tblGrid>
      <w:tr w:rsidR="00812BCB" w14:paraId="07D22D24" w14:textId="77777777" w:rsidTr="00212D3F">
        <w:tc>
          <w:tcPr>
            <w:tcW w:w="4291" w:type="dxa"/>
          </w:tcPr>
          <w:p w14:paraId="01ED05B1" w14:textId="119D4139" w:rsidR="00812BCB" w:rsidRPr="00647E51" w:rsidRDefault="00812BCB" w:rsidP="00647E51">
            <w:pPr>
              <w:rPr>
                <w:lang w:val="fr-BE"/>
              </w:rPr>
            </w:pPr>
            <w:r w:rsidRPr="00647E51">
              <w:rPr>
                <w:rFonts w:ascii="Segoe UI Symbol" w:hAnsi="Segoe UI Symbol" w:cs="Segoe UI Symbol"/>
                <w:lang w:val="fr-BE"/>
              </w:rPr>
              <w:t xml:space="preserve">☐ </w:t>
            </w:r>
            <w:r w:rsidR="005112D7">
              <w:rPr>
                <w:lang w:val="fr-BE"/>
              </w:rPr>
              <w:t>Membres à l'honneur</w:t>
            </w:r>
            <w:r w:rsidRPr="00647E51">
              <w:rPr>
                <w:lang w:val="fr-BE"/>
              </w:rPr>
              <w:t xml:space="preserve"> </w:t>
            </w:r>
          </w:p>
        </w:tc>
        <w:tc>
          <w:tcPr>
            <w:tcW w:w="5305" w:type="dxa"/>
          </w:tcPr>
          <w:p w14:paraId="7D001929" w14:textId="38E3B89D" w:rsidR="00812BCB" w:rsidRDefault="00812BCB" w:rsidP="00812BCB">
            <w:pPr>
              <w:rPr>
                <w:lang w:val="fr-BE"/>
              </w:rPr>
            </w:pPr>
            <w:r w:rsidRPr="00B76926">
              <w:rPr>
                <w:rFonts w:ascii="Segoe UI Symbol" w:hAnsi="Segoe UI Symbol" w:cs="Segoe UI Symbol"/>
                <w:lang w:val="fr-BE"/>
              </w:rPr>
              <w:t xml:space="preserve">☐ </w:t>
            </w:r>
            <w:r w:rsidRPr="00D24D50">
              <w:rPr>
                <w:lang w:val="fr-BE"/>
              </w:rPr>
              <w:t xml:space="preserve"> Technique   </w:t>
            </w:r>
          </w:p>
        </w:tc>
      </w:tr>
      <w:tr w:rsidR="00812BCB" w14:paraId="3B6C1956" w14:textId="77777777" w:rsidTr="00212D3F">
        <w:tc>
          <w:tcPr>
            <w:tcW w:w="4291" w:type="dxa"/>
          </w:tcPr>
          <w:p w14:paraId="251A7035" w14:textId="037D9F7D" w:rsidR="00812BCB" w:rsidRDefault="00812BCB" w:rsidP="00812BCB">
            <w:pPr>
              <w:rPr>
                <w:lang w:val="fr-BE"/>
              </w:rPr>
            </w:pPr>
            <w:r w:rsidRPr="00D24D50">
              <w:rPr>
                <w:rFonts w:ascii="Segoe UI Symbol" w:hAnsi="Segoe UI Symbol" w:cs="Segoe UI Symbol"/>
                <w:lang w:val="fr-BE"/>
              </w:rPr>
              <w:t xml:space="preserve">☐ </w:t>
            </w:r>
            <w:r w:rsidRPr="00D24D50">
              <w:rPr>
                <w:lang w:val="fr-BE"/>
              </w:rPr>
              <w:t>Actualités de</w:t>
            </w:r>
            <w:r w:rsidR="005D546D">
              <w:rPr>
                <w:lang w:val="fr-BE"/>
              </w:rPr>
              <w:t>s</w:t>
            </w:r>
            <w:r w:rsidRPr="00D24D50">
              <w:rPr>
                <w:lang w:val="fr-BE"/>
              </w:rPr>
              <w:t xml:space="preserve"> entreprise</w:t>
            </w:r>
            <w:r w:rsidR="005D546D">
              <w:rPr>
                <w:lang w:val="fr-BE"/>
              </w:rPr>
              <w:t>s</w:t>
            </w:r>
          </w:p>
        </w:tc>
        <w:tc>
          <w:tcPr>
            <w:tcW w:w="5305" w:type="dxa"/>
          </w:tcPr>
          <w:p w14:paraId="024F6897" w14:textId="2D935E68" w:rsidR="00812BCB" w:rsidRDefault="00812BCB" w:rsidP="00812BCB">
            <w:pPr>
              <w:rPr>
                <w:lang w:val="fr-BE"/>
              </w:rPr>
            </w:pPr>
            <w:r w:rsidRPr="00B76926">
              <w:rPr>
                <w:rFonts w:ascii="Segoe UI Symbol" w:hAnsi="Segoe UI Symbol" w:cs="Segoe UI Symbol"/>
                <w:lang w:val="fr-BE"/>
              </w:rPr>
              <w:t xml:space="preserve">☐ </w:t>
            </w:r>
            <w:r w:rsidRPr="00B76926">
              <w:rPr>
                <w:lang w:val="fr-BE"/>
              </w:rPr>
              <w:t xml:space="preserve"> Corrosion</w:t>
            </w:r>
          </w:p>
        </w:tc>
      </w:tr>
      <w:tr w:rsidR="00812BCB" w14:paraId="4B012172" w14:textId="77777777" w:rsidTr="00212D3F">
        <w:tc>
          <w:tcPr>
            <w:tcW w:w="4291" w:type="dxa"/>
          </w:tcPr>
          <w:p w14:paraId="3D14BFBA" w14:textId="193EB7AF" w:rsidR="00812BCB" w:rsidRPr="00812BCB" w:rsidRDefault="00812BCB" w:rsidP="00812BCB">
            <w:pPr>
              <w:rPr>
                <w:rFonts w:ascii="Segoe UI Symbol" w:hAnsi="Segoe UI Symbol" w:cs="Segoe UI Symbol"/>
                <w:lang w:val="fr-BE"/>
              </w:rPr>
            </w:pPr>
            <w:r w:rsidRPr="00B76926">
              <w:rPr>
                <w:rFonts w:ascii="Segoe UI Symbol" w:hAnsi="Segoe UI Symbol" w:cs="Segoe UI Symbol"/>
                <w:lang w:val="fr-BE"/>
              </w:rPr>
              <w:t xml:space="preserve">☐ </w:t>
            </w:r>
            <w:proofErr w:type="spellStart"/>
            <w:r w:rsidRPr="00B76926">
              <w:rPr>
                <w:lang w:val="fr-BE"/>
              </w:rPr>
              <w:t>Thèm</w:t>
            </w:r>
            <w:r w:rsidR="005D546D">
              <w:rPr>
                <w:lang w:val="fr-BE"/>
              </w:rPr>
              <w:t>atique</w:t>
            </w:r>
            <w:proofErr w:type="spellEnd"/>
          </w:p>
        </w:tc>
        <w:tc>
          <w:tcPr>
            <w:tcW w:w="5305" w:type="dxa"/>
          </w:tcPr>
          <w:p w14:paraId="600C17FD" w14:textId="57C08501" w:rsidR="00812BCB" w:rsidRDefault="00812BCB" w:rsidP="00812BCB">
            <w:pPr>
              <w:rPr>
                <w:lang w:val="fr-BE"/>
              </w:rPr>
            </w:pPr>
            <w:r w:rsidRPr="00B76926">
              <w:rPr>
                <w:lang w:val="fr-BE"/>
              </w:rPr>
              <w:t xml:space="preserve">☐ </w:t>
            </w:r>
            <w:r>
              <w:rPr>
                <w:lang w:val="fr-BE"/>
              </w:rPr>
              <w:t xml:space="preserve"> Réglementation</w:t>
            </w:r>
          </w:p>
        </w:tc>
      </w:tr>
      <w:tr w:rsidR="00812BCB" w14:paraId="7C341CA5" w14:textId="77777777" w:rsidTr="00212D3F">
        <w:tc>
          <w:tcPr>
            <w:tcW w:w="4291" w:type="dxa"/>
          </w:tcPr>
          <w:p w14:paraId="056CF8C5" w14:textId="58DBD689" w:rsidR="00812BCB" w:rsidRDefault="00812BCB" w:rsidP="00812BCB">
            <w:pPr>
              <w:rPr>
                <w:lang w:val="fr-BE"/>
              </w:rPr>
            </w:pPr>
            <w:r w:rsidRPr="00B76926">
              <w:rPr>
                <w:rFonts w:ascii="Segoe UI Symbol" w:hAnsi="Segoe UI Symbol" w:cs="Segoe UI Symbol"/>
                <w:lang w:val="fr-BE"/>
              </w:rPr>
              <w:t xml:space="preserve">☐ </w:t>
            </w:r>
            <w:r>
              <w:rPr>
                <w:lang w:val="fr-BE"/>
              </w:rPr>
              <w:t xml:space="preserve">EHS   </w:t>
            </w:r>
          </w:p>
        </w:tc>
        <w:tc>
          <w:tcPr>
            <w:tcW w:w="5305" w:type="dxa"/>
          </w:tcPr>
          <w:p w14:paraId="409055B0" w14:textId="18E70365" w:rsidR="00812BCB" w:rsidRDefault="00812BCB" w:rsidP="00812BCB">
            <w:pPr>
              <w:rPr>
                <w:lang w:val="fr-BE"/>
              </w:rPr>
            </w:pPr>
            <w:r w:rsidRPr="00B76926">
              <w:rPr>
                <w:rFonts w:ascii="Segoe UI Symbol" w:hAnsi="Segoe UI Symbol" w:cs="Segoe UI Symbol"/>
                <w:lang w:val="fr-BE"/>
              </w:rPr>
              <w:t xml:space="preserve">☐ </w:t>
            </w:r>
            <w:r w:rsidR="00A21C97">
              <w:rPr>
                <w:lang w:val="fr-BE"/>
              </w:rPr>
              <w:t>Tendances</w:t>
            </w:r>
          </w:p>
        </w:tc>
      </w:tr>
    </w:tbl>
    <w:p w14:paraId="13E6CC37" w14:textId="46BCF79C" w:rsidR="008562CF" w:rsidRPr="0060294A" w:rsidRDefault="008562CF" w:rsidP="00311B25">
      <w:pPr>
        <w:pStyle w:val="Titre1"/>
        <w:numPr>
          <w:ilvl w:val="0"/>
          <w:numId w:val="15"/>
        </w:numPr>
        <w:rPr>
          <w:lang w:val="fr-BE"/>
        </w:rPr>
      </w:pPr>
      <w:r w:rsidRPr="0060294A">
        <w:rPr>
          <w:lang w:val="fr-BE"/>
        </w:rPr>
        <w:t xml:space="preserve">Choisissez la langue de votre </w:t>
      </w:r>
      <w:r w:rsidR="008A6874" w:rsidRPr="005B704E">
        <w:rPr>
          <w:lang w:val="fr-BE"/>
        </w:rPr>
        <w:t>publication</w:t>
      </w:r>
      <w:r w:rsidR="005F0368" w:rsidRPr="005F0368">
        <w:rPr>
          <w:color w:val="C00000"/>
          <w:lang w:val="fr-BE"/>
        </w:rPr>
        <w:t>*</w:t>
      </w:r>
    </w:p>
    <w:p w14:paraId="7FD30D75" w14:textId="4B7AF1E3" w:rsidR="008A6874" w:rsidRPr="0060294A" w:rsidRDefault="008562CF" w:rsidP="00A907F3">
      <w:pPr>
        <w:rPr>
          <w:b/>
          <w:bCs/>
          <w:lang w:val="fr-BE"/>
        </w:rPr>
      </w:pPr>
      <w:r w:rsidRPr="0060294A">
        <w:rPr>
          <w:rFonts w:ascii="Segoe UI Symbol" w:hAnsi="Segoe UI Symbol" w:cs="Segoe UI Symbol"/>
          <w:lang w:val="fr-BE"/>
        </w:rPr>
        <w:t xml:space="preserve">☐ </w:t>
      </w:r>
      <w:r w:rsidR="005B704E">
        <w:rPr>
          <w:b/>
          <w:bCs/>
          <w:lang w:val="fr-BE"/>
        </w:rPr>
        <w:t>Français</w:t>
      </w:r>
      <w:r w:rsidR="00661001" w:rsidRPr="0060294A">
        <w:rPr>
          <w:b/>
          <w:bCs/>
          <w:lang w:val="fr-BE"/>
        </w:rPr>
        <w:t xml:space="preserve"> </w:t>
      </w:r>
      <w:r w:rsidR="008A6874" w:rsidRPr="0060294A">
        <w:rPr>
          <w:lang w:val="fr-BE"/>
        </w:rPr>
        <w:t xml:space="preserve">avec un résumé en </w:t>
      </w:r>
      <w:r w:rsidR="005B704E">
        <w:rPr>
          <w:lang w:val="fr-BE"/>
        </w:rPr>
        <w:t>néerlandais</w:t>
      </w:r>
    </w:p>
    <w:p w14:paraId="00C1F5D1" w14:textId="30ACB136" w:rsidR="00E74069" w:rsidRPr="00457CDA" w:rsidRDefault="008562CF" w:rsidP="00E74069">
      <w:pPr>
        <w:rPr>
          <w:lang w:val="fr-BE"/>
        </w:rPr>
      </w:pPr>
      <w:r w:rsidRPr="0060294A">
        <w:rPr>
          <w:rFonts w:ascii="Segoe UI Symbol" w:hAnsi="Segoe UI Symbol" w:cs="Segoe UI Symbol"/>
          <w:lang w:val="fr-BE"/>
        </w:rPr>
        <w:t xml:space="preserve">☐ </w:t>
      </w:r>
      <w:r w:rsidR="005B704E">
        <w:rPr>
          <w:b/>
          <w:bCs/>
          <w:lang w:val="fr-BE"/>
        </w:rPr>
        <w:t xml:space="preserve">Français </w:t>
      </w:r>
      <w:r w:rsidR="005B704E" w:rsidRPr="005B704E">
        <w:rPr>
          <w:b/>
          <w:bCs/>
          <w:i/>
          <w:iCs/>
          <w:lang w:val="fr-BE"/>
        </w:rPr>
        <w:t>et néerlandais</w:t>
      </w:r>
      <w:r w:rsidR="00661001" w:rsidRPr="005B704E">
        <w:rPr>
          <w:b/>
          <w:bCs/>
          <w:i/>
          <w:iCs/>
          <w:lang w:val="fr-BE"/>
        </w:rPr>
        <w:t xml:space="preserve"> </w:t>
      </w:r>
      <w:r w:rsidR="00A907F3" w:rsidRPr="002250C7">
        <w:rPr>
          <w:lang w:val="fr-BE"/>
        </w:rPr>
        <w:t xml:space="preserve">(veuillez fournir deux fichiers </w:t>
      </w:r>
      <w:r w:rsidR="005B704E" w:rsidRPr="002250C7">
        <w:rPr>
          <w:lang w:val="fr-BE"/>
        </w:rPr>
        <w:t>de soumission</w:t>
      </w:r>
      <w:r w:rsidR="00A907F3" w:rsidRPr="002250C7">
        <w:rPr>
          <w:lang w:val="fr-BE"/>
        </w:rPr>
        <w:t xml:space="preserve"> distincts)</w:t>
      </w:r>
      <w:r w:rsidR="00A907F3" w:rsidRPr="00457CDA">
        <w:rPr>
          <w:sz w:val="16"/>
          <w:szCs w:val="18"/>
          <w:lang w:val="fr-BE"/>
        </w:rPr>
        <w:t xml:space="preserve"> </w:t>
      </w:r>
      <w:r w:rsidR="008A6874" w:rsidRPr="00457CDA">
        <w:rPr>
          <w:sz w:val="16"/>
          <w:szCs w:val="18"/>
          <w:lang w:val="fr-BE"/>
        </w:rPr>
        <w:t xml:space="preserve">| </w:t>
      </w:r>
      <w:r w:rsidR="00E74069" w:rsidRPr="00457CDA">
        <w:rPr>
          <w:sz w:val="16"/>
          <w:szCs w:val="18"/>
          <w:lang w:val="fr-BE"/>
        </w:rPr>
        <w:t xml:space="preserve">En fonction de l'espace disponible dans la revue, nous vous </w:t>
      </w:r>
      <w:r w:rsidR="00004A60" w:rsidRPr="00457CDA">
        <w:rPr>
          <w:sz w:val="16"/>
          <w:szCs w:val="18"/>
          <w:lang w:val="fr-BE"/>
        </w:rPr>
        <w:t xml:space="preserve">ferons </w:t>
      </w:r>
      <w:r w:rsidR="00E74069" w:rsidRPr="00457CDA">
        <w:rPr>
          <w:sz w:val="16"/>
          <w:szCs w:val="18"/>
          <w:lang w:val="fr-BE"/>
        </w:rPr>
        <w:t>savoir si les deux versions seront publiées dans un même numéro.</w:t>
      </w:r>
    </w:p>
    <w:p w14:paraId="35CF66BE" w14:textId="42BAE786" w:rsidR="002D33EE" w:rsidRPr="00326169" w:rsidRDefault="001B72E5" w:rsidP="00326169">
      <w:pPr>
        <w:pStyle w:val="Titre1"/>
        <w:numPr>
          <w:ilvl w:val="0"/>
          <w:numId w:val="15"/>
        </w:numPr>
        <w:rPr>
          <w:lang w:val="fr-BE"/>
        </w:rPr>
      </w:pPr>
      <w:r w:rsidRPr="008A6874">
        <w:rPr>
          <w:lang w:val="fr-BE"/>
        </w:rPr>
        <w:lastRenderedPageBreak/>
        <w:t>Votre article</w:t>
      </w:r>
    </w:p>
    <w:tbl>
      <w:tblPr>
        <w:tblStyle w:val="Grilledutableau"/>
        <w:tblW w:w="9634" w:type="dxa"/>
        <w:tblLook w:val="04A0" w:firstRow="1" w:lastRow="0" w:firstColumn="1" w:lastColumn="0" w:noHBand="0" w:noVBand="1"/>
      </w:tblPr>
      <w:tblGrid>
        <w:gridCol w:w="9634"/>
      </w:tblGrid>
      <w:tr w:rsidR="00937F2F" w:rsidRPr="005F0368" w14:paraId="531E1A10" w14:textId="77777777" w:rsidTr="00212D3F">
        <w:tc>
          <w:tcPr>
            <w:tcW w:w="9634" w:type="dxa"/>
            <w:shd w:val="clear" w:color="auto" w:fill="DAEEF3" w:themeFill="accent5" w:themeFillTint="33"/>
          </w:tcPr>
          <w:p w14:paraId="690DD7D6" w14:textId="38587536" w:rsidR="00937F2F" w:rsidRPr="0060294A" w:rsidRDefault="00326169">
            <w:pPr>
              <w:rPr>
                <w:lang w:val="fr-BE"/>
              </w:rPr>
            </w:pPr>
            <w:r w:rsidRPr="002250C7">
              <w:rPr>
                <w:color w:val="31849B" w:themeColor="accent5" w:themeShade="BF"/>
                <w:lang w:val="fr-BE"/>
              </w:rPr>
              <w:t>Titre</w:t>
            </w:r>
            <w:r w:rsidR="005F0368" w:rsidRPr="005F0368">
              <w:rPr>
                <w:color w:val="C00000"/>
                <w:lang w:val="fr-BE"/>
              </w:rPr>
              <w:t>*</w:t>
            </w:r>
            <w:r w:rsidR="005F0368">
              <w:rPr>
                <w:color w:val="C00000"/>
                <w:lang w:val="fr-BE"/>
              </w:rPr>
              <w:t xml:space="preserve"> </w:t>
            </w:r>
            <w:r w:rsidRPr="0060294A">
              <w:rPr>
                <w:lang w:val="fr-BE"/>
              </w:rPr>
              <w:t xml:space="preserve">(50 caractères maximum, espaces compris) </w:t>
            </w:r>
            <w:r w:rsidRPr="0060294A">
              <w:rPr>
                <w:sz w:val="16"/>
                <w:szCs w:val="18"/>
                <w:lang w:val="fr-BE"/>
              </w:rPr>
              <w:t xml:space="preserve">| Ne mentionnez pas ici le nom de votre entreprise </w:t>
            </w:r>
            <w:r w:rsidR="00EA76A3" w:rsidRPr="0060294A">
              <w:rPr>
                <w:sz w:val="16"/>
                <w:szCs w:val="18"/>
                <w:lang w:val="fr-BE"/>
              </w:rPr>
              <w:t>| Créez un titre accrocheur qui résume l'essentiel de votre texte</w:t>
            </w:r>
          </w:p>
        </w:tc>
      </w:tr>
      <w:tr w:rsidR="00326169" w:rsidRPr="005F0368" w14:paraId="57E7A7B6" w14:textId="77777777" w:rsidTr="00212D3F">
        <w:tc>
          <w:tcPr>
            <w:tcW w:w="9634" w:type="dxa"/>
          </w:tcPr>
          <w:p w14:paraId="2C691F6F" w14:textId="5A8A202D" w:rsidR="00326169" w:rsidRPr="0060294A" w:rsidRDefault="00326169">
            <w:pPr>
              <w:rPr>
                <w:lang w:val="fr-BE"/>
              </w:rPr>
            </w:pPr>
          </w:p>
        </w:tc>
      </w:tr>
      <w:tr w:rsidR="00326169" w:rsidRPr="005F0368" w14:paraId="29CB6652" w14:textId="77777777" w:rsidTr="00212D3F">
        <w:tc>
          <w:tcPr>
            <w:tcW w:w="9634" w:type="dxa"/>
            <w:shd w:val="clear" w:color="auto" w:fill="DAEEF3" w:themeFill="accent5" w:themeFillTint="33"/>
          </w:tcPr>
          <w:p w14:paraId="5021551F" w14:textId="5FC72D26" w:rsidR="00326169" w:rsidRPr="0060294A" w:rsidRDefault="00326169">
            <w:pPr>
              <w:rPr>
                <w:lang w:val="fr-BE"/>
              </w:rPr>
            </w:pPr>
            <w:r w:rsidRPr="0060294A">
              <w:rPr>
                <w:color w:val="31849B" w:themeColor="accent5" w:themeShade="BF"/>
                <w:lang w:val="fr-BE"/>
              </w:rPr>
              <w:t xml:space="preserve">Introduction </w:t>
            </w:r>
            <w:r w:rsidRPr="0060294A">
              <w:rPr>
                <w:lang w:val="fr-BE"/>
              </w:rPr>
              <w:t xml:space="preserve">(max. 150 caractères, espaces compris) </w:t>
            </w:r>
            <w:r w:rsidRPr="0060294A">
              <w:rPr>
                <w:sz w:val="16"/>
                <w:szCs w:val="18"/>
                <w:lang w:val="fr-BE"/>
              </w:rPr>
              <w:t>| Facultatif</w:t>
            </w:r>
          </w:p>
        </w:tc>
      </w:tr>
      <w:tr w:rsidR="00326169" w:rsidRPr="005F0368" w14:paraId="75B0AB82" w14:textId="77777777" w:rsidTr="00212D3F">
        <w:tc>
          <w:tcPr>
            <w:tcW w:w="9634" w:type="dxa"/>
          </w:tcPr>
          <w:p w14:paraId="7EBB6222" w14:textId="0443E8A4" w:rsidR="00326169" w:rsidRPr="0060294A" w:rsidRDefault="00326169">
            <w:pPr>
              <w:rPr>
                <w:color w:val="31849B" w:themeColor="accent5" w:themeShade="BF"/>
                <w:lang w:val="fr-BE"/>
              </w:rPr>
            </w:pPr>
          </w:p>
        </w:tc>
      </w:tr>
      <w:tr w:rsidR="00326169" w14:paraId="078ABDBC" w14:textId="77777777" w:rsidTr="00212D3F">
        <w:tc>
          <w:tcPr>
            <w:tcW w:w="9634" w:type="dxa"/>
            <w:shd w:val="clear" w:color="auto" w:fill="DAEEF3" w:themeFill="accent5" w:themeFillTint="33"/>
          </w:tcPr>
          <w:p w14:paraId="29DFBE0D" w14:textId="0C5EDACD" w:rsidR="00326169" w:rsidRPr="00661001" w:rsidRDefault="00326169">
            <w:pPr>
              <w:rPr>
                <w:color w:val="31849B" w:themeColor="accent5" w:themeShade="BF"/>
                <w:lang w:val="nl-BE"/>
              </w:rPr>
            </w:pPr>
            <w:r w:rsidRPr="00661001">
              <w:rPr>
                <w:color w:val="31849B" w:themeColor="accent5" w:themeShade="BF"/>
                <w:lang w:val="nl-BE"/>
              </w:rPr>
              <w:t>Auteur(s)</w:t>
            </w:r>
            <w:r w:rsidR="005F0368" w:rsidRPr="005F0368">
              <w:rPr>
                <w:color w:val="C00000"/>
                <w:lang w:val="fr-BE"/>
              </w:rPr>
              <w:t xml:space="preserve"> </w:t>
            </w:r>
            <w:r w:rsidR="005F0368" w:rsidRPr="005F0368">
              <w:rPr>
                <w:color w:val="C00000"/>
                <w:lang w:val="fr-BE"/>
              </w:rPr>
              <w:t>*</w:t>
            </w:r>
            <w:r w:rsidRPr="00661001">
              <w:rPr>
                <w:color w:val="31849B" w:themeColor="accent5" w:themeShade="BF"/>
                <w:lang w:val="nl-BE"/>
              </w:rPr>
              <w:t xml:space="preserve">: </w:t>
            </w:r>
          </w:p>
        </w:tc>
      </w:tr>
      <w:tr w:rsidR="00326169" w:rsidRPr="005F0368" w14:paraId="583668DC" w14:textId="77777777" w:rsidTr="00212D3F">
        <w:tc>
          <w:tcPr>
            <w:tcW w:w="9634" w:type="dxa"/>
          </w:tcPr>
          <w:p w14:paraId="14212FE0" w14:textId="3C409D71" w:rsidR="00326169" w:rsidRPr="0060294A" w:rsidRDefault="00326169">
            <w:pPr>
              <w:rPr>
                <w:color w:val="31849B" w:themeColor="accent5" w:themeShade="BF"/>
                <w:lang w:val="fr-BE"/>
              </w:rPr>
            </w:pPr>
            <w:r w:rsidRPr="0060294A">
              <w:rPr>
                <w:lang w:val="fr-BE"/>
              </w:rPr>
              <w:t xml:space="preserve">Entreprise + Prénom + Nom de famille de l'auteur 1 : </w:t>
            </w:r>
          </w:p>
        </w:tc>
      </w:tr>
      <w:tr w:rsidR="00326169" w:rsidRPr="005F0368" w14:paraId="113860E4" w14:textId="77777777" w:rsidTr="00212D3F">
        <w:tc>
          <w:tcPr>
            <w:tcW w:w="9634" w:type="dxa"/>
          </w:tcPr>
          <w:p w14:paraId="4D715E38" w14:textId="15E4C4EE" w:rsidR="00326169" w:rsidRPr="0060294A" w:rsidRDefault="00326169">
            <w:pPr>
              <w:rPr>
                <w:lang w:val="fr-BE"/>
              </w:rPr>
            </w:pPr>
            <w:r w:rsidRPr="0060294A">
              <w:rPr>
                <w:lang w:val="fr-BE"/>
              </w:rPr>
              <w:t xml:space="preserve">Entreprise + Prénom + Nom de famille de l'auteur 2 : </w:t>
            </w:r>
          </w:p>
        </w:tc>
      </w:tr>
      <w:tr w:rsidR="00326169" w:rsidRPr="005F0368" w14:paraId="499FE1F5" w14:textId="77777777" w:rsidTr="00212D3F">
        <w:tc>
          <w:tcPr>
            <w:tcW w:w="9634" w:type="dxa"/>
            <w:shd w:val="clear" w:color="auto" w:fill="DAEEF3" w:themeFill="accent5" w:themeFillTint="33"/>
          </w:tcPr>
          <w:p w14:paraId="28D68B04" w14:textId="6D22DD6F" w:rsidR="00326169" w:rsidRPr="0060294A" w:rsidRDefault="00326169">
            <w:pPr>
              <w:rPr>
                <w:color w:val="31849B" w:themeColor="accent5" w:themeShade="BF"/>
                <w:lang w:val="fr-BE"/>
              </w:rPr>
            </w:pPr>
            <w:r w:rsidRPr="0060294A">
              <w:rPr>
                <w:color w:val="31849B" w:themeColor="accent5" w:themeShade="BF"/>
                <w:lang w:val="fr-BE"/>
              </w:rPr>
              <w:t xml:space="preserve">Corps de </w:t>
            </w:r>
            <w:r w:rsidRPr="002250C7">
              <w:rPr>
                <w:color w:val="31849B" w:themeColor="accent5" w:themeShade="BF"/>
                <w:lang w:val="fr-BE"/>
              </w:rPr>
              <w:t>l'article</w:t>
            </w:r>
            <w:r w:rsidR="005F0368" w:rsidRPr="005F0368">
              <w:rPr>
                <w:color w:val="C00000"/>
                <w:lang w:val="fr-BE"/>
              </w:rPr>
              <w:t>*</w:t>
            </w:r>
            <w:r w:rsidR="00924F1A" w:rsidRPr="0060294A">
              <w:rPr>
                <w:sz w:val="16"/>
                <w:szCs w:val="18"/>
                <w:lang w:val="fr-BE"/>
              </w:rPr>
              <w:t xml:space="preserve">| </w:t>
            </w:r>
            <w:r w:rsidRPr="0060294A">
              <w:rPr>
                <w:sz w:val="16"/>
                <w:szCs w:val="18"/>
                <w:lang w:val="fr-BE"/>
              </w:rPr>
              <w:t>Le nombre de caractères dépend de l'espace réservé à votre article dans l</w:t>
            </w:r>
            <w:r w:rsidR="00611F93">
              <w:rPr>
                <w:sz w:val="16"/>
                <w:szCs w:val="18"/>
                <w:lang w:val="fr-BE"/>
              </w:rPr>
              <w:t>e magazine</w:t>
            </w:r>
            <w:r w:rsidRPr="0060294A">
              <w:rPr>
                <w:sz w:val="16"/>
                <w:szCs w:val="18"/>
                <w:lang w:val="fr-BE"/>
              </w:rPr>
              <w:t xml:space="preserve">. </w:t>
            </w:r>
          </w:p>
        </w:tc>
      </w:tr>
      <w:tr w:rsidR="00326169" w:rsidRPr="005F0368" w14:paraId="226FC59F" w14:textId="77777777" w:rsidTr="00212D3F">
        <w:tc>
          <w:tcPr>
            <w:tcW w:w="9634" w:type="dxa"/>
          </w:tcPr>
          <w:p w14:paraId="4F26E6C4" w14:textId="2775B324" w:rsidR="00326169" w:rsidRPr="0060294A" w:rsidRDefault="00326169" w:rsidP="00326169">
            <w:pPr>
              <w:rPr>
                <w:color w:val="31849B" w:themeColor="accent5" w:themeShade="BF"/>
                <w:lang w:val="fr-BE"/>
              </w:rPr>
            </w:pPr>
            <w:r w:rsidRPr="0060294A">
              <w:rPr>
                <w:rFonts w:ascii="Segoe UI Symbol" w:hAnsi="Segoe UI Symbol" w:cs="Segoe UI Symbol"/>
                <w:lang w:val="fr-BE"/>
              </w:rPr>
              <w:t>☐</w:t>
            </w:r>
            <w:r w:rsidRPr="0060294A">
              <w:rPr>
                <w:b/>
                <w:bCs/>
                <w:lang w:val="fr-BE"/>
              </w:rPr>
              <w:t xml:space="preserve"> 1 page</w:t>
            </w:r>
            <w:r w:rsidRPr="00611F93">
              <w:rPr>
                <w:b/>
                <w:bCs/>
                <w:lang w:val="fr-BE"/>
              </w:rPr>
              <w:t xml:space="preserve"> </w:t>
            </w:r>
            <w:r w:rsidRPr="00611F93">
              <w:rPr>
                <w:color w:val="C0504D" w:themeColor="accent2"/>
                <w:lang w:val="fr-BE"/>
              </w:rPr>
              <w:t xml:space="preserve">(format recommandé) </w:t>
            </w:r>
            <w:r w:rsidR="00AD128A" w:rsidRPr="0060294A">
              <w:rPr>
                <w:lang w:val="fr-BE"/>
              </w:rPr>
              <w:t>(</w:t>
            </w:r>
            <w:r w:rsidRPr="0060294A">
              <w:rPr>
                <w:lang w:val="fr-BE"/>
              </w:rPr>
              <w:t>max. 2 500 caractères + max. 2 photos ou schémas</w:t>
            </w:r>
            <w:r w:rsidR="00AD128A" w:rsidRPr="0060294A">
              <w:rPr>
                <w:lang w:val="fr-BE"/>
              </w:rPr>
              <w:t>)</w:t>
            </w:r>
          </w:p>
        </w:tc>
      </w:tr>
      <w:tr w:rsidR="00326169" w:rsidRPr="005F0368" w14:paraId="0A9DE59A" w14:textId="77777777" w:rsidTr="00212D3F">
        <w:tc>
          <w:tcPr>
            <w:tcW w:w="9634" w:type="dxa"/>
          </w:tcPr>
          <w:p w14:paraId="5D11943C" w14:textId="77777777" w:rsidR="007E55C3" w:rsidRPr="0060294A" w:rsidRDefault="007E55C3" w:rsidP="00326169">
            <w:pPr>
              <w:rPr>
                <w:rFonts w:ascii="Segoe UI Symbol" w:hAnsi="Segoe UI Symbol" w:cs="Segoe UI Symbol"/>
                <w:lang w:val="fr-BE"/>
              </w:rPr>
            </w:pPr>
          </w:p>
          <w:p w14:paraId="47080A52" w14:textId="77777777" w:rsidR="00A70B65" w:rsidRPr="0060294A" w:rsidRDefault="00A70B65" w:rsidP="00326169">
            <w:pPr>
              <w:rPr>
                <w:rFonts w:ascii="Segoe UI Symbol" w:hAnsi="Segoe UI Symbol" w:cs="Segoe UI Symbol"/>
                <w:lang w:val="fr-BE"/>
              </w:rPr>
            </w:pPr>
          </w:p>
          <w:p w14:paraId="5B7208E8" w14:textId="77777777" w:rsidR="00A70B65" w:rsidRPr="0060294A" w:rsidRDefault="00A70B65" w:rsidP="00326169">
            <w:pPr>
              <w:rPr>
                <w:rFonts w:ascii="Segoe UI Symbol" w:hAnsi="Segoe UI Symbol" w:cs="Segoe UI Symbol"/>
                <w:lang w:val="fr-BE"/>
              </w:rPr>
            </w:pPr>
          </w:p>
          <w:p w14:paraId="024D78E9" w14:textId="77777777" w:rsidR="00A70B65" w:rsidRPr="0060294A" w:rsidRDefault="00A70B65" w:rsidP="00326169">
            <w:pPr>
              <w:rPr>
                <w:rFonts w:ascii="Segoe UI Symbol" w:hAnsi="Segoe UI Symbol" w:cs="Segoe UI Symbol"/>
                <w:lang w:val="fr-BE"/>
              </w:rPr>
            </w:pPr>
          </w:p>
          <w:p w14:paraId="153A3511" w14:textId="77777777" w:rsidR="00A70B65" w:rsidRPr="0060294A" w:rsidRDefault="00A70B65" w:rsidP="00326169">
            <w:pPr>
              <w:rPr>
                <w:rFonts w:ascii="Segoe UI Symbol" w:hAnsi="Segoe UI Symbol" w:cs="Segoe UI Symbol"/>
                <w:lang w:val="fr-BE"/>
              </w:rPr>
            </w:pPr>
          </w:p>
          <w:p w14:paraId="65DDAA4C" w14:textId="77777777" w:rsidR="00A70B65" w:rsidRPr="0060294A" w:rsidRDefault="00A70B65" w:rsidP="00326169">
            <w:pPr>
              <w:rPr>
                <w:rFonts w:ascii="Segoe UI Symbol" w:hAnsi="Segoe UI Symbol" w:cs="Segoe UI Symbol"/>
                <w:lang w:val="fr-BE"/>
              </w:rPr>
            </w:pPr>
          </w:p>
          <w:p w14:paraId="07D67ECB" w14:textId="77777777" w:rsidR="00A70B65" w:rsidRPr="0060294A" w:rsidRDefault="00A70B65" w:rsidP="00326169">
            <w:pPr>
              <w:rPr>
                <w:rFonts w:ascii="Segoe UI Symbol" w:hAnsi="Segoe UI Symbol" w:cs="Segoe UI Symbol"/>
                <w:lang w:val="fr-BE"/>
              </w:rPr>
            </w:pPr>
          </w:p>
          <w:p w14:paraId="63475EB5" w14:textId="77777777" w:rsidR="00A70B65" w:rsidRPr="0060294A" w:rsidRDefault="00A70B65" w:rsidP="00326169">
            <w:pPr>
              <w:rPr>
                <w:rFonts w:ascii="Segoe UI Symbol" w:hAnsi="Segoe UI Symbol" w:cs="Segoe UI Symbol"/>
                <w:lang w:val="fr-BE"/>
              </w:rPr>
            </w:pPr>
          </w:p>
          <w:p w14:paraId="2F41428B" w14:textId="77777777" w:rsidR="00A70B65" w:rsidRPr="0060294A" w:rsidRDefault="00A70B65" w:rsidP="00326169">
            <w:pPr>
              <w:rPr>
                <w:rFonts w:ascii="Segoe UI Symbol" w:hAnsi="Segoe UI Symbol" w:cs="Segoe UI Symbol"/>
                <w:lang w:val="fr-BE"/>
              </w:rPr>
            </w:pPr>
          </w:p>
          <w:p w14:paraId="7BBF014F" w14:textId="77777777" w:rsidR="00A70B65" w:rsidRPr="0060294A" w:rsidRDefault="00A70B65" w:rsidP="00326169">
            <w:pPr>
              <w:rPr>
                <w:rFonts w:ascii="Segoe UI Symbol" w:hAnsi="Segoe UI Symbol" w:cs="Segoe UI Symbol"/>
                <w:lang w:val="fr-BE"/>
              </w:rPr>
            </w:pPr>
          </w:p>
          <w:p w14:paraId="0C9D0E77" w14:textId="77777777" w:rsidR="00A70B65" w:rsidRPr="0060294A" w:rsidRDefault="00A70B65" w:rsidP="00326169">
            <w:pPr>
              <w:rPr>
                <w:rFonts w:ascii="Segoe UI Symbol" w:hAnsi="Segoe UI Symbol" w:cs="Segoe UI Symbol"/>
                <w:lang w:val="fr-BE"/>
              </w:rPr>
            </w:pPr>
          </w:p>
          <w:p w14:paraId="49B67BB1" w14:textId="77777777" w:rsidR="00A70B65" w:rsidRPr="0060294A" w:rsidRDefault="00A70B65" w:rsidP="00326169">
            <w:pPr>
              <w:rPr>
                <w:rFonts w:ascii="Segoe UI Symbol" w:hAnsi="Segoe UI Symbol" w:cs="Segoe UI Symbol"/>
                <w:lang w:val="fr-BE"/>
              </w:rPr>
            </w:pPr>
          </w:p>
          <w:p w14:paraId="769F99D7" w14:textId="77777777" w:rsidR="00A70B65" w:rsidRDefault="00A70B65" w:rsidP="00326169">
            <w:pPr>
              <w:rPr>
                <w:rFonts w:ascii="Segoe UI Symbol" w:hAnsi="Segoe UI Symbol" w:cs="Segoe UI Symbol"/>
                <w:lang w:val="fr-BE"/>
              </w:rPr>
            </w:pPr>
          </w:p>
          <w:p w14:paraId="11431BD9" w14:textId="77777777" w:rsidR="00611F93" w:rsidRPr="0060294A" w:rsidRDefault="00611F93" w:rsidP="00326169">
            <w:pPr>
              <w:rPr>
                <w:rFonts w:ascii="Segoe UI Symbol" w:hAnsi="Segoe UI Symbol" w:cs="Segoe UI Symbol"/>
                <w:lang w:val="fr-BE"/>
              </w:rPr>
            </w:pPr>
          </w:p>
          <w:p w14:paraId="4B0F5001" w14:textId="77777777" w:rsidR="00A70B65" w:rsidRPr="0060294A" w:rsidRDefault="00A70B65" w:rsidP="00326169">
            <w:pPr>
              <w:rPr>
                <w:rFonts w:ascii="Segoe UI Symbol" w:hAnsi="Segoe UI Symbol" w:cs="Segoe UI Symbol"/>
                <w:lang w:val="fr-BE"/>
              </w:rPr>
            </w:pPr>
          </w:p>
          <w:p w14:paraId="48FA970A" w14:textId="77777777" w:rsidR="00A70B65" w:rsidRPr="0060294A" w:rsidRDefault="00A70B65" w:rsidP="00326169">
            <w:pPr>
              <w:rPr>
                <w:rFonts w:ascii="Segoe UI Symbol" w:hAnsi="Segoe UI Symbol" w:cs="Segoe UI Symbol"/>
                <w:lang w:val="fr-BE"/>
              </w:rPr>
            </w:pPr>
          </w:p>
          <w:p w14:paraId="089ECC6E" w14:textId="77777777" w:rsidR="009E09B5" w:rsidRPr="0060294A" w:rsidRDefault="009E09B5" w:rsidP="00326169">
            <w:pPr>
              <w:rPr>
                <w:rFonts w:ascii="Segoe UI Symbol" w:hAnsi="Segoe UI Symbol" w:cs="Segoe UI Symbol"/>
                <w:lang w:val="fr-BE"/>
              </w:rPr>
            </w:pPr>
          </w:p>
          <w:p w14:paraId="5FE6C9AC" w14:textId="77777777" w:rsidR="007E55C3" w:rsidRPr="0060294A" w:rsidRDefault="007E55C3" w:rsidP="00326169">
            <w:pPr>
              <w:rPr>
                <w:rFonts w:ascii="Segoe UI Symbol" w:hAnsi="Segoe UI Symbol" w:cs="Segoe UI Symbol"/>
                <w:lang w:val="fr-BE"/>
              </w:rPr>
            </w:pPr>
          </w:p>
          <w:p w14:paraId="28A63076" w14:textId="2F990A58" w:rsidR="007E55C3" w:rsidRPr="0060294A" w:rsidRDefault="007E55C3" w:rsidP="00326169">
            <w:pPr>
              <w:rPr>
                <w:rFonts w:ascii="Segoe UI Symbol" w:hAnsi="Segoe UI Symbol" w:cs="Segoe UI Symbol"/>
                <w:lang w:val="fr-BE"/>
              </w:rPr>
            </w:pPr>
          </w:p>
        </w:tc>
      </w:tr>
      <w:tr w:rsidR="00326169" w:rsidRPr="005F0368" w14:paraId="1A1C5633" w14:textId="77777777" w:rsidTr="00212D3F">
        <w:tc>
          <w:tcPr>
            <w:tcW w:w="9634" w:type="dxa"/>
          </w:tcPr>
          <w:p w14:paraId="5427E8D7" w14:textId="52072504" w:rsidR="00326169" w:rsidRPr="0060294A" w:rsidRDefault="00326169" w:rsidP="00326169">
            <w:pPr>
              <w:rPr>
                <w:rFonts w:ascii="Segoe UI Symbol" w:hAnsi="Segoe UI Symbol" w:cs="Segoe UI Symbol"/>
                <w:lang w:val="fr-BE"/>
              </w:rPr>
            </w:pPr>
            <w:r w:rsidRPr="0060294A">
              <w:rPr>
                <w:rFonts w:ascii="Segoe UI Symbol" w:hAnsi="Segoe UI Symbol" w:cs="Segoe UI Symbol"/>
                <w:lang w:val="fr-BE"/>
              </w:rPr>
              <w:t xml:space="preserve">☐ </w:t>
            </w:r>
            <w:r w:rsidRPr="0060294A">
              <w:rPr>
                <w:b/>
                <w:bCs/>
                <w:lang w:val="fr-BE"/>
              </w:rPr>
              <w:t xml:space="preserve">½ page </w:t>
            </w:r>
            <w:r w:rsidR="002F7B68" w:rsidRPr="0060294A">
              <w:rPr>
                <w:lang w:val="fr-BE"/>
              </w:rPr>
              <w:t>(</w:t>
            </w:r>
            <w:r w:rsidRPr="0060294A">
              <w:rPr>
                <w:lang w:val="fr-BE"/>
              </w:rPr>
              <w:t>max. 1 400 caractères + 1 photo ou croquis</w:t>
            </w:r>
            <w:r w:rsidR="002F7B68" w:rsidRPr="0060294A">
              <w:rPr>
                <w:lang w:val="fr-BE"/>
              </w:rPr>
              <w:t>)</w:t>
            </w:r>
          </w:p>
        </w:tc>
      </w:tr>
      <w:tr w:rsidR="00326169" w:rsidRPr="005F0368" w14:paraId="487FF51F" w14:textId="77777777" w:rsidTr="00212D3F">
        <w:tc>
          <w:tcPr>
            <w:tcW w:w="9634" w:type="dxa"/>
          </w:tcPr>
          <w:p w14:paraId="1C60CC07" w14:textId="77777777" w:rsidR="001E0437" w:rsidRPr="0060294A" w:rsidRDefault="001E0437" w:rsidP="00326169">
            <w:pPr>
              <w:rPr>
                <w:rFonts w:ascii="Segoe UI Symbol" w:hAnsi="Segoe UI Symbol" w:cs="Segoe UI Symbol"/>
                <w:lang w:val="fr-BE"/>
              </w:rPr>
            </w:pPr>
          </w:p>
        </w:tc>
      </w:tr>
      <w:tr w:rsidR="00326169" w:rsidRPr="005F0368" w14:paraId="098C63A1" w14:textId="77777777" w:rsidTr="00212D3F">
        <w:tc>
          <w:tcPr>
            <w:tcW w:w="9634" w:type="dxa"/>
          </w:tcPr>
          <w:p w14:paraId="36878F2C" w14:textId="618DDAE7" w:rsidR="00326169" w:rsidRPr="0060294A" w:rsidRDefault="00326169" w:rsidP="00326169">
            <w:pPr>
              <w:rPr>
                <w:lang w:val="fr-BE"/>
              </w:rPr>
            </w:pPr>
            <w:r w:rsidRPr="0060294A">
              <w:rPr>
                <w:rFonts w:ascii="Segoe UI Symbol" w:hAnsi="Segoe UI Symbol" w:cs="Segoe UI Symbol"/>
                <w:lang w:val="fr-BE"/>
              </w:rPr>
              <w:t xml:space="preserve">☐ </w:t>
            </w:r>
            <w:r w:rsidRPr="0060294A">
              <w:rPr>
                <w:b/>
                <w:bCs/>
                <w:lang w:val="fr-BE"/>
              </w:rPr>
              <w:t xml:space="preserve">Plus d’une page </w:t>
            </w:r>
            <w:r w:rsidR="002F7B68" w:rsidRPr="0060294A">
              <w:rPr>
                <w:lang w:val="fr-BE"/>
              </w:rPr>
              <w:t>(</w:t>
            </w:r>
            <w:r w:rsidRPr="0060294A">
              <w:rPr>
                <w:lang w:val="fr-BE"/>
              </w:rPr>
              <w:t>max. 3 600 caractères + max. 3 photos ou schémas</w:t>
            </w:r>
            <w:r w:rsidR="002F7B68" w:rsidRPr="0060294A">
              <w:rPr>
                <w:lang w:val="fr-BE"/>
              </w:rPr>
              <w:t xml:space="preserve">) </w:t>
            </w:r>
            <w:r w:rsidR="00AF2331" w:rsidRPr="0060294A">
              <w:rPr>
                <w:sz w:val="16"/>
                <w:szCs w:val="18"/>
                <w:lang w:val="fr-BE"/>
              </w:rPr>
              <w:t>|Pour les articles techniques</w:t>
            </w:r>
          </w:p>
        </w:tc>
      </w:tr>
      <w:tr w:rsidR="00D21EA9" w:rsidRPr="005F0368" w14:paraId="0E3A0194" w14:textId="77777777" w:rsidTr="00212D3F">
        <w:tc>
          <w:tcPr>
            <w:tcW w:w="9634" w:type="dxa"/>
          </w:tcPr>
          <w:p w14:paraId="2145CF9A" w14:textId="77777777" w:rsidR="00D21EA9" w:rsidRPr="0060294A" w:rsidRDefault="00D21EA9" w:rsidP="00326169">
            <w:pPr>
              <w:rPr>
                <w:rFonts w:ascii="Segoe UI Symbol" w:hAnsi="Segoe UI Symbol" w:cs="Segoe UI Symbol"/>
                <w:lang w:val="fr-BE"/>
              </w:rPr>
            </w:pPr>
          </w:p>
        </w:tc>
      </w:tr>
      <w:tr w:rsidR="00D21EA9" w:rsidRPr="005F0368" w14:paraId="567997BB" w14:textId="77777777" w:rsidTr="00212D3F">
        <w:tc>
          <w:tcPr>
            <w:tcW w:w="9634" w:type="dxa"/>
            <w:shd w:val="clear" w:color="auto" w:fill="DAEEF3" w:themeFill="accent5" w:themeFillTint="33"/>
          </w:tcPr>
          <w:p w14:paraId="2F20FDE5" w14:textId="29A74D70" w:rsidR="00924F1A" w:rsidRPr="0060294A" w:rsidRDefault="00D21EA9" w:rsidP="00326169">
            <w:pPr>
              <w:rPr>
                <w:sz w:val="16"/>
                <w:szCs w:val="18"/>
                <w:lang w:val="fr-BE"/>
              </w:rPr>
            </w:pPr>
            <w:r w:rsidRPr="0060294A">
              <w:rPr>
                <w:color w:val="31849B" w:themeColor="accent5" w:themeShade="BF"/>
                <w:lang w:val="fr-BE"/>
              </w:rPr>
              <w:t xml:space="preserve">Résumé en français </w:t>
            </w:r>
            <w:r w:rsidR="002E20A6" w:rsidRPr="0060294A">
              <w:rPr>
                <w:sz w:val="16"/>
                <w:szCs w:val="18"/>
                <w:lang w:val="fr-BE"/>
              </w:rPr>
              <w:t xml:space="preserve">| </w:t>
            </w:r>
            <w:r w:rsidR="00702F34" w:rsidRPr="0060294A">
              <w:rPr>
                <w:sz w:val="16"/>
                <w:szCs w:val="18"/>
                <w:lang w:val="fr-BE"/>
              </w:rPr>
              <w:t>Ne s'applique qu'aux articles soumis dans une seule langue</w:t>
            </w:r>
            <w:r w:rsidR="005F0368" w:rsidRPr="005F0368">
              <w:rPr>
                <w:color w:val="C00000"/>
                <w:lang w:val="fr-BE"/>
              </w:rPr>
              <w:t>*</w:t>
            </w:r>
            <w:r w:rsidR="002E20A6" w:rsidRPr="0060294A">
              <w:rPr>
                <w:sz w:val="16"/>
                <w:szCs w:val="18"/>
                <w:lang w:val="fr-BE"/>
              </w:rPr>
              <w:t>.</w:t>
            </w:r>
          </w:p>
          <w:p w14:paraId="3EAB8E29" w14:textId="4D902D27" w:rsidR="00D21EA9" w:rsidRPr="0060294A" w:rsidRDefault="00B0403C" w:rsidP="00326169">
            <w:pPr>
              <w:rPr>
                <w:lang w:val="fr-BE"/>
              </w:rPr>
            </w:pPr>
            <w:proofErr w:type="spellStart"/>
            <w:r w:rsidRPr="0060294A">
              <w:rPr>
                <w:sz w:val="16"/>
                <w:szCs w:val="18"/>
                <w:lang w:val="fr-BE"/>
              </w:rPr>
              <w:t>VOMinfo</w:t>
            </w:r>
            <w:proofErr w:type="spellEnd"/>
            <w:r w:rsidRPr="0060294A">
              <w:rPr>
                <w:sz w:val="16"/>
                <w:szCs w:val="18"/>
                <w:lang w:val="fr-BE"/>
              </w:rPr>
              <w:t xml:space="preserve"> étant une revue bilingue, nous vous demandons d’ajouter un résumé en français. Cela permettra aux lecteurs de comprendre votre article </w:t>
            </w:r>
            <w:r w:rsidR="00954E58" w:rsidRPr="0060294A">
              <w:rPr>
                <w:sz w:val="16"/>
                <w:szCs w:val="18"/>
                <w:lang w:val="fr-BE"/>
              </w:rPr>
              <w:t xml:space="preserve">et </w:t>
            </w:r>
            <w:r w:rsidRPr="0060294A">
              <w:rPr>
                <w:sz w:val="16"/>
                <w:szCs w:val="18"/>
                <w:lang w:val="fr-BE"/>
              </w:rPr>
              <w:t xml:space="preserve">de consulter </w:t>
            </w:r>
            <w:r w:rsidR="00954E58" w:rsidRPr="0060294A">
              <w:rPr>
                <w:sz w:val="16"/>
                <w:szCs w:val="18"/>
                <w:lang w:val="fr-BE"/>
              </w:rPr>
              <w:t xml:space="preserve">ensuite </w:t>
            </w:r>
            <w:r w:rsidRPr="0060294A">
              <w:rPr>
                <w:sz w:val="16"/>
                <w:szCs w:val="18"/>
                <w:lang w:val="fr-BE"/>
              </w:rPr>
              <w:t>l’article complet en ligne à l’aide d’un outil de traduction.</w:t>
            </w:r>
          </w:p>
        </w:tc>
      </w:tr>
      <w:tr w:rsidR="00D21EA9" w:rsidRPr="005F0368" w14:paraId="69BA44C8" w14:textId="77777777" w:rsidTr="00212D3F">
        <w:tc>
          <w:tcPr>
            <w:tcW w:w="9634" w:type="dxa"/>
            <w:shd w:val="clear" w:color="auto" w:fill="DAEEF3" w:themeFill="accent5" w:themeFillTint="33"/>
          </w:tcPr>
          <w:p w14:paraId="0005632C" w14:textId="0F5F110C" w:rsidR="00D21EA9" w:rsidRPr="0060294A" w:rsidRDefault="00D21EA9" w:rsidP="00326169">
            <w:pPr>
              <w:rPr>
                <w:color w:val="31849B" w:themeColor="accent5" w:themeShade="BF"/>
                <w:lang w:val="fr-BE"/>
              </w:rPr>
            </w:pPr>
            <w:r w:rsidRPr="0060294A">
              <w:rPr>
                <w:color w:val="31849B" w:themeColor="accent5" w:themeShade="BF"/>
                <w:lang w:val="fr-BE"/>
              </w:rPr>
              <w:t xml:space="preserve">Titre en </w:t>
            </w:r>
            <w:r w:rsidR="001E0437" w:rsidRPr="00545820">
              <w:rPr>
                <w:color w:val="31849B" w:themeColor="accent5" w:themeShade="BF"/>
                <w:lang w:val="fr-BE"/>
              </w:rPr>
              <w:t>français</w:t>
            </w:r>
            <w:r w:rsidR="005F0368" w:rsidRPr="005F0368">
              <w:rPr>
                <w:color w:val="C00000"/>
                <w:lang w:val="fr-BE"/>
              </w:rPr>
              <w:t>*</w:t>
            </w:r>
            <w:r w:rsidR="005F0368" w:rsidRPr="0060294A">
              <w:rPr>
                <w:lang w:val="fr-BE"/>
              </w:rPr>
              <w:t xml:space="preserve"> </w:t>
            </w:r>
            <w:r w:rsidR="001E0437" w:rsidRPr="0060294A">
              <w:rPr>
                <w:lang w:val="fr-BE"/>
              </w:rPr>
              <w:t>(</w:t>
            </w:r>
            <w:r w:rsidR="002608B4" w:rsidRPr="0060294A">
              <w:rPr>
                <w:lang w:val="fr-BE"/>
              </w:rPr>
              <w:t xml:space="preserve">traduction </w:t>
            </w:r>
            <w:r w:rsidR="001E0437" w:rsidRPr="0060294A">
              <w:rPr>
                <w:lang w:val="fr-BE"/>
              </w:rPr>
              <w:t>du titre néerlandais)</w:t>
            </w:r>
          </w:p>
        </w:tc>
      </w:tr>
      <w:tr w:rsidR="00D21EA9" w:rsidRPr="005F0368" w14:paraId="0B656EC9" w14:textId="77777777" w:rsidTr="00212D3F">
        <w:tc>
          <w:tcPr>
            <w:tcW w:w="9634" w:type="dxa"/>
          </w:tcPr>
          <w:p w14:paraId="0B104CF8" w14:textId="33D3C219" w:rsidR="00D21EA9" w:rsidRPr="0060294A" w:rsidRDefault="00D21EA9" w:rsidP="00326169">
            <w:pPr>
              <w:rPr>
                <w:b/>
                <w:bCs/>
                <w:lang w:val="fr-BE"/>
              </w:rPr>
            </w:pPr>
          </w:p>
        </w:tc>
      </w:tr>
      <w:tr w:rsidR="00D21EA9" w:rsidRPr="005F0368" w14:paraId="65293BC6" w14:textId="77777777" w:rsidTr="00212D3F">
        <w:tc>
          <w:tcPr>
            <w:tcW w:w="9634" w:type="dxa"/>
            <w:shd w:val="clear" w:color="auto" w:fill="DAEEF3" w:themeFill="accent5" w:themeFillTint="33"/>
          </w:tcPr>
          <w:p w14:paraId="0E65743F" w14:textId="12527A30" w:rsidR="00D21EA9" w:rsidRPr="0060294A" w:rsidRDefault="001E0437" w:rsidP="00326169">
            <w:pPr>
              <w:rPr>
                <w:highlight w:val="yellow"/>
                <w:lang w:val="fr-BE"/>
              </w:rPr>
            </w:pPr>
            <w:r w:rsidRPr="00545820">
              <w:rPr>
                <w:color w:val="31849B" w:themeColor="accent5" w:themeShade="BF"/>
                <w:lang w:val="fr-BE"/>
              </w:rPr>
              <w:t>Résumé</w:t>
            </w:r>
            <w:r w:rsidR="005F0368" w:rsidRPr="005F0368">
              <w:rPr>
                <w:color w:val="C00000"/>
                <w:lang w:val="fr-BE"/>
              </w:rPr>
              <w:t>*</w:t>
            </w:r>
            <w:r w:rsidR="005F0368" w:rsidRPr="0060294A">
              <w:rPr>
                <w:lang w:val="fr-BE"/>
              </w:rPr>
              <w:t xml:space="preserve"> </w:t>
            </w:r>
            <w:r w:rsidR="00D21EA9" w:rsidRPr="0060294A">
              <w:rPr>
                <w:lang w:val="fr-BE"/>
              </w:rPr>
              <w:t>(500 caractères maximum, espaces compris)</w:t>
            </w:r>
          </w:p>
        </w:tc>
      </w:tr>
      <w:tr w:rsidR="00D21EA9" w:rsidRPr="005F0368" w14:paraId="2A017328" w14:textId="77777777" w:rsidTr="00212D3F">
        <w:tc>
          <w:tcPr>
            <w:tcW w:w="9634" w:type="dxa"/>
          </w:tcPr>
          <w:p w14:paraId="6F2999E2" w14:textId="77777777" w:rsidR="00D21EA9" w:rsidRPr="0060294A" w:rsidRDefault="00D21EA9" w:rsidP="00326169">
            <w:pPr>
              <w:rPr>
                <w:b/>
                <w:bCs/>
                <w:lang w:val="fr-BE"/>
              </w:rPr>
            </w:pPr>
          </w:p>
        </w:tc>
      </w:tr>
      <w:tr w:rsidR="00D21EA9" w:rsidRPr="005F0368" w14:paraId="0DC7C80E" w14:textId="77777777" w:rsidTr="00212D3F">
        <w:tc>
          <w:tcPr>
            <w:tcW w:w="9634" w:type="dxa"/>
            <w:shd w:val="clear" w:color="auto" w:fill="DAEEF3" w:themeFill="accent5" w:themeFillTint="33"/>
          </w:tcPr>
          <w:p w14:paraId="46D840A8" w14:textId="43CA3616" w:rsidR="00D21EA9" w:rsidRPr="0060294A" w:rsidRDefault="003921BE" w:rsidP="00326169">
            <w:pPr>
              <w:rPr>
                <w:sz w:val="16"/>
                <w:szCs w:val="18"/>
                <w:lang w:val="fr-BE"/>
              </w:rPr>
            </w:pPr>
            <w:r w:rsidRPr="00FC062D">
              <w:rPr>
                <w:color w:val="31849B" w:themeColor="accent5" w:themeShade="BF"/>
                <w:lang w:val="fr-BE"/>
              </w:rPr>
              <w:t>Phrase clé</w:t>
            </w:r>
            <w:r w:rsidR="00AB1374" w:rsidRPr="0060294A">
              <w:rPr>
                <w:color w:val="31849B" w:themeColor="accent5" w:themeShade="BF"/>
                <w:lang w:val="fr-BE"/>
              </w:rPr>
              <w:t xml:space="preserve"> </w:t>
            </w:r>
            <w:r w:rsidR="00D21EA9" w:rsidRPr="0060294A">
              <w:rPr>
                <w:lang w:val="fr-BE"/>
              </w:rPr>
              <w:t xml:space="preserve">(max. 150 caractères, espaces compris) </w:t>
            </w:r>
            <w:r w:rsidR="00D21EA9" w:rsidRPr="0060294A">
              <w:rPr>
                <w:sz w:val="16"/>
                <w:szCs w:val="18"/>
                <w:lang w:val="fr-BE"/>
              </w:rPr>
              <w:t>| Facultatif</w:t>
            </w:r>
          </w:p>
          <w:p w14:paraId="1A035B06" w14:textId="48700EFF" w:rsidR="00AA2804" w:rsidRPr="00FC062D" w:rsidRDefault="00FC062D" w:rsidP="00326169">
            <w:pPr>
              <w:rPr>
                <w:lang w:val="fr-BE"/>
              </w:rPr>
            </w:pPr>
            <w:r w:rsidRPr="00FC062D">
              <w:rPr>
                <w:sz w:val="16"/>
                <w:szCs w:val="18"/>
                <w:lang w:val="fr-BE"/>
              </w:rPr>
              <w:t>Vous pouvez mettre en avant, en une phrase courte, l'idée principale ou un point marquant de votre article.</w:t>
            </w:r>
          </w:p>
        </w:tc>
      </w:tr>
      <w:tr w:rsidR="00D21EA9" w:rsidRPr="005F0368" w14:paraId="186822AA" w14:textId="77777777" w:rsidTr="00212D3F">
        <w:tc>
          <w:tcPr>
            <w:tcW w:w="9634" w:type="dxa"/>
          </w:tcPr>
          <w:p w14:paraId="0C404372" w14:textId="77777777" w:rsidR="00D21EA9" w:rsidRPr="0060294A" w:rsidRDefault="00D21EA9" w:rsidP="00326169">
            <w:pPr>
              <w:rPr>
                <w:color w:val="31849B" w:themeColor="accent5" w:themeShade="BF"/>
                <w:lang w:val="fr-BE"/>
              </w:rPr>
            </w:pPr>
          </w:p>
        </w:tc>
      </w:tr>
    </w:tbl>
    <w:p w14:paraId="7E33BC51" w14:textId="0E5A63A2" w:rsidR="002D33EE" w:rsidRPr="0060294A" w:rsidRDefault="00D61F65" w:rsidP="00D61F65">
      <w:pPr>
        <w:pStyle w:val="Titre1"/>
        <w:rPr>
          <w:lang w:val="fr-BE"/>
        </w:rPr>
      </w:pPr>
      <w:r w:rsidRPr="0060294A">
        <w:rPr>
          <w:lang w:val="fr-BE"/>
        </w:rPr>
        <w:lastRenderedPageBreak/>
        <w:t xml:space="preserve">5. </w:t>
      </w:r>
      <w:r w:rsidR="001B72E5" w:rsidRPr="0060294A">
        <w:rPr>
          <w:lang w:val="fr-BE"/>
        </w:rPr>
        <w:t>Photos, schémas et logos</w:t>
      </w:r>
    </w:p>
    <w:p w14:paraId="21CC5CD3" w14:textId="77777777" w:rsidR="002D33EE" w:rsidRPr="0060294A" w:rsidRDefault="001B72E5">
      <w:pPr>
        <w:rPr>
          <w:lang w:val="fr-BE"/>
        </w:rPr>
      </w:pPr>
      <w:r w:rsidRPr="0060294A">
        <w:rPr>
          <w:lang w:val="fr-BE"/>
        </w:rPr>
        <w:t>Saisissez ici les références des fichiers :</w:t>
      </w:r>
    </w:p>
    <w:tbl>
      <w:tblPr>
        <w:tblStyle w:val="Grilledutableau"/>
        <w:tblW w:w="9634" w:type="dxa"/>
        <w:tblLook w:val="04A0" w:firstRow="1" w:lastRow="0" w:firstColumn="1" w:lastColumn="0" w:noHBand="0" w:noVBand="1"/>
      </w:tblPr>
      <w:tblGrid>
        <w:gridCol w:w="3256"/>
        <w:gridCol w:w="3223"/>
        <w:gridCol w:w="3155"/>
      </w:tblGrid>
      <w:tr w:rsidR="002D33EE" w14:paraId="56120E85" w14:textId="77777777" w:rsidTr="00212D3F">
        <w:tc>
          <w:tcPr>
            <w:tcW w:w="3256" w:type="dxa"/>
            <w:shd w:val="clear" w:color="auto" w:fill="DAEEF3" w:themeFill="accent5" w:themeFillTint="33"/>
          </w:tcPr>
          <w:p w14:paraId="3811C59F" w14:textId="405A3E3E" w:rsidR="002D33EE" w:rsidRPr="00661001" w:rsidRDefault="00F24C3C">
            <w:pPr>
              <w:rPr>
                <w:lang w:val="nl-BE"/>
              </w:rPr>
            </w:pPr>
            <w:r w:rsidRPr="00661001">
              <w:rPr>
                <w:lang w:val="nl-BE"/>
              </w:rPr>
              <w:t xml:space="preserve">Nom du </w:t>
            </w:r>
            <w:r w:rsidR="001B72E5" w:rsidRPr="00B1690D">
              <w:rPr>
                <w:lang w:val="nl-BE"/>
              </w:rPr>
              <w:t>fichier</w:t>
            </w:r>
            <w:r w:rsidR="003F54BB" w:rsidRPr="00661001">
              <w:rPr>
                <w:lang w:val="nl-BE"/>
              </w:rPr>
              <w:t xml:space="preserve"> joint</w:t>
            </w:r>
            <w:r w:rsidR="005F0368" w:rsidRPr="005F0368">
              <w:rPr>
                <w:color w:val="C00000"/>
                <w:lang w:val="fr-BE"/>
              </w:rPr>
              <w:t>*</w:t>
            </w:r>
          </w:p>
        </w:tc>
        <w:tc>
          <w:tcPr>
            <w:tcW w:w="3223" w:type="dxa"/>
            <w:shd w:val="clear" w:color="auto" w:fill="DAEEF3" w:themeFill="accent5" w:themeFillTint="33"/>
          </w:tcPr>
          <w:p w14:paraId="1CD73CBB" w14:textId="61129EBF" w:rsidR="002D33EE" w:rsidRDefault="003F54BB">
            <w:proofErr w:type="spellStart"/>
            <w:r>
              <w:t>Lég</w:t>
            </w:r>
            <w:r w:rsidRPr="00B1690D">
              <w:t>ende</w:t>
            </w:r>
            <w:proofErr w:type="spellEnd"/>
            <w:r w:rsidR="005F0368" w:rsidRPr="005F0368">
              <w:rPr>
                <w:color w:val="C00000"/>
                <w:lang w:val="fr-BE"/>
              </w:rPr>
              <w:t>*</w:t>
            </w:r>
          </w:p>
        </w:tc>
        <w:tc>
          <w:tcPr>
            <w:tcW w:w="3155" w:type="dxa"/>
            <w:shd w:val="clear" w:color="auto" w:fill="DAEEF3" w:themeFill="accent5" w:themeFillTint="33"/>
          </w:tcPr>
          <w:p w14:paraId="08418EDB" w14:textId="0B41BEC9" w:rsidR="002D33EE" w:rsidRDefault="00B1690D">
            <w:r>
              <w:t>Copyright</w:t>
            </w:r>
          </w:p>
        </w:tc>
      </w:tr>
      <w:tr w:rsidR="002D33EE" w14:paraId="18B0816D" w14:textId="77777777" w:rsidTr="00212D3F">
        <w:tc>
          <w:tcPr>
            <w:tcW w:w="3256" w:type="dxa"/>
          </w:tcPr>
          <w:p w14:paraId="0DC3EF8B" w14:textId="39F3CBA2" w:rsidR="002D33EE" w:rsidRDefault="002D33EE"/>
        </w:tc>
        <w:tc>
          <w:tcPr>
            <w:tcW w:w="3223" w:type="dxa"/>
          </w:tcPr>
          <w:p w14:paraId="30C95833" w14:textId="77777777" w:rsidR="002D33EE" w:rsidRDefault="002D33EE"/>
        </w:tc>
        <w:tc>
          <w:tcPr>
            <w:tcW w:w="3155" w:type="dxa"/>
          </w:tcPr>
          <w:p w14:paraId="374978EA" w14:textId="77777777" w:rsidR="002D33EE" w:rsidRDefault="002D33EE"/>
        </w:tc>
      </w:tr>
      <w:tr w:rsidR="002D33EE" w14:paraId="6EC474D8" w14:textId="77777777" w:rsidTr="00212D3F">
        <w:tc>
          <w:tcPr>
            <w:tcW w:w="3256" w:type="dxa"/>
          </w:tcPr>
          <w:p w14:paraId="4661F2F6" w14:textId="58D7D400" w:rsidR="002D33EE" w:rsidRDefault="002D33EE"/>
        </w:tc>
        <w:tc>
          <w:tcPr>
            <w:tcW w:w="3223" w:type="dxa"/>
          </w:tcPr>
          <w:p w14:paraId="36B2A255" w14:textId="77777777" w:rsidR="002D33EE" w:rsidRDefault="002D33EE"/>
        </w:tc>
        <w:tc>
          <w:tcPr>
            <w:tcW w:w="3155" w:type="dxa"/>
          </w:tcPr>
          <w:p w14:paraId="7E0A5DFB" w14:textId="77777777" w:rsidR="002D33EE" w:rsidRDefault="002D33EE"/>
        </w:tc>
      </w:tr>
      <w:tr w:rsidR="002D33EE" w14:paraId="474699A2" w14:textId="77777777" w:rsidTr="00212D3F">
        <w:tc>
          <w:tcPr>
            <w:tcW w:w="3256" w:type="dxa"/>
          </w:tcPr>
          <w:p w14:paraId="01C37CAE" w14:textId="6AECEF25" w:rsidR="002D33EE" w:rsidRDefault="002D33EE"/>
        </w:tc>
        <w:tc>
          <w:tcPr>
            <w:tcW w:w="3223" w:type="dxa"/>
          </w:tcPr>
          <w:p w14:paraId="4392DC94" w14:textId="77777777" w:rsidR="002D33EE" w:rsidRDefault="002D33EE"/>
        </w:tc>
        <w:tc>
          <w:tcPr>
            <w:tcW w:w="3155" w:type="dxa"/>
          </w:tcPr>
          <w:p w14:paraId="7424EA8A" w14:textId="77777777" w:rsidR="002D33EE" w:rsidRDefault="002D33EE"/>
        </w:tc>
      </w:tr>
    </w:tbl>
    <w:p w14:paraId="1144716E" w14:textId="5601CFC6" w:rsidR="002D33EE" w:rsidRPr="0060294A" w:rsidRDefault="00F24C3C">
      <w:pPr>
        <w:rPr>
          <w:lang w:val="fr-BE"/>
        </w:rPr>
      </w:pPr>
      <w:r w:rsidRPr="0060294A">
        <w:rPr>
          <w:lang w:val="fr-BE"/>
        </w:rPr>
        <w:t xml:space="preserve">Afin de garantir une qualité d'impression optimale, </w:t>
      </w:r>
      <w:r w:rsidR="008F36D5" w:rsidRPr="0060294A">
        <w:rPr>
          <w:lang w:val="fr-BE"/>
        </w:rPr>
        <w:t xml:space="preserve">veuillez respecter </w:t>
      </w:r>
      <w:r w:rsidRPr="0060294A">
        <w:rPr>
          <w:lang w:val="fr-BE"/>
        </w:rPr>
        <w:t xml:space="preserve">les recommandations suivantes </w:t>
      </w:r>
      <w:r w:rsidR="008F36D5" w:rsidRPr="0060294A">
        <w:rPr>
          <w:lang w:val="fr-BE"/>
        </w:rPr>
        <w:t>:</w:t>
      </w:r>
    </w:p>
    <w:p w14:paraId="5F1A4CEB" w14:textId="4B812B94" w:rsidR="00F24C3C" w:rsidRPr="007A72A0" w:rsidRDefault="00F24C3C" w:rsidP="007A72A0">
      <w:pPr>
        <w:pStyle w:val="Paragraphedeliste"/>
        <w:numPr>
          <w:ilvl w:val="0"/>
          <w:numId w:val="11"/>
        </w:numPr>
        <w:rPr>
          <w:lang w:val="fr-BE"/>
        </w:rPr>
      </w:pPr>
      <w:r w:rsidRPr="0060294A">
        <w:rPr>
          <w:lang w:val="fr-BE"/>
        </w:rPr>
        <w:t xml:space="preserve">Fournissez les photos dans leur format d'origine (JPEG, PNG ou TIFF), sans compression ni captures d'écran. </w:t>
      </w:r>
      <w:r w:rsidRPr="007A72A0">
        <w:rPr>
          <w:lang w:val="fr-BE"/>
        </w:rPr>
        <w:t>Résolution recommandée : au moins 3 000 pixels sur le côté le plus long ou un fichier d'au moins</w:t>
      </w:r>
      <w:r w:rsidR="001176DE" w:rsidRPr="007A72A0">
        <w:rPr>
          <w:lang w:val="fr-BE"/>
        </w:rPr>
        <w:t xml:space="preserve"> 300 ko</w:t>
      </w:r>
      <w:r w:rsidRPr="007A72A0">
        <w:rPr>
          <w:lang w:val="fr-BE"/>
        </w:rPr>
        <w:t xml:space="preserve">. </w:t>
      </w:r>
    </w:p>
    <w:p w14:paraId="25C17513" w14:textId="1742CF21" w:rsidR="00F24C3C" w:rsidRPr="00501CF0" w:rsidRDefault="00F24C3C" w:rsidP="00501CF0">
      <w:pPr>
        <w:pStyle w:val="Paragraphedeliste"/>
        <w:numPr>
          <w:ilvl w:val="0"/>
          <w:numId w:val="11"/>
        </w:numPr>
        <w:rPr>
          <w:lang w:val="fr-BE"/>
        </w:rPr>
      </w:pPr>
      <w:r w:rsidRPr="0060294A">
        <w:rPr>
          <w:lang w:val="fr-BE"/>
        </w:rPr>
        <w:t>Évitez les images provenant des réseaux sociaux ou de sites web.</w:t>
      </w:r>
      <w:r w:rsidR="00501CF0">
        <w:rPr>
          <w:lang w:val="fr-BE"/>
        </w:rPr>
        <w:t xml:space="preserve"> </w:t>
      </w:r>
      <w:r w:rsidRPr="00501CF0">
        <w:rPr>
          <w:lang w:val="fr-BE"/>
        </w:rPr>
        <w:t xml:space="preserve">Privilégiez des photos nettes, bien exposées et de bonne qualité. </w:t>
      </w:r>
    </w:p>
    <w:p w14:paraId="3D50808D" w14:textId="77777777" w:rsidR="00F24C3C" w:rsidRPr="0060294A" w:rsidRDefault="00F24C3C" w:rsidP="00F24C3C">
      <w:pPr>
        <w:pStyle w:val="Paragraphedeliste"/>
        <w:numPr>
          <w:ilvl w:val="0"/>
          <w:numId w:val="11"/>
        </w:numPr>
        <w:rPr>
          <w:lang w:val="fr-BE"/>
        </w:rPr>
      </w:pPr>
      <w:r w:rsidRPr="0060294A">
        <w:rPr>
          <w:lang w:val="fr-BE"/>
        </w:rPr>
        <w:t xml:space="preserve">Les logos doivent être fournis au format PDF, AI, EPS ou SVG. Si cela n’est pas possible, un fichier PNG haute résolution avec un fond transparent sera accepté. </w:t>
      </w:r>
    </w:p>
    <w:p w14:paraId="0F50997E" w14:textId="71F0C8B3" w:rsidR="00F24C3C" w:rsidRPr="0060294A" w:rsidRDefault="00F24C3C" w:rsidP="00F24C3C">
      <w:pPr>
        <w:pStyle w:val="Paragraphedeliste"/>
        <w:numPr>
          <w:ilvl w:val="0"/>
          <w:numId w:val="11"/>
        </w:numPr>
        <w:rPr>
          <w:lang w:val="fr-BE"/>
        </w:rPr>
      </w:pPr>
      <w:r w:rsidRPr="0060294A">
        <w:rPr>
          <w:lang w:val="fr-BE"/>
        </w:rPr>
        <w:t xml:space="preserve">Si vous disposez de plusieurs photos, n’hésitez pas à nous les envoyer. Nous sélectionnerons les images les plus adaptées en fonction de leur qualité et de la mise en page. </w:t>
      </w:r>
    </w:p>
    <w:p w14:paraId="1291FB2E" w14:textId="3F1D4151" w:rsidR="00F24C3C" w:rsidRPr="00F24C3C" w:rsidRDefault="00F24C3C" w:rsidP="00F24C3C">
      <w:pPr>
        <w:pStyle w:val="Paragraphedeliste"/>
        <w:numPr>
          <w:ilvl w:val="0"/>
          <w:numId w:val="11"/>
        </w:numPr>
        <w:rPr>
          <w:lang w:val="fr-BE"/>
        </w:rPr>
      </w:pPr>
      <w:r w:rsidRPr="0060294A">
        <w:rPr>
          <w:lang w:val="fr-BE"/>
        </w:rPr>
        <w:t xml:space="preserve">Si vous avez des préférences concernant l'emplacement de certaines photos ou de certains schémas, veuillez l'indiquer dans le champ « </w:t>
      </w:r>
      <w:r w:rsidR="00B1690D" w:rsidRPr="0060294A">
        <w:rPr>
          <w:color w:val="31849B" w:themeColor="accent5" w:themeShade="BF"/>
          <w:lang w:val="fr-BE"/>
        </w:rPr>
        <w:t xml:space="preserve">Corps de </w:t>
      </w:r>
      <w:r w:rsidR="00B1690D" w:rsidRPr="002250C7">
        <w:rPr>
          <w:color w:val="31849B" w:themeColor="accent5" w:themeShade="BF"/>
          <w:lang w:val="fr-BE"/>
        </w:rPr>
        <w:t>l'article</w:t>
      </w:r>
      <w:r w:rsidRPr="0060294A">
        <w:rPr>
          <w:lang w:val="fr-BE"/>
        </w:rPr>
        <w:t xml:space="preserve">». </w:t>
      </w:r>
      <w:r w:rsidRPr="00FF4D79">
        <w:rPr>
          <w:lang w:val="fr-BE"/>
        </w:rPr>
        <w:t>Nous en tiendrons compte dans la mesure du possible.</w:t>
      </w:r>
    </w:p>
    <w:p w14:paraId="36FFD37A" w14:textId="72AEAB89" w:rsidR="0038247D" w:rsidRPr="0060294A" w:rsidRDefault="00F24C3C" w:rsidP="0038247D">
      <w:pPr>
        <w:rPr>
          <w:lang w:val="fr-BE"/>
        </w:rPr>
      </w:pPr>
      <w:r w:rsidRPr="0060294A">
        <w:rPr>
          <w:b/>
          <w:bCs/>
          <w:lang w:val="fr-BE"/>
        </w:rPr>
        <w:t>Important</w:t>
      </w:r>
      <w:r w:rsidRPr="0060294A">
        <w:rPr>
          <w:lang w:val="fr-BE"/>
        </w:rPr>
        <w:br/>
        <w:t xml:space="preserve">Les images de qualité insuffisante (floues, </w:t>
      </w:r>
      <w:r w:rsidR="00FF4D79">
        <w:rPr>
          <w:lang w:val="fr-BE"/>
        </w:rPr>
        <w:t>pixelisées</w:t>
      </w:r>
      <w:r w:rsidRPr="0060294A">
        <w:rPr>
          <w:lang w:val="fr-BE"/>
        </w:rPr>
        <w:t xml:space="preserve"> ou à faible résolution) </w:t>
      </w:r>
      <w:r w:rsidR="001A60D5" w:rsidRPr="0060294A">
        <w:rPr>
          <w:lang w:val="fr-BE"/>
        </w:rPr>
        <w:t>ne p</w:t>
      </w:r>
      <w:r w:rsidR="00FF4D79">
        <w:rPr>
          <w:lang w:val="fr-BE"/>
        </w:rPr>
        <w:t>ourron</w:t>
      </w:r>
      <w:r w:rsidR="001A60D5" w:rsidRPr="0060294A">
        <w:rPr>
          <w:lang w:val="fr-BE"/>
        </w:rPr>
        <w:t>t pas être utilisées</w:t>
      </w:r>
      <w:r w:rsidR="0089196D" w:rsidRPr="0060294A">
        <w:rPr>
          <w:lang w:val="fr-BE"/>
        </w:rPr>
        <w:t>.</w:t>
      </w:r>
    </w:p>
    <w:p w14:paraId="559AB846" w14:textId="0B578116" w:rsidR="00C31713" w:rsidRPr="005E3C82" w:rsidRDefault="00C31713" w:rsidP="0038247D">
      <w:pPr>
        <w:rPr>
          <w:b/>
          <w:bCs/>
          <w:color w:val="009999"/>
          <w:lang w:val="nl-BE"/>
        </w:rPr>
      </w:pPr>
      <w:proofErr w:type="spellStart"/>
      <w:r w:rsidRPr="005E3C82">
        <w:rPr>
          <w:b/>
          <w:bCs/>
          <w:color w:val="009999"/>
          <w:lang w:val="nl-BE"/>
        </w:rPr>
        <w:t>Conseils</w:t>
      </w:r>
      <w:proofErr w:type="spellEnd"/>
      <w:r w:rsidRPr="005E3C82">
        <w:rPr>
          <w:b/>
          <w:bCs/>
          <w:color w:val="009999"/>
          <w:lang w:val="nl-BE"/>
        </w:rPr>
        <w:t xml:space="preserve"> de rédaction</w:t>
      </w:r>
    </w:p>
    <w:tbl>
      <w:tblPr>
        <w:tblStyle w:val="Grilledutableau"/>
        <w:tblW w:w="9634" w:type="dxa"/>
        <w:shd w:val="clear" w:color="auto" w:fill="DAEEF3" w:themeFill="accent5" w:themeFillTint="33"/>
        <w:tblLook w:val="04A0" w:firstRow="1" w:lastRow="0" w:firstColumn="1" w:lastColumn="0" w:noHBand="0" w:noVBand="1"/>
      </w:tblPr>
      <w:tblGrid>
        <w:gridCol w:w="9634"/>
      </w:tblGrid>
      <w:tr w:rsidR="002A1242" w:rsidRPr="005F0368" w14:paraId="7F7CD36D" w14:textId="77777777" w:rsidTr="00212D3F">
        <w:tc>
          <w:tcPr>
            <w:tcW w:w="9634" w:type="dxa"/>
            <w:shd w:val="clear" w:color="auto" w:fill="DAEEF3" w:themeFill="accent5" w:themeFillTint="33"/>
          </w:tcPr>
          <w:p w14:paraId="0874AF7C" w14:textId="6988F2AC" w:rsidR="002A1242" w:rsidRPr="00F537F8" w:rsidRDefault="00F537F8" w:rsidP="0038247D">
            <w:pPr>
              <w:rPr>
                <w:lang w:val="fr-BE"/>
              </w:rPr>
            </w:pPr>
            <w:r w:rsidRPr="0060294A">
              <w:rPr>
                <w:rFonts w:ascii="Segoe UI Symbol" w:hAnsi="Segoe UI Symbol" w:cs="Segoe UI Symbol"/>
                <w:color w:val="009999"/>
                <w:lang w:val="fr-BE"/>
              </w:rPr>
              <w:t>✔</w:t>
            </w:r>
            <w:r>
              <w:rPr>
                <w:rFonts w:ascii="Segoe UI Symbol" w:hAnsi="Segoe UI Symbol" w:cs="Segoe UI Symbol"/>
                <w:color w:val="009999"/>
                <w:lang w:val="fr-BE"/>
              </w:rPr>
              <w:t xml:space="preserve"> </w:t>
            </w:r>
            <w:r w:rsidRPr="00F537F8">
              <w:rPr>
                <w:lang w:val="fr-BE"/>
              </w:rPr>
              <w:t>Rédigez un article informatif, objectif et neutre.</w:t>
            </w:r>
            <w:r w:rsidRPr="00F537F8">
              <w:rPr>
                <w:lang w:val="fr-BE"/>
              </w:rPr>
              <w:br/>
            </w:r>
            <w:r w:rsidRPr="0060294A">
              <w:rPr>
                <w:rFonts w:ascii="Segoe UI Symbol" w:hAnsi="Segoe UI Symbol" w:cs="Segoe UI Symbol"/>
                <w:color w:val="009999"/>
                <w:lang w:val="fr-BE"/>
              </w:rPr>
              <w:t>✔</w:t>
            </w:r>
            <w:r w:rsidRPr="00F537F8">
              <w:rPr>
                <w:lang w:val="fr-BE"/>
              </w:rPr>
              <w:t xml:space="preserve"> Privilégiez la forme active et évitez les tournures passives ainsi que les phrases longues ou complexes.</w:t>
            </w:r>
            <w:r w:rsidRPr="00F537F8">
              <w:rPr>
                <w:lang w:val="fr-BE"/>
              </w:rPr>
              <w:br/>
            </w:r>
            <w:r w:rsidRPr="0060294A">
              <w:rPr>
                <w:rFonts w:ascii="Segoe UI Symbol" w:hAnsi="Segoe UI Symbol" w:cs="Segoe UI Symbol"/>
                <w:color w:val="009999"/>
                <w:lang w:val="fr-BE"/>
              </w:rPr>
              <w:t>✔</w:t>
            </w:r>
            <w:r w:rsidRPr="00F537F8">
              <w:rPr>
                <w:lang w:val="fr-BE"/>
              </w:rPr>
              <w:t xml:space="preserve"> Rédigez à la troisième personne (évitez le « je », le « nous » ou toute autre formulation à la première personne).</w:t>
            </w:r>
            <w:r w:rsidRPr="00F537F8">
              <w:rPr>
                <w:lang w:val="fr-BE"/>
              </w:rPr>
              <w:br/>
            </w:r>
            <w:r w:rsidRPr="0060294A">
              <w:rPr>
                <w:rFonts w:ascii="Segoe UI Symbol" w:hAnsi="Segoe UI Symbol" w:cs="Segoe UI Symbol"/>
                <w:color w:val="009999"/>
                <w:lang w:val="fr-BE"/>
              </w:rPr>
              <w:t>✔</w:t>
            </w:r>
            <w:r w:rsidRPr="00F537F8">
              <w:rPr>
                <w:lang w:val="fr-BE"/>
              </w:rPr>
              <w:t xml:space="preserve"> Structurez votre texte à l'aide de sous-titres clairs et explicites.</w:t>
            </w:r>
            <w:r w:rsidRPr="00F537F8">
              <w:rPr>
                <w:lang w:val="fr-BE"/>
              </w:rPr>
              <w:br/>
            </w:r>
            <w:r w:rsidRPr="0060294A">
              <w:rPr>
                <w:rFonts w:ascii="Segoe UI Symbol" w:hAnsi="Segoe UI Symbol" w:cs="Segoe UI Symbol"/>
                <w:color w:val="009999"/>
                <w:lang w:val="fr-BE"/>
              </w:rPr>
              <w:t>✔</w:t>
            </w:r>
            <w:r w:rsidRPr="00F537F8">
              <w:rPr>
                <w:lang w:val="fr-BE"/>
              </w:rPr>
              <w:t xml:space="preserve"> La rédaction se réserve le droit d'apporter des adaptations rédactionnelles afin d'assurer la cohérence éditoriale du magazine.</w:t>
            </w:r>
            <w:r w:rsidRPr="00F537F8">
              <w:rPr>
                <w:lang w:val="fr-BE"/>
              </w:rPr>
              <w:br/>
            </w:r>
            <w:r w:rsidR="005F0368" w:rsidRPr="0060294A">
              <w:rPr>
                <w:rFonts w:ascii="Segoe UI Symbol" w:hAnsi="Segoe UI Symbol" w:cs="Segoe UI Symbol"/>
                <w:color w:val="C00000"/>
                <w:lang w:val="fr-BE"/>
              </w:rPr>
              <w:t xml:space="preserve">✘ </w:t>
            </w:r>
            <w:r w:rsidRPr="00F537F8">
              <w:rPr>
                <w:lang w:val="fr-BE"/>
              </w:rPr>
              <w:t xml:space="preserve"> Limitez les mentions répétées de noms d'entreprises, de marques ou de produits.</w:t>
            </w:r>
            <w:r w:rsidRPr="00F537F8">
              <w:rPr>
                <w:lang w:val="fr-BE"/>
              </w:rPr>
              <w:br/>
            </w:r>
            <w:r w:rsidRPr="0060294A">
              <w:rPr>
                <w:rFonts w:ascii="Segoe UI Symbol" w:hAnsi="Segoe UI Symbol" w:cs="Segoe UI Symbol"/>
                <w:color w:val="C00000"/>
                <w:lang w:val="fr-BE"/>
              </w:rPr>
              <w:t xml:space="preserve">✘ </w:t>
            </w:r>
            <w:r w:rsidRPr="00F537F8">
              <w:rPr>
                <w:lang w:val="fr-BE"/>
              </w:rPr>
              <w:t xml:space="preserve"> L'article ne doit contenir aucun contenu commercial, promotionnel ou publicitaire.</w:t>
            </w:r>
          </w:p>
        </w:tc>
      </w:tr>
    </w:tbl>
    <w:p w14:paraId="5DBCE066" w14:textId="77777777" w:rsidR="005E3C82" w:rsidRPr="0060294A" w:rsidRDefault="005E3C82" w:rsidP="00EC03C6">
      <w:pPr>
        <w:rPr>
          <w:b/>
          <w:bCs/>
          <w:sz w:val="2"/>
          <w:szCs w:val="2"/>
          <w:lang w:val="fr-BE"/>
        </w:rPr>
      </w:pPr>
    </w:p>
    <w:p w14:paraId="787A4D95" w14:textId="131FC3FE" w:rsidR="007A72A0" w:rsidRPr="007A72A0" w:rsidRDefault="007A72A0" w:rsidP="007A72A0">
      <w:pPr>
        <w:rPr>
          <w:b/>
          <w:bCs/>
          <w:lang w:val="fr-BE"/>
        </w:rPr>
      </w:pPr>
      <w:r w:rsidRPr="007A72A0">
        <w:rPr>
          <w:b/>
          <w:bCs/>
          <w:lang w:val="fr-BE"/>
        </w:rPr>
        <w:t>Merci pour votre contribution !</w:t>
      </w:r>
    </w:p>
    <w:p w14:paraId="0673D534" w14:textId="188C050A" w:rsidR="007A72A0" w:rsidRPr="007A72A0" w:rsidRDefault="007A72A0" w:rsidP="007A72A0">
      <w:pPr>
        <w:rPr>
          <w:lang w:val="fr-BE"/>
        </w:rPr>
      </w:pPr>
      <w:r w:rsidRPr="007A72A0">
        <w:rPr>
          <w:lang w:val="fr-BE"/>
        </w:rPr>
        <w:t>Votre contribution sera examinée par notre rédaction et vous recevrez prochainement une confirmation de sa bonne réception. Si des informations complémentaires ou des adaptations sont nécessaires, nous prendrons contact avec vous.</w:t>
      </w:r>
      <w:r>
        <w:rPr>
          <w:lang w:val="fr-BE"/>
        </w:rPr>
        <w:t xml:space="preserve"> </w:t>
      </w:r>
    </w:p>
    <w:p w14:paraId="4277DBFF" w14:textId="77777777" w:rsidR="007A72A0" w:rsidRDefault="007A72A0" w:rsidP="007A72A0">
      <w:pPr>
        <w:rPr>
          <w:b/>
          <w:bCs/>
          <w:lang w:val="fr-BE"/>
        </w:rPr>
      </w:pPr>
      <w:r w:rsidRPr="007A72A0">
        <w:rPr>
          <w:b/>
          <w:bCs/>
          <w:lang w:val="fr-BE"/>
        </w:rPr>
        <w:t>Une question ?</w:t>
      </w:r>
      <w:r>
        <w:rPr>
          <w:b/>
          <w:bCs/>
          <w:lang w:val="fr-BE"/>
        </w:rPr>
        <w:t xml:space="preserve">  </w:t>
      </w:r>
    </w:p>
    <w:p w14:paraId="6252ED3F" w14:textId="5F34280C" w:rsidR="007A72A0" w:rsidRPr="00501CF0" w:rsidRDefault="007A72A0" w:rsidP="007A72A0">
      <w:pPr>
        <w:rPr>
          <w:b/>
          <w:bCs/>
          <w:lang w:val="fr-BE"/>
        </w:rPr>
      </w:pPr>
      <w:r w:rsidRPr="00501CF0">
        <w:rPr>
          <w:b/>
          <w:bCs/>
          <w:lang w:val="fr-BE"/>
        </w:rPr>
        <w:t>Julie Moreau</w:t>
      </w:r>
      <w:r w:rsidRPr="00501CF0">
        <w:rPr>
          <w:lang w:val="fr-BE"/>
        </w:rPr>
        <w:t xml:space="preserve"> | </w:t>
      </w:r>
      <w:r w:rsidRPr="00501CF0">
        <w:rPr>
          <w:rFonts w:ascii="Segoe UI Symbol" w:hAnsi="Segoe UI Symbol" w:cs="Segoe UI Symbol"/>
          <w:lang w:val="fr-BE"/>
        </w:rPr>
        <w:t>✉</w:t>
      </w:r>
      <w:r w:rsidRPr="00501CF0">
        <w:rPr>
          <w:lang w:val="fr-BE"/>
        </w:rPr>
        <w:t xml:space="preserve"> </w:t>
      </w:r>
      <w:hyperlink r:id="rId12" w:history="1">
        <w:r w:rsidRPr="00212D3F">
          <w:rPr>
            <w:rStyle w:val="Lienhypertexte"/>
            <w:color w:val="009999"/>
            <w:lang w:val="fr-BE"/>
          </w:rPr>
          <w:t>julie@vom.be</w:t>
        </w:r>
      </w:hyperlink>
      <w:r w:rsidRPr="00501CF0">
        <w:rPr>
          <w:lang w:val="fr-BE"/>
        </w:rPr>
        <w:t xml:space="preserve"> | </w:t>
      </w:r>
      <w:r w:rsidRPr="00501CF0">
        <w:rPr>
          <w:rFonts w:ascii="Segoe UI Symbol" w:hAnsi="Segoe UI Symbol" w:cs="Segoe UI Symbol"/>
          <w:lang w:val="fr-BE"/>
        </w:rPr>
        <w:t>☎</w:t>
      </w:r>
      <w:r w:rsidRPr="00501CF0">
        <w:rPr>
          <w:lang w:val="fr-BE"/>
        </w:rPr>
        <w:t xml:space="preserve"> +32 (0)16 40 14 20</w:t>
      </w:r>
      <w:r w:rsidRPr="00501CF0">
        <w:rPr>
          <w:b/>
          <w:bCs/>
          <w:lang w:val="fr-BE"/>
        </w:rPr>
        <w:t xml:space="preserve"> </w:t>
      </w:r>
      <w:r w:rsidR="00501CF0" w:rsidRPr="00501CF0">
        <w:rPr>
          <w:b/>
          <w:bCs/>
          <w:lang w:val="fr-BE"/>
        </w:rPr>
        <w:t xml:space="preserve"> </w:t>
      </w:r>
      <w:r w:rsidR="00501CF0">
        <w:rPr>
          <w:b/>
          <w:bCs/>
          <w:lang w:val="fr-BE"/>
        </w:rPr>
        <w:t xml:space="preserve">| </w:t>
      </w:r>
      <w:r w:rsidRPr="007A72A0">
        <w:rPr>
          <w:b/>
          <w:bCs/>
          <w:lang w:val="fr-BE"/>
        </w:rPr>
        <w:t xml:space="preserve">En savoir plus sur </w:t>
      </w:r>
      <w:proofErr w:type="spellStart"/>
      <w:r w:rsidRPr="007A72A0">
        <w:rPr>
          <w:b/>
          <w:bCs/>
          <w:lang w:val="fr-BE"/>
        </w:rPr>
        <w:t>VOMinfo</w:t>
      </w:r>
      <w:proofErr w:type="spellEnd"/>
      <w:r w:rsidRPr="007A72A0">
        <w:rPr>
          <w:b/>
          <w:bCs/>
          <w:lang w:val="fr-BE"/>
        </w:rPr>
        <w:t xml:space="preserve"> :</w:t>
      </w:r>
      <w:r w:rsidRPr="007A72A0">
        <w:rPr>
          <w:lang w:val="fr-BE"/>
        </w:rPr>
        <w:t xml:space="preserve"> </w:t>
      </w:r>
      <w:hyperlink r:id="rId13" w:history="1">
        <w:r w:rsidRPr="00212D3F">
          <w:rPr>
            <w:rStyle w:val="Lienhypertexte"/>
            <w:color w:val="009999"/>
            <w:lang w:val="fr-BE"/>
          </w:rPr>
          <w:t>Cliquez ici</w:t>
        </w:r>
      </w:hyperlink>
    </w:p>
    <w:p w14:paraId="687D2FE5" w14:textId="22646347" w:rsidR="00C31713" w:rsidRPr="00786D97" w:rsidRDefault="00C31713" w:rsidP="00C31713">
      <w:pPr>
        <w:rPr>
          <w:lang w:val="de-DE"/>
        </w:rPr>
      </w:pPr>
    </w:p>
    <w:p w14:paraId="295A8200" w14:textId="3397EC31" w:rsidR="00260B98" w:rsidRPr="0060294A" w:rsidRDefault="00C31713" w:rsidP="0016268E">
      <w:pPr>
        <w:pStyle w:val="Titre1"/>
        <w:rPr>
          <w:b w:val="0"/>
          <w:bCs w:val="0"/>
          <w:lang w:val="fr-BE"/>
        </w:rPr>
      </w:pPr>
      <w:r w:rsidRPr="0060294A">
        <w:rPr>
          <w:lang w:val="fr-BE"/>
        </w:rPr>
        <w:lastRenderedPageBreak/>
        <w:t xml:space="preserve">9. OPTIONS PAYANTES </w:t>
      </w:r>
      <w:r w:rsidR="007F1DAA" w:rsidRPr="0060294A">
        <w:rPr>
          <w:b w:val="0"/>
          <w:bCs w:val="0"/>
          <w:lang w:val="fr-BE"/>
        </w:rPr>
        <w:t xml:space="preserve">| </w:t>
      </w:r>
      <w:r w:rsidR="001B72E5" w:rsidRPr="0060294A">
        <w:rPr>
          <w:b w:val="0"/>
          <w:bCs w:val="0"/>
          <w:lang w:val="fr-BE"/>
        </w:rPr>
        <w:t xml:space="preserve">Augmentez la visibilité de votre article </w:t>
      </w:r>
      <w:r w:rsidR="00F27CFD" w:rsidRPr="0060294A">
        <w:rPr>
          <w:b w:val="0"/>
          <w:bCs w:val="0"/>
          <w:lang w:val="fr-BE"/>
        </w:rPr>
        <w:t xml:space="preserve">et de votre entreprise </w:t>
      </w:r>
      <w:r w:rsidR="001B72E5" w:rsidRPr="0060294A">
        <w:rPr>
          <w:b w:val="0"/>
          <w:bCs w:val="0"/>
          <w:lang w:val="fr-BE"/>
        </w:rPr>
        <w:t>!</w:t>
      </w:r>
    </w:p>
    <w:p w14:paraId="4385E46E" w14:textId="77777777" w:rsidR="00EC03C6" w:rsidRPr="0060294A" w:rsidRDefault="00EC03C6" w:rsidP="00EC03C6">
      <w:pPr>
        <w:rPr>
          <w:lang w:val="fr-BE"/>
        </w:rPr>
      </w:pPr>
    </w:p>
    <w:tbl>
      <w:tblPr>
        <w:tblStyle w:val="Grilledutableau"/>
        <w:tblW w:w="9738" w:type="dxa"/>
        <w:tblInd w:w="38" w:type="dxa"/>
        <w:tblBorders>
          <w:top w:val="single" w:sz="8" w:space="0" w:color="D99594" w:themeColor="accent2" w:themeTint="99"/>
          <w:left w:val="single" w:sz="8" w:space="0" w:color="D99594" w:themeColor="accent2" w:themeTint="99"/>
          <w:bottom w:val="single" w:sz="8" w:space="0" w:color="D99594" w:themeColor="accent2" w:themeTint="99"/>
          <w:right w:val="single" w:sz="8" w:space="0" w:color="D99594" w:themeColor="accent2" w:themeTint="99"/>
          <w:insideH w:val="single" w:sz="8" w:space="0" w:color="D99594" w:themeColor="accent2" w:themeTint="99"/>
          <w:insideV w:val="single" w:sz="8" w:space="0" w:color="D99594" w:themeColor="accent2" w:themeTint="99"/>
        </w:tblBorders>
        <w:tblLook w:val="04A0" w:firstRow="1" w:lastRow="0" w:firstColumn="1" w:lastColumn="0" w:noHBand="0" w:noVBand="1"/>
      </w:tblPr>
      <w:tblGrid>
        <w:gridCol w:w="3066"/>
        <w:gridCol w:w="6672"/>
      </w:tblGrid>
      <w:tr w:rsidR="00260B98" w14:paraId="5104A43D" w14:textId="77777777" w:rsidTr="00D744B2">
        <w:tc>
          <w:tcPr>
            <w:tcW w:w="3066" w:type="dxa"/>
            <w:vMerge w:val="restart"/>
          </w:tcPr>
          <w:p w14:paraId="6C7D2244" w14:textId="4F84B66B" w:rsidR="00260B98" w:rsidRPr="0060294A" w:rsidRDefault="00052FBA" w:rsidP="00260B98">
            <w:pPr>
              <w:rPr>
                <w:lang w:val="fr-BE"/>
              </w:rPr>
            </w:pPr>
            <w:r>
              <w:rPr>
                <w:noProof/>
                <w:lang w:val="fr-BE"/>
              </w:rPr>
              <mc:AlternateContent>
                <mc:Choice Requires="wps">
                  <w:drawing>
                    <wp:anchor distT="0" distB="0" distL="114300" distR="114300" simplePos="0" relativeHeight="251658242" behindDoc="0" locked="0" layoutInCell="1" allowOverlap="1" wp14:anchorId="78310C6E" wp14:editId="611948FE">
                      <wp:simplePos x="0" y="0"/>
                      <wp:positionH relativeFrom="column">
                        <wp:posOffset>491969</wp:posOffset>
                      </wp:positionH>
                      <wp:positionV relativeFrom="paragraph">
                        <wp:posOffset>1753416</wp:posOffset>
                      </wp:positionV>
                      <wp:extent cx="971550" cy="438150"/>
                      <wp:effectExtent l="57150" t="19050" r="76200" b="95250"/>
                      <wp:wrapNone/>
                      <wp:docPr id="2067156319" name="Ellipse 1"/>
                      <wp:cNvGraphicFramePr/>
                      <a:graphic xmlns:a="http://schemas.openxmlformats.org/drawingml/2006/main">
                        <a:graphicData uri="http://schemas.microsoft.com/office/word/2010/wordprocessingShape">
                          <wps:wsp>
                            <wps:cNvSpPr/>
                            <wps:spPr>
                              <a:xfrm>
                                <a:off x="0" y="0"/>
                                <a:ext cx="971550" cy="438150"/>
                              </a:xfrm>
                              <a:prstGeom prst="ellipse">
                                <a:avLst/>
                              </a:prstGeom>
                              <a:noFill/>
                              <a:ln>
                                <a:solidFill>
                                  <a:schemeClr val="accent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Ellipse 1" style="position:absolute;margin-left:38.75pt;margin-top:138.05pt;width:76.5pt;height:3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f81bd [3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" w14:anchorId="38DDC807">
                      <v:shadow on="t" color="black" opacity="22937f" offset="0,.63889mm" origin=",.5"/>
                    </v:oval>
                  </w:pict>
                </mc:Fallback>
              </mc:AlternateContent>
            </w:r>
            <w:r w:rsidRPr="00621671">
              <w:rPr>
                <w:noProof/>
                <w:lang w:val="fr-BE"/>
              </w:rPr>
              <w:drawing>
                <wp:anchor distT="0" distB="0" distL="114300" distR="114300" simplePos="0" relativeHeight="251658241" behindDoc="1" locked="0" layoutInCell="1" allowOverlap="1" wp14:anchorId="50C12395" wp14:editId="2E07854E">
                  <wp:simplePos x="0" y="0"/>
                  <wp:positionH relativeFrom="column">
                    <wp:posOffset>62230</wp:posOffset>
                  </wp:positionH>
                  <wp:positionV relativeFrom="paragraph">
                    <wp:posOffset>26035</wp:posOffset>
                  </wp:positionV>
                  <wp:extent cx="1515745" cy="2223770"/>
                  <wp:effectExtent l="0" t="0" r="8255" b="5080"/>
                  <wp:wrapTopAndBottom/>
                  <wp:docPr id="15201383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07772" name=""/>
                          <pic:cNvPicPr/>
                        </pic:nvPicPr>
                        <pic:blipFill>
                          <a:blip r:embed="rId14"/>
                          <a:stretch>
                            <a:fillRect/>
                          </a:stretch>
                        </pic:blipFill>
                        <pic:spPr>
                          <a:xfrm>
                            <a:off x="0" y="0"/>
                            <a:ext cx="1515745" cy="2223770"/>
                          </a:xfrm>
                          <a:prstGeom prst="rect">
                            <a:avLst/>
                          </a:prstGeom>
                        </pic:spPr>
                      </pic:pic>
                    </a:graphicData>
                  </a:graphic>
                  <wp14:sizeRelH relativeFrom="margin">
                    <wp14:pctWidth>0</wp14:pctWidth>
                  </wp14:sizeRelH>
                  <wp14:sizeRelV relativeFrom="margin">
                    <wp14:pctHeight>0</wp14:pctHeight>
                  </wp14:sizeRelV>
                </wp:anchor>
              </w:drawing>
            </w:r>
          </w:p>
        </w:tc>
        <w:tc>
          <w:tcPr>
            <w:tcW w:w="6672" w:type="dxa"/>
            <w:shd w:val="clear" w:color="auto" w:fill="F2DBDB" w:themeFill="accent2" w:themeFillTint="33"/>
          </w:tcPr>
          <w:p w14:paraId="61853F7B" w14:textId="0406B814" w:rsidR="00260B98" w:rsidRPr="0060294A" w:rsidRDefault="00260B98" w:rsidP="00260B98">
            <w:pPr>
              <w:rPr>
                <w:color w:val="C0504D" w:themeColor="accent2"/>
                <w:sz w:val="36"/>
                <w:szCs w:val="40"/>
                <w:lang w:val="fr-BE"/>
              </w:rPr>
            </w:pPr>
            <w:r w:rsidRPr="0060294A">
              <w:rPr>
                <w:b/>
                <w:bCs/>
                <w:color w:val="C0504D" w:themeColor="accent2"/>
                <w:sz w:val="36"/>
                <w:szCs w:val="40"/>
                <w:lang w:val="fr-BE"/>
              </w:rPr>
              <w:t xml:space="preserve">Profil d'entreprise </w:t>
            </w:r>
          </w:p>
          <w:p w14:paraId="77F85ED2" w14:textId="4BDEB831" w:rsidR="007F1DAA" w:rsidRPr="0060294A" w:rsidRDefault="00260B98" w:rsidP="00260B98">
            <w:pPr>
              <w:rPr>
                <w:lang w:val="fr-BE"/>
              </w:rPr>
            </w:pPr>
            <w:r w:rsidRPr="0060294A">
              <w:rPr>
                <w:lang w:val="fr-BE"/>
              </w:rPr>
              <w:t>Souhaitez-vous ajouter un profil d'entreprise à côté de votre article ?</w:t>
            </w:r>
          </w:p>
          <w:p w14:paraId="6BD1A708" w14:textId="77777777" w:rsidR="007F1DAA" w:rsidRDefault="00260B98" w:rsidP="00260B98">
            <w:pPr>
              <w:rPr>
                <w:lang w:val="fr-BE"/>
              </w:rPr>
            </w:pPr>
            <w:r w:rsidRPr="005D29A6">
              <w:rPr>
                <w:lang w:val="fr-BE"/>
              </w:rPr>
              <w:t>□ Oui    □ Non</w:t>
            </w:r>
          </w:p>
          <w:p w14:paraId="179883CA" w14:textId="1076E40D" w:rsidR="007F1DAA" w:rsidRDefault="007F1DAA" w:rsidP="00260B98">
            <w:pPr>
              <w:rPr>
                <w:lang w:val="fr-BE"/>
              </w:rPr>
            </w:pPr>
          </w:p>
        </w:tc>
      </w:tr>
      <w:tr w:rsidR="00260B98" w:rsidRPr="005F0368" w14:paraId="5B32B9F8" w14:textId="77777777" w:rsidTr="00D744B2">
        <w:tc>
          <w:tcPr>
            <w:tcW w:w="3066" w:type="dxa"/>
            <w:vMerge/>
          </w:tcPr>
          <w:p w14:paraId="3D5A4CC7" w14:textId="77777777" w:rsidR="00260B98" w:rsidRDefault="00260B98" w:rsidP="00260B98">
            <w:pPr>
              <w:rPr>
                <w:noProof/>
                <w:lang w:val="fr-BE"/>
              </w:rPr>
            </w:pPr>
          </w:p>
        </w:tc>
        <w:tc>
          <w:tcPr>
            <w:tcW w:w="6672" w:type="dxa"/>
          </w:tcPr>
          <w:p w14:paraId="24D3C092" w14:textId="2BBC731E" w:rsidR="00260B98" w:rsidRPr="0060294A" w:rsidRDefault="00F27CFD" w:rsidP="00260B98">
            <w:pPr>
              <w:rPr>
                <w:color w:val="C0504D" w:themeColor="accent2"/>
                <w:lang w:val="fr-BE"/>
              </w:rPr>
            </w:pPr>
            <w:r w:rsidRPr="0060294A">
              <w:rPr>
                <w:color w:val="C0504D" w:themeColor="accent2"/>
                <w:lang w:val="fr-BE"/>
              </w:rPr>
              <w:t>Tarif</w:t>
            </w:r>
          </w:p>
          <w:p w14:paraId="4C405611" w14:textId="58C56D07" w:rsidR="007F1DAA" w:rsidRPr="0060294A" w:rsidRDefault="00B17150" w:rsidP="00B17150">
            <w:pPr>
              <w:rPr>
                <w:lang w:val="fr-BE"/>
              </w:rPr>
            </w:pPr>
            <w:r w:rsidRPr="0060294A">
              <w:rPr>
                <w:b/>
                <w:bCs/>
                <w:lang w:val="fr-BE"/>
              </w:rPr>
              <w:t xml:space="preserve">200 </w:t>
            </w:r>
            <w:r w:rsidR="00260B98" w:rsidRPr="0060294A">
              <w:rPr>
                <w:b/>
                <w:bCs/>
                <w:lang w:val="fr-BE"/>
              </w:rPr>
              <w:t xml:space="preserve">euros </w:t>
            </w:r>
            <w:r w:rsidR="00260B98" w:rsidRPr="0060294A">
              <w:rPr>
                <w:lang w:val="fr-BE"/>
              </w:rPr>
              <w:t xml:space="preserve">pour les membres de la VOM </w:t>
            </w:r>
            <w:r w:rsidR="007F1DAA" w:rsidRPr="0060294A">
              <w:rPr>
                <w:lang w:val="fr-BE"/>
              </w:rPr>
              <w:t>|</w:t>
            </w:r>
            <w:r w:rsidR="00260B98" w:rsidRPr="0060294A">
              <w:rPr>
                <w:b/>
                <w:bCs/>
                <w:lang w:val="fr-BE"/>
              </w:rPr>
              <w:t xml:space="preserve"> 300 euros </w:t>
            </w:r>
            <w:r w:rsidR="00260B98" w:rsidRPr="0060294A">
              <w:rPr>
                <w:lang w:val="fr-BE"/>
              </w:rPr>
              <w:t xml:space="preserve">pour les non-membres   </w:t>
            </w:r>
          </w:p>
        </w:tc>
      </w:tr>
      <w:tr w:rsidR="00260B98" w14:paraId="5F11220C" w14:textId="77777777" w:rsidTr="00D744B2">
        <w:trPr>
          <w:trHeight w:val="1812"/>
        </w:trPr>
        <w:tc>
          <w:tcPr>
            <w:tcW w:w="3066" w:type="dxa"/>
            <w:vMerge/>
          </w:tcPr>
          <w:p w14:paraId="3A1D996B" w14:textId="77777777" w:rsidR="00260B98" w:rsidRPr="0060294A" w:rsidRDefault="00260B98" w:rsidP="00260B98">
            <w:pPr>
              <w:rPr>
                <w:lang w:val="fr-BE"/>
              </w:rPr>
            </w:pPr>
          </w:p>
        </w:tc>
        <w:tc>
          <w:tcPr>
            <w:tcW w:w="6672" w:type="dxa"/>
          </w:tcPr>
          <w:p w14:paraId="35B2D66E" w14:textId="2B77DD72" w:rsidR="007F1DAA" w:rsidRPr="0060294A" w:rsidRDefault="00260B98" w:rsidP="00260B98">
            <w:pPr>
              <w:rPr>
                <w:lang w:val="fr-BE"/>
              </w:rPr>
            </w:pPr>
            <w:r w:rsidRPr="0060294A">
              <w:rPr>
                <w:lang w:val="fr-BE"/>
              </w:rPr>
              <w:t>Si oui, veuillez remplir les informations suivantes</w:t>
            </w:r>
          </w:p>
          <w:tbl>
            <w:tblPr>
              <w:tblStyle w:val="Grilledutableau"/>
              <w:tblW w:w="0" w:type="auto"/>
              <w:tblLook w:val="04A0" w:firstRow="1" w:lastRow="0" w:firstColumn="1" w:lastColumn="0" w:noHBand="0" w:noVBand="1"/>
            </w:tblPr>
            <w:tblGrid>
              <w:gridCol w:w="2873"/>
              <w:gridCol w:w="3573"/>
            </w:tblGrid>
            <w:tr w:rsidR="007F1DAA" w14:paraId="3A94E6C1" w14:textId="77777777" w:rsidTr="00B17150">
              <w:tc>
                <w:tcPr>
                  <w:tcW w:w="2873" w:type="dxa"/>
                </w:tcPr>
                <w:p w14:paraId="626694C7" w14:textId="2705668C" w:rsidR="007F1DAA" w:rsidRPr="007F1DAA" w:rsidRDefault="007F1DAA" w:rsidP="00260B98">
                  <w:pPr>
                    <w:rPr>
                      <w:lang w:val="nl-BE"/>
                    </w:rPr>
                  </w:pPr>
                  <w:r w:rsidRPr="00661001">
                    <w:rPr>
                      <w:lang w:val="nl-BE"/>
                    </w:rPr>
                    <w:t xml:space="preserve">Nom de </w:t>
                  </w:r>
                  <w:proofErr w:type="spellStart"/>
                  <w:r w:rsidRPr="00661001">
                    <w:rPr>
                      <w:lang w:val="nl-BE"/>
                    </w:rPr>
                    <w:t>l'entreprise</w:t>
                  </w:r>
                  <w:proofErr w:type="spellEnd"/>
                </w:p>
              </w:tc>
              <w:tc>
                <w:tcPr>
                  <w:tcW w:w="3573" w:type="dxa"/>
                </w:tcPr>
                <w:p w14:paraId="14667B4D" w14:textId="77777777" w:rsidR="007F1DAA" w:rsidRDefault="007F1DAA" w:rsidP="00260B98">
                  <w:pPr>
                    <w:rPr>
                      <w:color w:val="C0504D" w:themeColor="accent2"/>
                      <w:lang w:val="nl-BE"/>
                    </w:rPr>
                  </w:pPr>
                </w:p>
              </w:tc>
            </w:tr>
            <w:tr w:rsidR="007F1DAA" w14:paraId="1FF0E283" w14:textId="77777777" w:rsidTr="00B17150">
              <w:tc>
                <w:tcPr>
                  <w:tcW w:w="2873" w:type="dxa"/>
                </w:tcPr>
                <w:p w14:paraId="7D655346" w14:textId="2FE2FED9" w:rsidR="007F1DAA" w:rsidRPr="007F1DAA" w:rsidRDefault="007F1DAA" w:rsidP="00260B98">
                  <w:pPr>
                    <w:rPr>
                      <w:lang w:val="nl-BE"/>
                    </w:rPr>
                  </w:pPr>
                  <w:r w:rsidRPr="00661001">
                    <w:rPr>
                      <w:lang w:val="nl-BE"/>
                    </w:rPr>
                    <w:t>Rue + numéro</w:t>
                  </w:r>
                </w:p>
              </w:tc>
              <w:tc>
                <w:tcPr>
                  <w:tcW w:w="3573" w:type="dxa"/>
                </w:tcPr>
                <w:p w14:paraId="3338AA7A" w14:textId="77777777" w:rsidR="007F1DAA" w:rsidRDefault="007F1DAA" w:rsidP="00260B98">
                  <w:pPr>
                    <w:rPr>
                      <w:color w:val="C0504D" w:themeColor="accent2"/>
                      <w:lang w:val="nl-BE"/>
                    </w:rPr>
                  </w:pPr>
                </w:p>
              </w:tc>
            </w:tr>
            <w:tr w:rsidR="007F1DAA" w14:paraId="595DD404" w14:textId="77777777" w:rsidTr="00B17150">
              <w:tc>
                <w:tcPr>
                  <w:tcW w:w="2873" w:type="dxa"/>
                </w:tcPr>
                <w:p w14:paraId="772E8D69" w14:textId="63221C86" w:rsidR="007F1DAA" w:rsidRPr="007F1DAA" w:rsidRDefault="007F1DAA" w:rsidP="00260B98">
                  <w:pPr>
                    <w:rPr>
                      <w:lang w:val="nl-BE"/>
                    </w:rPr>
                  </w:pPr>
                  <w:r w:rsidRPr="00661001">
                    <w:rPr>
                      <w:lang w:val="nl-BE"/>
                    </w:rPr>
                    <w:t>Code postal + ville + pays</w:t>
                  </w:r>
                </w:p>
              </w:tc>
              <w:tc>
                <w:tcPr>
                  <w:tcW w:w="3573" w:type="dxa"/>
                </w:tcPr>
                <w:p w14:paraId="4FF3DC78" w14:textId="77777777" w:rsidR="007F1DAA" w:rsidRDefault="007F1DAA" w:rsidP="00260B98">
                  <w:pPr>
                    <w:rPr>
                      <w:color w:val="C0504D" w:themeColor="accent2"/>
                      <w:lang w:val="nl-BE"/>
                    </w:rPr>
                  </w:pPr>
                </w:p>
              </w:tc>
            </w:tr>
            <w:tr w:rsidR="007F1DAA" w:rsidRPr="0060294A" w14:paraId="288B6D22" w14:textId="77777777" w:rsidTr="00B17150">
              <w:tc>
                <w:tcPr>
                  <w:tcW w:w="2873" w:type="dxa"/>
                </w:tcPr>
                <w:p w14:paraId="7F9B70EB" w14:textId="3F33169C" w:rsidR="007F1DAA" w:rsidRPr="007F1DAA" w:rsidRDefault="007F1DAA" w:rsidP="00260B98">
                  <w:pPr>
                    <w:rPr>
                      <w:lang w:val="fr-BE"/>
                    </w:rPr>
                  </w:pPr>
                  <w:r>
                    <w:rPr>
                      <w:lang w:val="fr-BE"/>
                    </w:rPr>
                    <w:t xml:space="preserve">Numéro de téléphone </w:t>
                  </w:r>
                </w:p>
              </w:tc>
              <w:tc>
                <w:tcPr>
                  <w:tcW w:w="3573" w:type="dxa"/>
                </w:tcPr>
                <w:p w14:paraId="0947F4EA" w14:textId="77777777" w:rsidR="007F1DAA" w:rsidRPr="0060294A" w:rsidRDefault="007F1DAA" w:rsidP="00260B98">
                  <w:pPr>
                    <w:rPr>
                      <w:color w:val="C0504D" w:themeColor="accent2"/>
                      <w:lang w:val="fr-BE"/>
                    </w:rPr>
                  </w:pPr>
                </w:p>
              </w:tc>
            </w:tr>
            <w:tr w:rsidR="00744B5F" w:rsidRPr="0060294A" w14:paraId="275606FD" w14:textId="77777777" w:rsidTr="00B17150">
              <w:tc>
                <w:tcPr>
                  <w:tcW w:w="2873" w:type="dxa"/>
                </w:tcPr>
                <w:p w14:paraId="6562B97C" w14:textId="4FE3010B" w:rsidR="00744B5F" w:rsidRDefault="00744B5F" w:rsidP="00260B98">
                  <w:pPr>
                    <w:rPr>
                      <w:lang w:val="fr-BE"/>
                    </w:rPr>
                  </w:pPr>
                  <w:r>
                    <w:rPr>
                      <w:lang w:val="fr-BE"/>
                    </w:rPr>
                    <w:t>Adresse e-mail</w:t>
                  </w:r>
                </w:p>
              </w:tc>
              <w:tc>
                <w:tcPr>
                  <w:tcW w:w="3573" w:type="dxa"/>
                </w:tcPr>
                <w:p w14:paraId="1772B9FE" w14:textId="77777777" w:rsidR="00744B5F" w:rsidRPr="0060294A" w:rsidRDefault="00744B5F" w:rsidP="00260B98">
                  <w:pPr>
                    <w:rPr>
                      <w:color w:val="C0504D" w:themeColor="accent2"/>
                      <w:lang w:val="fr-BE"/>
                    </w:rPr>
                  </w:pPr>
                </w:p>
              </w:tc>
            </w:tr>
            <w:tr w:rsidR="007F1DAA" w14:paraId="689FE647" w14:textId="77777777" w:rsidTr="00B17150">
              <w:tc>
                <w:tcPr>
                  <w:tcW w:w="2873" w:type="dxa"/>
                </w:tcPr>
                <w:p w14:paraId="180BCE23" w14:textId="19392347" w:rsidR="007F1DAA" w:rsidRDefault="007F1DAA" w:rsidP="00260B98">
                  <w:pPr>
                    <w:rPr>
                      <w:lang w:val="fr-BE"/>
                    </w:rPr>
                  </w:pPr>
                  <w:r>
                    <w:rPr>
                      <w:lang w:val="fr-BE"/>
                    </w:rPr>
                    <w:t>Site web</w:t>
                  </w:r>
                </w:p>
              </w:tc>
              <w:tc>
                <w:tcPr>
                  <w:tcW w:w="3573" w:type="dxa"/>
                </w:tcPr>
                <w:p w14:paraId="17EFE138" w14:textId="77777777" w:rsidR="007F1DAA" w:rsidRDefault="007F1DAA" w:rsidP="00260B98">
                  <w:pPr>
                    <w:rPr>
                      <w:color w:val="C0504D" w:themeColor="accent2"/>
                      <w:lang w:val="nl-BE"/>
                    </w:rPr>
                  </w:pPr>
                </w:p>
              </w:tc>
            </w:tr>
          </w:tbl>
          <w:p w14:paraId="1C936EDF" w14:textId="798E2717" w:rsidR="00260B98" w:rsidRDefault="00260B98" w:rsidP="00260B98">
            <w:pPr>
              <w:rPr>
                <w:lang w:val="fr-BE"/>
              </w:rPr>
            </w:pPr>
          </w:p>
        </w:tc>
      </w:tr>
      <w:tr w:rsidR="005D29A6" w14:paraId="293BCBC2" w14:textId="77777777" w:rsidTr="00D744B2">
        <w:tc>
          <w:tcPr>
            <w:tcW w:w="3066" w:type="dxa"/>
            <w:vMerge w:val="restart"/>
          </w:tcPr>
          <w:p w14:paraId="7081A855" w14:textId="31523DE6" w:rsidR="005D29A6" w:rsidRDefault="005D29A6" w:rsidP="00260B98">
            <w:pPr>
              <w:rPr>
                <w:lang w:val="fr-BE"/>
              </w:rPr>
            </w:pPr>
            <w:r>
              <w:rPr>
                <w:noProof/>
                <w:lang w:val="fr-BE"/>
              </w:rPr>
              <w:drawing>
                <wp:anchor distT="0" distB="0" distL="114300" distR="114300" simplePos="0" relativeHeight="251658243" behindDoc="1" locked="0" layoutInCell="1" allowOverlap="1" wp14:anchorId="104F9165" wp14:editId="3E4D1AB1">
                  <wp:simplePos x="0" y="0"/>
                  <wp:positionH relativeFrom="column">
                    <wp:posOffset>68580</wp:posOffset>
                  </wp:positionH>
                  <wp:positionV relativeFrom="paragraph">
                    <wp:posOffset>205105</wp:posOffset>
                  </wp:positionV>
                  <wp:extent cx="1540510" cy="2162175"/>
                  <wp:effectExtent l="0" t="0" r="2540" b="9525"/>
                  <wp:wrapTight wrapText="bothSides">
                    <wp:wrapPolygon edited="0">
                      <wp:start x="0" y="0"/>
                      <wp:lineTo x="0" y="21505"/>
                      <wp:lineTo x="21369" y="21505"/>
                      <wp:lineTo x="21369" y="0"/>
                      <wp:lineTo x="0" y="0"/>
                    </wp:wrapPolygon>
                  </wp:wrapTight>
                  <wp:docPr id="65539244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0510"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672" w:type="dxa"/>
            <w:shd w:val="clear" w:color="auto" w:fill="F2DBDB" w:themeFill="accent2" w:themeFillTint="33"/>
          </w:tcPr>
          <w:p w14:paraId="5ABE6994" w14:textId="6D72F292" w:rsidR="005D29A6" w:rsidRPr="0060294A" w:rsidRDefault="007E4985" w:rsidP="00260B98">
            <w:pPr>
              <w:rPr>
                <w:color w:val="C0504D" w:themeColor="accent2"/>
                <w:sz w:val="36"/>
                <w:szCs w:val="40"/>
                <w:lang w:val="fr-BE"/>
              </w:rPr>
            </w:pPr>
            <w:r>
              <w:rPr>
                <w:b/>
                <w:bCs/>
                <w:color w:val="C0504D" w:themeColor="accent2"/>
                <w:sz w:val="36"/>
                <w:szCs w:val="40"/>
                <w:lang w:val="fr-BE"/>
              </w:rPr>
              <w:t>Registre</w:t>
            </w:r>
            <w:r w:rsidR="005D29A6" w:rsidRPr="0060294A">
              <w:rPr>
                <w:b/>
                <w:bCs/>
                <w:color w:val="C0504D" w:themeColor="accent2"/>
                <w:sz w:val="36"/>
                <w:szCs w:val="40"/>
                <w:lang w:val="fr-BE"/>
              </w:rPr>
              <w:t xml:space="preserve"> des </w:t>
            </w:r>
            <w:r w:rsidR="000E6B79" w:rsidRPr="0060294A">
              <w:rPr>
                <w:b/>
                <w:bCs/>
                <w:color w:val="C0504D" w:themeColor="accent2"/>
                <w:sz w:val="36"/>
                <w:szCs w:val="40"/>
                <w:lang w:val="fr-BE"/>
              </w:rPr>
              <w:t>entreprises</w:t>
            </w:r>
            <w:r w:rsidR="005D29A6" w:rsidRPr="0060294A">
              <w:rPr>
                <w:b/>
                <w:bCs/>
                <w:color w:val="C0504D" w:themeColor="accent2"/>
                <w:sz w:val="36"/>
                <w:szCs w:val="40"/>
                <w:lang w:val="fr-BE"/>
              </w:rPr>
              <w:t xml:space="preserve"> </w:t>
            </w:r>
          </w:p>
          <w:p w14:paraId="6DE6E43F" w14:textId="2047AF1F" w:rsidR="005D29A6" w:rsidRPr="0060294A" w:rsidRDefault="005D29A6" w:rsidP="005D29A6">
            <w:pPr>
              <w:rPr>
                <w:lang w:val="fr-BE"/>
              </w:rPr>
            </w:pPr>
            <w:r w:rsidRPr="0060294A">
              <w:rPr>
                <w:lang w:val="fr-BE"/>
              </w:rPr>
              <w:t xml:space="preserve">Votre entreprise figure-t-elle dans le registre des entreprises au dos de la </w:t>
            </w:r>
            <w:r w:rsidR="00287466" w:rsidRPr="0060294A">
              <w:rPr>
                <w:lang w:val="fr-BE"/>
              </w:rPr>
              <w:t xml:space="preserve">couverture </w:t>
            </w:r>
            <w:r w:rsidRPr="0060294A">
              <w:rPr>
                <w:lang w:val="fr-BE"/>
              </w:rPr>
              <w:t>?</w:t>
            </w:r>
          </w:p>
          <w:p w14:paraId="45471350" w14:textId="77777777" w:rsidR="005D29A6" w:rsidRDefault="005D29A6" w:rsidP="00260B98">
            <w:pPr>
              <w:rPr>
                <w:lang w:val="fr-BE"/>
              </w:rPr>
            </w:pPr>
            <w:r w:rsidRPr="005D29A6">
              <w:rPr>
                <w:lang w:val="fr-BE"/>
              </w:rPr>
              <w:t>□ Oui    □ Non</w:t>
            </w:r>
          </w:p>
          <w:p w14:paraId="3923B0A0" w14:textId="2A9D77BF" w:rsidR="00B17150" w:rsidRPr="005D29A6" w:rsidRDefault="00B17150" w:rsidP="00260B98">
            <w:pPr>
              <w:rPr>
                <w:lang w:val="fr-BE"/>
              </w:rPr>
            </w:pPr>
          </w:p>
        </w:tc>
      </w:tr>
      <w:tr w:rsidR="005D29A6" w:rsidRPr="005F0368" w14:paraId="0D386675" w14:textId="77777777" w:rsidTr="00D744B2">
        <w:tc>
          <w:tcPr>
            <w:tcW w:w="3066" w:type="dxa"/>
            <w:vMerge/>
          </w:tcPr>
          <w:p w14:paraId="4EE278F7" w14:textId="77777777" w:rsidR="005D29A6" w:rsidRDefault="005D29A6" w:rsidP="005D29A6">
            <w:pPr>
              <w:rPr>
                <w:noProof/>
                <w:lang w:val="fr-BE"/>
              </w:rPr>
            </w:pPr>
          </w:p>
        </w:tc>
        <w:tc>
          <w:tcPr>
            <w:tcW w:w="6672" w:type="dxa"/>
          </w:tcPr>
          <w:p w14:paraId="0ABF8EF7" w14:textId="79160E5A" w:rsidR="005D29A6" w:rsidRPr="00260B98" w:rsidRDefault="00287466" w:rsidP="005D29A6">
            <w:pPr>
              <w:rPr>
                <w:color w:val="C0504D" w:themeColor="accent2"/>
                <w:lang w:val="fr-BE"/>
              </w:rPr>
            </w:pPr>
            <w:r>
              <w:rPr>
                <w:color w:val="C0504D" w:themeColor="accent2"/>
                <w:lang w:val="fr-BE"/>
              </w:rPr>
              <w:t>Tarif</w:t>
            </w:r>
          </w:p>
          <w:p w14:paraId="614773F5" w14:textId="63B5BE68" w:rsidR="005D29A6" w:rsidRPr="0060294A" w:rsidRDefault="005D29A6" w:rsidP="00B17150">
            <w:pPr>
              <w:pStyle w:val="Paragraphedeliste"/>
              <w:numPr>
                <w:ilvl w:val="0"/>
                <w:numId w:val="18"/>
              </w:numPr>
              <w:rPr>
                <w:lang w:val="fr-BE"/>
              </w:rPr>
            </w:pPr>
            <w:r w:rsidRPr="0060294A">
              <w:rPr>
                <w:b/>
                <w:bCs/>
                <w:lang w:val="fr-BE"/>
              </w:rPr>
              <w:t xml:space="preserve">euros </w:t>
            </w:r>
            <w:r w:rsidRPr="0060294A">
              <w:rPr>
                <w:lang w:val="fr-BE"/>
              </w:rPr>
              <w:t xml:space="preserve">pour les membres de la VOM </w:t>
            </w:r>
            <w:r w:rsidR="00B17150" w:rsidRPr="0060294A">
              <w:rPr>
                <w:lang w:val="fr-BE"/>
              </w:rPr>
              <w:t>|</w:t>
            </w:r>
            <w:r w:rsidRPr="0060294A">
              <w:rPr>
                <w:b/>
                <w:bCs/>
                <w:lang w:val="fr-BE"/>
              </w:rPr>
              <w:t xml:space="preserve"> 300 euros </w:t>
            </w:r>
            <w:r w:rsidRPr="0060294A">
              <w:rPr>
                <w:lang w:val="fr-BE"/>
              </w:rPr>
              <w:t xml:space="preserve">pour les non-membres   </w:t>
            </w:r>
          </w:p>
        </w:tc>
      </w:tr>
      <w:tr w:rsidR="005D29A6" w:rsidRPr="005F0368" w14:paraId="195CE757" w14:textId="77777777" w:rsidTr="00D744B2">
        <w:tc>
          <w:tcPr>
            <w:tcW w:w="3066" w:type="dxa"/>
            <w:vMerge/>
          </w:tcPr>
          <w:p w14:paraId="27C52406" w14:textId="77777777" w:rsidR="005D29A6" w:rsidRPr="0060294A" w:rsidRDefault="005D29A6" w:rsidP="005D29A6">
            <w:pPr>
              <w:rPr>
                <w:noProof/>
                <w:lang w:val="fr-BE"/>
              </w:rPr>
            </w:pPr>
          </w:p>
        </w:tc>
        <w:tc>
          <w:tcPr>
            <w:tcW w:w="6672" w:type="dxa"/>
          </w:tcPr>
          <w:p w14:paraId="04C10AE0" w14:textId="2576FF59" w:rsidR="00B17150" w:rsidRPr="0060294A" w:rsidRDefault="005D29A6" w:rsidP="005D29A6">
            <w:pPr>
              <w:rPr>
                <w:lang w:val="fr-BE"/>
              </w:rPr>
            </w:pPr>
            <w:r w:rsidRPr="0060294A">
              <w:rPr>
                <w:lang w:val="fr-BE"/>
              </w:rPr>
              <w:t>Si oui, veuillez remplir les informations suivantes</w:t>
            </w:r>
          </w:p>
          <w:tbl>
            <w:tblPr>
              <w:tblStyle w:val="Grilledutableau"/>
              <w:tblW w:w="0" w:type="auto"/>
              <w:tblLook w:val="04A0" w:firstRow="1" w:lastRow="0" w:firstColumn="1" w:lastColumn="0" w:noHBand="0" w:noVBand="1"/>
            </w:tblPr>
            <w:tblGrid>
              <w:gridCol w:w="2873"/>
              <w:gridCol w:w="3573"/>
            </w:tblGrid>
            <w:tr w:rsidR="00B17150" w:rsidRPr="00052FBA" w14:paraId="34FB2FF7" w14:textId="77777777" w:rsidTr="00B17150">
              <w:tc>
                <w:tcPr>
                  <w:tcW w:w="2873" w:type="dxa"/>
                </w:tcPr>
                <w:p w14:paraId="02643D16" w14:textId="32BF2EA7" w:rsidR="00B17150" w:rsidRPr="00052FBA" w:rsidRDefault="00B17150" w:rsidP="005D29A6">
                  <w:pPr>
                    <w:rPr>
                      <w:lang w:val="fr-BE"/>
                    </w:rPr>
                  </w:pPr>
                  <w:r w:rsidRPr="00052FBA">
                    <w:rPr>
                      <w:lang w:val="fr-BE"/>
                    </w:rPr>
                    <w:t>Nom de l'entreprise</w:t>
                  </w:r>
                </w:p>
              </w:tc>
              <w:tc>
                <w:tcPr>
                  <w:tcW w:w="3573" w:type="dxa"/>
                </w:tcPr>
                <w:p w14:paraId="5A882B8A" w14:textId="77777777" w:rsidR="00B17150" w:rsidRPr="00052FBA" w:rsidRDefault="00B17150" w:rsidP="005D29A6">
                  <w:pPr>
                    <w:rPr>
                      <w:lang w:val="fr-BE"/>
                    </w:rPr>
                  </w:pPr>
                </w:p>
              </w:tc>
            </w:tr>
            <w:tr w:rsidR="00B17150" w:rsidRPr="005F0368" w14:paraId="2AF91B3B" w14:textId="77777777" w:rsidTr="00B17150">
              <w:tc>
                <w:tcPr>
                  <w:tcW w:w="2873" w:type="dxa"/>
                </w:tcPr>
                <w:p w14:paraId="236BF79D" w14:textId="62DC9457" w:rsidR="00B17150" w:rsidRPr="00052FBA" w:rsidRDefault="00B17150" w:rsidP="005D29A6">
                  <w:pPr>
                    <w:rPr>
                      <w:lang w:val="fr-BE"/>
                    </w:rPr>
                  </w:pPr>
                  <w:r w:rsidRPr="00052FBA">
                    <w:rPr>
                      <w:lang w:val="fr-BE"/>
                    </w:rPr>
                    <w:t>Nom de la rue + numéro</w:t>
                  </w:r>
                </w:p>
              </w:tc>
              <w:tc>
                <w:tcPr>
                  <w:tcW w:w="3573" w:type="dxa"/>
                </w:tcPr>
                <w:p w14:paraId="0007168F" w14:textId="77777777" w:rsidR="00B17150" w:rsidRPr="00052FBA" w:rsidRDefault="00B17150" w:rsidP="005D29A6">
                  <w:pPr>
                    <w:rPr>
                      <w:lang w:val="fr-BE"/>
                    </w:rPr>
                  </w:pPr>
                </w:p>
              </w:tc>
            </w:tr>
            <w:tr w:rsidR="00B17150" w:rsidRPr="00052FBA" w14:paraId="19C89DD7" w14:textId="77777777" w:rsidTr="00B17150">
              <w:tc>
                <w:tcPr>
                  <w:tcW w:w="2873" w:type="dxa"/>
                </w:tcPr>
                <w:p w14:paraId="31967184" w14:textId="1933BCED" w:rsidR="00B17150" w:rsidRPr="00052FBA" w:rsidRDefault="00B17150" w:rsidP="005D29A6">
                  <w:pPr>
                    <w:rPr>
                      <w:lang w:val="fr-BE"/>
                    </w:rPr>
                  </w:pPr>
                  <w:r w:rsidRPr="00052FBA">
                    <w:rPr>
                      <w:lang w:val="fr-BE"/>
                    </w:rPr>
                    <w:t>Code postal + ville + pays</w:t>
                  </w:r>
                </w:p>
              </w:tc>
              <w:tc>
                <w:tcPr>
                  <w:tcW w:w="3573" w:type="dxa"/>
                </w:tcPr>
                <w:p w14:paraId="738D9636" w14:textId="77777777" w:rsidR="00B17150" w:rsidRPr="00052FBA" w:rsidRDefault="00B17150" w:rsidP="005D29A6">
                  <w:pPr>
                    <w:rPr>
                      <w:lang w:val="fr-BE"/>
                    </w:rPr>
                  </w:pPr>
                </w:p>
              </w:tc>
            </w:tr>
            <w:tr w:rsidR="00B17150" w:rsidRPr="005F0368" w14:paraId="1DAC922E" w14:textId="77777777" w:rsidTr="00B17150">
              <w:tc>
                <w:tcPr>
                  <w:tcW w:w="2873" w:type="dxa"/>
                </w:tcPr>
                <w:p w14:paraId="405BFD46" w14:textId="6CF23004" w:rsidR="00B17150" w:rsidRPr="00052FBA" w:rsidRDefault="00B17150" w:rsidP="005D29A6">
                  <w:pPr>
                    <w:rPr>
                      <w:lang w:val="fr-BE"/>
                    </w:rPr>
                  </w:pPr>
                  <w:r w:rsidRPr="00052FBA">
                    <w:rPr>
                      <w:lang w:val="fr-BE"/>
                    </w:rPr>
                    <w:t>Adresse e-mail de contact</w:t>
                  </w:r>
                </w:p>
              </w:tc>
              <w:tc>
                <w:tcPr>
                  <w:tcW w:w="3573" w:type="dxa"/>
                </w:tcPr>
                <w:p w14:paraId="24103ACD" w14:textId="77777777" w:rsidR="00B17150" w:rsidRPr="00052FBA" w:rsidRDefault="00B17150" w:rsidP="005D29A6">
                  <w:pPr>
                    <w:rPr>
                      <w:lang w:val="fr-BE"/>
                    </w:rPr>
                  </w:pPr>
                </w:p>
              </w:tc>
            </w:tr>
            <w:tr w:rsidR="00B17150" w:rsidRPr="005F0368" w14:paraId="4CE4F1F5" w14:textId="77777777" w:rsidTr="00B17150">
              <w:tc>
                <w:tcPr>
                  <w:tcW w:w="2873" w:type="dxa"/>
                </w:tcPr>
                <w:p w14:paraId="088271E7" w14:textId="449C1E03" w:rsidR="00B17150" w:rsidRPr="0060294A" w:rsidRDefault="00B17150" w:rsidP="00B17150">
                  <w:pPr>
                    <w:rPr>
                      <w:lang w:val="fr-BE"/>
                    </w:rPr>
                  </w:pPr>
                  <w:r w:rsidRPr="0060294A">
                    <w:rPr>
                      <w:lang w:val="fr-BE"/>
                    </w:rPr>
                    <w:t>Site web pour le code QR</w:t>
                  </w:r>
                </w:p>
              </w:tc>
              <w:tc>
                <w:tcPr>
                  <w:tcW w:w="3573" w:type="dxa"/>
                </w:tcPr>
                <w:p w14:paraId="0F586344" w14:textId="77777777" w:rsidR="00B17150" w:rsidRPr="0060294A" w:rsidRDefault="00B17150" w:rsidP="005D29A6">
                  <w:pPr>
                    <w:rPr>
                      <w:lang w:val="fr-BE"/>
                    </w:rPr>
                  </w:pPr>
                </w:p>
              </w:tc>
            </w:tr>
            <w:tr w:rsidR="00B17150" w:rsidRPr="005F0368" w14:paraId="5C19F8AB" w14:textId="77777777" w:rsidTr="00144FBC">
              <w:tc>
                <w:tcPr>
                  <w:tcW w:w="6446" w:type="dxa"/>
                  <w:gridSpan w:val="2"/>
                </w:tcPr>
                <w:p w14:paraId="7FD2FBFC" w14:textId="5774021C" w:rsidR="00B17150" w:rsidRPr="0060294A" w:rsidRDefault="00B17150" w:rsidP="005D29A6">
                  <w:pPr>
                    <w:rPr>
                      <w:lang w:val="fr-BE"/>
                    </w:rPr>
                  </w:pPr>
                  <w:r w:rsidRPr="0060294A">
                    <w:rPr>
                      <w:lang w:val="fr-BE"/>
                    </w:rPr>
                    <w:t>Description de vos services (350 caractères maximum, espaces compris)</w:t>
                  </w:r>
                </w:p>
              </w:tc>
            </w:tr>
            <w:tr w:rsidR="00B17150" w:rsidRPr="005F0368" w14:paraId="075620A5" w14:textId="77777777" w:rsidTr="00144FBC">
              <w:tc>
                <w:tcPr>
                  <w:tcW w:w="6446" w:type="dxa"/>
                  <w:gridSpan w:val="2"/>
                </w:tcPr>
                <w:p w14:paraId="0CBE9B3D" w14:textId="77777777" w:rsidR="00B17150" w:rsidRPr="0060294A" w:rsidRDefault="00B17150" w:rsidP="005D29A6">
                  <w:pPr>
                    <w:rPr>
                      <w:lang w:val="fr-BE"/>
                    </w:rPr>
                  </w:pPr>
                </w:p>
              </w:tc>
            </w:tr>
          </w:tbl>
          <w:p w14:paraId="023B71F2" w14:textId="77777777" w:rsidR="005D29A6" w:rsidRPr="0060294A" w:rsidRDefault="005D29A6" w:rsidP="00B17150">
            <w:pPr>
              <w:rPr>
                <w:lang w:val="fr-BE"/>
              </w:rPr>
            </w:pPr>
          </w:p>
          <w:p w14:paraId="37811B2D" w14:textId="77777777" w:rsidR="00D744B2" w:rsidRPr="0060294A" w:rsidRDefault="00D744B2" w:rsidP="00B17150">
            <w:pPr>
              <w:rPr>
                <w:lang w:val="fr-BE"/>
              </w:rPr>
            </w:pPr>
          </w:p>
          <w:p w14:paraId="5103C9AE" w14:textId="2D2B46C2" w:rsidR="00C11CAE" w:rsidRPr="0060294A" w:rsidRDefault="00C11CAE" w:rsidP="00B17150">
            <w:pPr>
              <w:rPr>
                <w:lang w:val="fr-BE"/>
              </w:rPr>
            </w:pPr>
          </w:p>
        </w:tc>
      </w:tr>
      <w:tr w:rsidR="0016268E" w14:paraId="2F33F94D" w14:textId="77777777" w:rsidTr="00E4560A">
        <w:tc>
          <w:tcPr>
            <w:tcW w:w="3066" w:type="dxa"/>
            <w:vMerge w:val="restart"/>
          </w:tcPr>
          <w:p w14:paraId="1945377B" w14:textId="77777777" w:rsidR="0016268E" w:rsidRPr="0060294A" w:rsidRDefault="0016268E" w:rsidP="005D29A6">
            <w:pPr>
              <w:rPr>
                <w:noProof/>
                <w:lang w:val="fr-BE"/>
              </w:rPr>
            </w:pPr>
          </w:p>
          <w:p w14:paraId="10E5629A" w14:textId="09A6E7C4" w:rsidR="0016268E" w:rsidRPr="0060294A" w:rsidRDefault="0016268E" w:rsidP="005D29A6">
            <w:pPr>
              <w:rPr>
                <w:noProof/>
                <w:lang w:val="fr-BE"/>
              </w:rPr>
            </w:pPr>
            <w:r w:rsidRPr="0016268E">
              <w:rPr>
                <w:noProof/>
                <w:lang w:val="fr-BE"/>
              </w:rPr>
              <w:drawing>
                <wp:anchor distT="0" distB="0" distL="114300" distR="114300" simplePos="0" relativeHeight="251658240" behindDoc="1" locked="0" layoutInCell="1" allowOverlap="1" wp14:anchorId="69E753A8" wp14:editId="1F37C96C">
                  <wp:simplePos x="0" y="0"/>
                  <wp:positionH relativeFrom="column">
                    <wp:posOffset>-1270</wp:posOffset>
                  </wp:positionH>
                  <wp:positionV relativeFrom="paragraph">
                    <wp:posOffset>1905</wp:posOffset>
                  </wp:positionV>
                  <wp:extent cx="1368000" cy="1328400"/>
                  <wp:effectExtent l="0" t="0" r="3810" b="5715"/>
                  <wp:wrapNone/>
                  <wp:docPr id="118036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633" name=""/>
                          <pic:cNvPicPr/>
                        </pic:nvPicPr>
                        <pic:blipFill>
                          <a:blip r:embed="rId16"/>
                          <a:stretch>
                            <a:fillRect/>
                          </a:stretch>
                        </pic:blipFill>
                        <pic:spPr>
                          <a:xfrm>
                            <a:off x="0" y="0"/>
                            <a:ext cx="1368000" cy="1328400"/>
                          </a:xfrm>
                          <a:prstGeom prst="rect">
                            <a:avLst/>
                          </a:prstGeom>
                        </pic:spPr>
                      </pic:pic>
                    </a:graphicData>
                  </a:graphic>
                  <wp14:sizeRelH relativeFrom="margin">
                    <wp14:pctWidth>0</wp14:pctWidth>
                  </wp14:sizeRelH>
                  <wp14:sizeRelV relativeFrom="margin">
                    <wp14:pctHeight>0</wp14:pctHeight>
                  </wp14:sizeRelV>
                </wp:anchor>
              </w:drawing>
            </w:r>
          </w:p>
          <w:p w14:paraId="01AD02D3" w14:textId="2F7E8515" w:rsidR="0016268E" w:rsidRPr="0060294A" w:rsidRDefault="0016268E" w:rsidP="005D29A6">
            <w:pPr>
              <w:rPr>
                <w:noProof/>
                <w:lang w:val="fr-BE"/>
              </w:rPr>
            </w:pPr>
          </w:p>
          <w:p w14:paraId="6FA1FFD7" w14:textId="23C44B9A" w:rsidR="0016268E" w:rsidRPr="0060294A" w:rsidRDefault="008B7AC7" w:rsidP="005D29A6">
            <w:pPr>
              <w:rPr>
                <w:noProof/>
                <w:lang w:val="fr-BE"/>
              </w:rPr>
            </w:pPr>
            <w:r w:rsidRPr="00B91D48">
              <w:rPr>
                <w:noProof/>
                <w:lang w:val="fr-BE"/>
              </w:rPr>
              <w:drawing>
                <wp:anchor distT="0" distB="0" distL="114300" distR="114300" simplePos="0" relativeHeight="251658245" behindDoc="1" locked="0" layoutInCell="1" allowOverlap="1" wp14:anchorId="4BD47C34" wp14:editId="3EF88701">
                  <wp:simplePos x="0" y="0"/>
                  <wp:positionH relativeFrom="column">
                    <wp:posOffset>398548</wp:posOffset>
                  </wp:positionH>
                  <wp:positionV relativeFrom="paragraph">
                    <wp:posOffset>16609</wp:posOffset>
                  </wp:positionV>
                  <wp:extent cx="1346400" cy="869195"/>
                  <wp:effectExtent l="76200" t="114300" r="63500" b="102870"/>
                  <wp:wrapNone/>
                  <wp:docPr id="14065153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15382" name=""/>
                          <pic:cNvPicPr/>
                        </pic:nvPicPr>
                        <pic:blipFill>
                          <a:blip r:embed="rId17"/>
                          <a:stretch>
                            <a:fillRect/>
                          </a:stretch>
                        </pic:blipFill>
                        <pic:spPr>
                          <a:xfrm rot="546648">
                            <a:off x="0" y="0"/>
                            <a:ext cx="1346400" cy="869195"/>
                          </a:xfrm>
                          <a:prstGeom prst="rect">
                            <a:avLst/>
                          </a:prstGeom>
                        </pic:spPr>
                      </pic:pic>
                    </a:graphicData>
                  </a:graphic>
                  <wp14:sizeRelH relativeFrom="margin">
                    <wp14:pctWidth>0</wp14:pctWidth>
                  </wp14:sizeRelH>
                  <wp14:sizeRelV relativeFrom="margin">
                    <wp14:pctHeight>0</wp14:pctHeight>
                  </wp14:sizeRelV>
                </wp:anchor>
              </w:drawing>
            </w:r>
          </w:p>
          <w:p w14:paraId="63A0106F" w14:textId="6C0875E6" w:rsidR="0016268E" w:rsidRPr="0060294A" w:rsidRDefault="0016268E" w:rsidP="005D29A6">
            <w:pPr>
              <w:rPr>
                <w:noProof/>
                <w:lang w:val="fr-BE"/>
              </w:rPr>
            </w:pPr>
          </w:p>
        </w:tc>
        <w:tc>
          <w:tcPr>
            <w:tcW w:w="6672" w:type="dxa"/>
            <w:shd w:val="clear" w:color="auto" w:fill="F2DBDB" w:themeFill="accent2" w:themeFillTint="33"/>
          </w:tcPr>
          <w:p w14:paraId="36D19937" w14:textId="7125FE04" w:rsidR="0016268E" w:rsidRPr="0060294A" w:rsidRDefault="00744B5F" w:rsidP="0016268E">
            <w:pPr>
              <w:rPr>
                <w:color w:val="C0504D" w:themeColor="accent2"/>
                <w:sz w:val="36"/>
                <w:szCs w:val="40"/>
                <w:lang w:val="fr-BE"/>
              </w:rPr>
            </w:pPr>
            <w:r>
              <w:rPr>
                <w:b/>
                <w:bCs/>
                <w:color w:val="C0504D" w:themeColor="accent2"/>
                <w:sz w:val="36"/>
                <w:szCs w:val="40"/>
                <w:lang w:val="fr-BE"/>
              </w:rPr>
              <w:t>Content Push &amp; Follow up</w:t>
            </w:r>
          </w:p>
          <w:p w14:paraId="453B8634" w14:textId="059A96E0" w:rsidR="0016268E" w:rsidRPr="0060294A" w:rsidRDefault="0016268E" w:rsidP="0016268E">
            <w:pPr>
              <w:rPr>
                <w:lang w:val="fr-BE"/>
              </w:rPr>
            </w:pPr>
            <w:r w:rsidRPr="0060294A">
              <w:rPr>
                <w:lang w:val="fr-BE"/>
              </w:rPr>
              <w:t>Augmentez la visibilité de votre article et découvrez quelles entreprises le consultent.</w:t>
            </w:r>
            <w:r w:rsidR="008B7AC7">
              <w:rPr>
                <w:lang w:val="fr-BE"/>
              </w:rPr>
              <w:t xml:space="preserve"> </w:t>
            </w:r>
            <w:r w:rsidRPr="0060294A">
              <w:rPr>
                <w:lang w:val="fr-BE"/>
              </w:rPr>
              <w:t xml:space="preserve">Votre article sera publié sur la page « </w:t>
            </w:r>
            <w:r w:rsidRPr="0060294A">
              <w:rPr>
                <w:b/>
                <w:bCs/>
                <w:lang w:val="fr-BE"/>
              </w:rPr>
              <w:t xml:space="preserve">Articles techniques » </w:t>
            </w:r>
            <w:r w:rsidRPr="0060294A">
              <w:rPr>
                <w:lang w:val="fr-BE"/>
              </w:rPr>
              <w:t xml:space="preserve">du site web de la VOM, repris dans </w:t>
            </w:r>
            <w:r w:rsidRPr="0060294A">
              <w:rPr>
                <w:b/>
                <w:bCs/>
                <w:lang w:val="fr-BE"/>
              </w:rPr>
              <w:t>deux numéros de l’E-</w:t>
            </w:r>
            <w:proofErr w:type="spellStart"/>
            <w:r w:rsidRPr="0060294A">
              <w:rPr>
                <w:b/>
                <w:bCs/>
                <w:lang w:val="fr-BE"/>
              </w:rPr>
              <w:t>VOMinfo</w:t>
            </w:r>
            <w:proofErr w:type="spellEnd"/>
            <w:r w:rsidRPr="0060294A">
              <w:rPr>
                <w:b/>
                <w:bCs/>
                <w:lang w:val="fr-BE"/>
              </w:rPr>
              <w:t xml:space="preserve"> </w:t>
            </w:r>
            <w:r w:rsidRPr="0060294A">
              <w:rPr>
                <w:lang w:val="fr-BE"/>
              </w:rPr>
              <w:t xml:space="preserve">et partagé sur les </w:t>
            </w:r>
            <w:r w:rsidRPr="0060294A">
              <w:rPr>
                <w:b/>
                <w:bCs/>
                <w:lang w:val="fr-BE"/>
              </w:rPr>
              <w:t xml:space="preserve">pages LinkedIn </w:t>
            </w:r>
            <w:r w:rsidRPr="0060294A">
              <w:rPr>
                <w:lang w:val="fr-BE"/>
              </w:rPr>
              <w:t xml:space="preserve">et </w:t>
            </w:r>
            <w:r w:rsidRPr="0060294A">
              <w:rPr>
                <w:b/>
                <w:bCs/>
                <w:lang w:val="fr-BE"/>
              </w:rPr>
              <w:t xml:space="preserve">Facebook </w:t>
            </w:r>
            <w:r w:rsidRPr="0060294A">
              <w:rPr>
                <w:lang w:val="fr-BE"/>
              </w:rPr>
              <w:t xml:space="preserve">de la VOM. Vous recevrez un rapport répertoriant les entreprises qui ont </w:t>
            </w:r>
            <w:r w:rsidR="008B7AC7">
              <w:rPr>
                <w:lang w:val="fr-BE"/>
              </w:rPr>
              <w:t>consulté</w:t>
            </w:r>
            <w:r w:rsidRPr="0060294A">
              <w:rPr>
                <w:lang w:val="fr-BE"/>
              </w:rPr>
              <w:t xml:space="preserve"> votre article.</w:t>
            </w:r>
          </w:p>
          <w:p w14:paraId="0EA37108" w14:textId="127F599C" w:rsidR="0016268E" w:rsidRDefault="0016268E" w:rsidP="005D29A6">
            <w:pPr>
              <w:rPr>
                <w:color w:val="C0504D" w:themeColor="accent2"/>
                <w:lang w:val="fr-BE"/>
              </w:rPr>
            </w:pPr>
            <w:r w:rsidRPr="005D29A6">
              <w:rPr>
                <w:lang w:val="fr-BE"/>
              </w:rPr>
              <w:t>□ Oui    □ Non</w:t>
            </w:r>
          </w:p>
        </w:tc>
      </w:tr>
      <w:tr w:rsidR="0016268E" w:rsidRPr="005F0368" w14:paraId="03E49499" w14:textId="77777777" w:rsidTr="00D744B2">
        <w:tc>
          <w:tcPr>
            <w:tcW w:w="3066" w:type="dxa"/>
            <w:vMerge/>
          </w:tcPr>
          <w:p w14:paraId="59FCB476" w14:textId="77777777" w:rsidR="0016268E" w:rsidRDefault="0016268E" w:rsidP="005D29A6">
            <w:pPr>
              <w:rPr>
                <w:noProof/>
                <w:lang w:val="fr-BE"/>
              </w:rPr>
            </w:pPr>
          </w:p>
        </w:tc>
        <w:tc>
          <w:tcPr>
            <w:tcW w:w="6672" w:type="dxa"/>
          </w:tcPr>
          <w:p w14:paraId="55F18B37" w14:textId="51777B79" w:rsidR="0016268E" w:rsidRPr="0060294A" w:rsidRDefault="005F3A23" w:rsidP="0016268E">
            <w:pPr>
              <w:rPr>
                <w:color w:val="C0504D" w:themeColor="accent2"/>
                <w:lang w:val="fr-BE"/>
              </w:rPr>
            </w:pPr>
            <w:r w:rsidRPr="0060294A">
              <w:rPr>
                <w:color w:val="C0504D" w:themeColor="accent2"/>
                <w:lang w:val="fr-BE"/>
              </w:rPr>
              <w:t>Tarif</w:t>
            </w:r>
          </w:p>
          <w:p w14:paraId="4EA3FB18" w14:textId="391DC251" w:rsidR="00C11CAE" w:rsidRPr="0060294A" w:rsidRDefault="0016268E" w:rsidP="00C11CAE">
            <w:pPr>
              <w:rPr>
                <w:lang w:val="fr-BE"/>
              </w:rPr>
            </w:pPr>
            <w:r w:rsidRPr="0060294A">
              <w:rPr>
                <w:b/>
                <w:bCs/>
                <w:lang w:val="fr-BE"/>
              </w:rPr>
              <w:t xml:space="preserve">550 euros </w:t>
            </w:r>
            <w:r w:rsidRPr="0060294A">
              <w:rPr>
                <w:lang w:val="fr-BE"/>
              </w:rPr>
              <w:t xml:space="preserve">pour les membres de la VOM </w:t>
            </w:r>
            <w:r w:rsidR="00C11CAE" w:rsidRPr="0060294A">
              <w:rPr>
                <w:lang w:val="fr-BE"/>
              </w:rPr>
              <w:t>|</w:t>
            </w:r>
            <w:r w:rsidRPr="0060294A">
              <w:rPr>
                <w:b/>
                <w:bCs/>
                <w:lang w:val="fr-BE"/>
              </w:rPr>
              <w:t xml:space="preserve"> 825 euros </w:t>
            </w:r>
            <w:r w:rsidRPr="0060294A">
              <w:rPr>
                <w:lang w:val="fr-BE"/>
              </w:rPr>
              <w:t xml:space="preserve">pour les non-membres   </w:t>
            </w:r>
          </w:p>
        </w:tc>
      </w:tr>
      <w:tr w:rsidR="00C424A3" w14:paraId="21810C61" w14:textId="77777777" w:rsidTr="004B52AC">
        <w:tc>
          <w:tcPr>
            <w:tcW w:w="9738" w:type="dxa"/>
            <w:gridSpan w:val="2"/>
            <w:shd w:val="clear" w:color="auto" w:fill="F2DBDB" w:themeFill="accent2" w:themeFillTint="33"/>
          </w:tcPr>
          <w:p w14:paraId="00215B82" w14:textId="0927B112" w:rsidR="00C424A3" w:rsidRPr="0060294A" w:rsidRDefault="008B7AC7" w:rsidP="0016268E">
            <w:pPr>
              <w:rPr>
                <w:b/>
                <w:bCs/>
                <w:color w:val="C0504D" w:themeColor="accent2"/>
                <w:sz w:val="36"/>
                <w:szCs w:val="40"/>
                <w:lang w:val="fr-BE"/>
              </w:rPr>
            </w:pPr>
            <w:r>
              <w:rPr>
                <w:b/>
                <w:bCs/>
                <w:color w:val="C0504D" w:themeColor="accent2"/>
                <w:sz w:val="36"/>
                <w:szCs w:val="40"/>
                <w:lang w:val="fr-BE"/>
              </w:rPr>
              <w:lastRenderedPageBreak/>
              <w:t>Encart p</w:t>
            </w:r>
            <w:r w:rsidR="00C424A3" w:rsidRPr="0060294A">
              <w:rPr>
                <w:b/>
                <w:bCs/>
                <w:color w:val="C0504D" w:themeColor="accent2"/>
                <w:sz w:val="36"/>
                <w:szCs w:val="40"/>
                <w:lang w:val="fr-BE"/>
              </w:rPr>
              <w:t>ublicit</w:t>
            </w:r>
            <w:r>
              <w:rPr>
                <w:b/>
                <w:bCs/>
                <w:color w:val="C0504D" w:themeColor="accent2"/>
                <w:sz w:val="36"/>
                <w:szCs w:val="40"/>
                <w:lang w:val="fr-BE"/>
              </w:rPr>
              <w:t>aire</w:t>
            </w:r>
          </w:p>
          <w:p w14:paraId="612C9DF6" w14:textId="66638516" w:rsidR="00C424A3" w:rsidRPr="0060294A" w:rsidRDefault="00C424A3" w:rsidP="0016268E">
            <w:pPr>
              <w:rPr>
                <w:lang w:val="fr-BE"/>
              </w:rPr>
            </w:pPr>
            <w:r w:rsidRPr="0060294A">
              <w:rPr>
                <w:lang w:val="fr-BE"/>
              </w:rPr>
              <w:t xml:space="preserve">Souhaitez-vous </w:t>
            </w:r>
            <w:r w:rsidR="00497D24" w:rsidRPr="0060294A">
              <w:rPr>
                <w:lang w:val="fr-BE"/>
              </w:rPr>
              <w:t>renforcer</w:t>
            </w:r>
            <w:r w:rsidRPr="0060294A">
              <w:rPr>
                <w:lang w:val="fr-BE"/>
              </w:rPr>
              <w:t xml:space="preserve"> la visibilité de votre entreprise </w:t>
            </w:r>
            <w:r w:rsidR="00497D24" w:rsidRPr="0060294A">
              <w:rPr>
                <w:lang w:val="fr-BE"/>
              </w:rPr>
              <w:t xml:space="preserve">grâce à </w:t>
            </w:r>
            <w:r w:rsidRPr="0060294A">
              <w:rPr>
                <w:lang w:val="fr-BE"/>
              </w:rPr>
              <w:t>une annonce dans le magazine ?</w:t>
            </w:r>
          </w:p>
          <w:p w14:paraId="681695A4" w14:textId="77777777" w:rsidR="00C424A3" w:rsidRDefault="00C424A3" w:rsidP="0016268E">
            <w:pPr>
              <w:rPr>
                <w:lang w:val="fr-BE"/>
              </w:rPr>
            </w:pPr>
            <w:r w:rsidRPr="005D29A6">
              <w:rPr>
                <w:lang w:val="fr-BE"/>
              </w:rPr>
              <w:t>□ Oui    □ Non</w:t>
            </w:r>
          </w:p>
          <w:p w14:paraId="5C00B087" w14:textId="3F6D9A3B" w:rsidR="00C424A3" w:rsidRPr="00260B98" w:rsidRDefault="00C424A3" w:rsidP="0016268E">
            <w:pPr>
              <w:rPr>
                <w:color w:val="C0504D" w:themeColor="accent2"/>
                <w:lang w:val="fr-BE"/>
              </w:rPr>
            </w:pPr>
          </w:p>
        </w:tc>
      </w:tr>
      <w:tr w:rsidR="00C424A3" w14:paraId="225B4BD4" w14:textId="77777777" w:rsidTr="00D744B2">
        <w:tc>
          <w:tcPr>
            <w:tcW w:w="9738" w:type="dxa"/>
            <w:gridSpan w:val="2"/>
          </w:tcPr>
          <w:p w14:paraId="1ADC578B" w14:textId="27DE20FC" w:rsidR="00C424A3" w:rsidRPr="00C424A3" w:rsidRDefault="00C424A3" w:rsidP="0016268E">
            <w:pPr>
              <w:rPr>
                <w:b/>
                <w:bCs/>
                <w:lang w:val="fr-BE"/>
              </w:rPr>
            </w:pPr>
            <w:r w:rsidRPr="00C424A3">
              <w:rPr>
                <w:b/>
                <w:bCs/>
                <w:noProof/>
                <w:lang w:val="fr-BE"/>
              </w:rPr>
              <w:drawing>
                <wp:anchor distT="0" distB="0" distL="114300" distR="114300" simplePos="0" relativeHeight="251658244" behindDoc="1" locked="0" layoutInCell="1" allowOverlap="1" wp14:anchorId="79873282" wp14:editId="071FD973">
                  <wp:simplePos x="0" y="0"/>
                  <wp:positionH relativeFrom="column">
                    <wp:posOffset>737870</wp:posOffset>
                  </wp:positionH>
                  <wp:positionV relativeFrom="paragraph">
                    <wp:posOffset>180340</wp:posOffset>
                  </wp:positionV>
                  <wp:extent cx="3534268" cy="1457528"/>
                  <wp:effectExtent l="0" t="0" r="9525" b="9525"/>
                  <wp:wrapTight wrapText="bothSides">
                    <wp:wrapPolygon edited="0">
                      <wp:start x="0" y="0"/>
                      <wp:lineTo x="0" y="21459"/>
                      <wp:lineTo x="21542" y="21459"/>
                      <wp:lineTo x="21542" y="0"/>
                      <wp:lineTo x="0" y="0"/>
                    </wp:wrapPolygon>
                  </wp:wrapTight>
                  <wp:docPr id="12937510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51072" name=""/>
                          <pic:cNvPicPr/>
                        </pic:nvPicPr>
                        <pic:blipFill>
                          <a:blip r:embed="rId18"/>
                          <a:stretch>
                            <a:fillRect/>
                          </a:stretch>
                        </pic:blipFill>
                        <pic:spPr>
                          <a:xfrm>
                            <a:off x="0" y="0"/>
                            <a:ext cx="3534268" cy="1457528"/>
                          </a:xfrm>
                          <a:prstGeom prst="rect">
                            <a:avLst/>
                          </a:prstGeom>
                        </pic:spPr>
                      </pic:pic>
                    </a:graphicData>
                  </a:graphic>
                </wp:anchor>
              </w:drawing>
            </w:r>
            <w:r w:rsidRPr="00C424A3">
              <w:rPr>
                <w:b/>
                <w:bCs/>
                <w:lang w:val="fr-BE"/>
              </w:rPr>
              <w:t>Formats disponibles</w:t>
            </w:r>
          </w:p>
          <w:p w14:paraId="1E2F4A6A" w14:textId="19BA9951" w:rsidR="00C424A3" w:rsidRDefault="00C424A3" w:rsidP="0016268E">
            <w:pPr>
              <w:rPr>
                <w:b/>
                <w:bCs/>
                <w:color w:val="C0504D" w:themeColor="accent2"/>
                <w:sz w:val="36"/>
                <w:szCs w:val="40"/>
                <w:lang w:val="fr-BE"/>
              </w:rPr>
            </w:pPr>
          </w:p>
          <w:p w14:paraId="07055E3F" w14:textId="77777777" w:rsidR="00C424A3" w:rsidRDefault="00C424A3" w:rsidP="0016268E">
            <w:pPr>
              <w:rPr>
                <w:b/>
                <w:bCs/>
                <w:color w:val="C0504D" w:themeColor="accent2"/>
                <w:sz w:val="36"/>
                <w:szCs w:val="40"/>
                <w:lang w:val="fr-BE"/>
              </w:rPr>
            </w:pPr>
          </w:p>
          <w:p w14:paraId="46049CDD" w14:textId="77777777" w:rsidR="00C424A3" w:rsidRDefault="00C424A3" w:rsidP="0016268E">
            <w:pPr>
              <w:rPr>
                <w:b/>
                <w:bCs/>
                <w:color w:val="C0504D" w:themeColor="accent2"/>
                <w:sz w:val="36"/>
                <w:szCs w:val="40"/>
                <w:lang w:val="fr-BE"/>
              </w:rPr>
            </w:pPr>
          </w:p>
          <w:p w14:paraId="37AE35A1" w14:textId="77777777" w:rsidR="00C424A3" w:rsidRDefault="00C424A3" w:rsidP="00C424A3">
            <w:pPr>
              <w:rPr>
                <w:sz w:val="36"/>
                <w:szCs w:val="40"/>
                <w:lang w:val="fr-BE"/>
              </w:rPr>
            </w:pPr>
          </w:p>
          <w:p w14:paraId="7F776499" w14:textId="77777777" w:rsidR="00C424A3" w:rsidRPr="00C424A3" w:rsidRDefault="00C424A3" w:rsidP="00C424A3">
            <w:pPr>
              <w:rPr>
                <w:sz w:val="36"/>
                <w:szCs w:val="40"/>
                <w:lang w:val="fr-BE"/>
              </w:rPr>
            </w:pPr>
          </w:p>
        </w:tc>
      </w:tr>
      <w:tr w:rsidR="00C424A3" w14:paraId="23F39808" w14:textId="77777777" w:rsidTr="00D744B2">
        <w:tc>
          <w:tcPr>
            <w:tcW w:w="9738" w:type="dxa"/>
            <w:gridSpan w:val="2"/>
          </w:tcPr>
          <w:p w14:paraId="61AC3184" w14:textId="516C1C17" w:rsidR="00C424A3" w:rsidRPr="00C424A3" w:rsidRDefault="00C424A3" w:rsidP="00C424A3">
            <w:pPr>
              <w:rPr>
                <w:b/>
                <w:bCs/>
                <w:lang w:val="fr-B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80"/>
              <w:gridCol w:w="1287"/>
              <w:gridCol w:w="1623"/>
              <w:gridCol w:w="1538"/>
            </w:tblGrid>
            <w:tr w:rsidR="00426BAA" w:rsidRPr="00C424A3" w14:paraId="1744191B" w14:textId="3DF3A62F" w:rsidTr="00426BAA">
              <w:trPr>
                <w:trHeight w:val="244"/>
                <w:tblHeader/>
                <w:tblCellSpacing w:w="15" w:type="dxa"/>
              </w:trPr>
              <w:tc>
                <w:tcPr>
                  <w:tcW w:w="3435" w:type="dxa"/>
                  <w:vAlign w:val="center"/>
                  <w:hideMark/>
                </w:tcPr>
                <w:p w14:paraId="25F46D25" w14:textId="77777777" w:rsidR="00426BAA" w:rsidRPr="00C424A3" w:rsidRDefault="00426BAA" w:rsidP="00C424A3">
                  <w:pPr>
                    <w:spacing w:after="0" w:line="240" w:lineRule="auto"/>
                    <w:rPr>
                      <w:b/>
                      <w:bCs/>
                      <w:lang w:val="fr-BE"/>
                    </w:rPr>
                  </w:pPr>
                  <w:r w:rsidRPr="00C424A3">
                    <w:rPr>
                      <w:b/>
                      <w:bCs/>
                      <w:lang w:val="fr-BE"/>
                    </w:rPr>
                    <w:t>Format</w:t>
                  </w:r>
                </w:p>
              </w:tc>
              <w:tc>
                <w:tcPr>
                  <w:tcW w:w="1257" w:type="dxa"/>
                  <w:vAlign w:val="center"/>
                  <w:hideMark/>
                </w:tcPr>
                <w:p w14:paraId="2D0BF644" w14:textId="77777777" w:rsidR="00426BAA" w:rsidRPr="00C424A3" w:rsidRDefault="00426BAA" w:rsidP="00C424A3">
                  <w:pPr>
                    <w:spacing w:after="0" w:line="240" w:lineRule="auto"/>
                    <w:rPr>
                      <w:b/>
                      <w:bCs/>
                      <w:lang w:val="fr-BE"/>
                    </w:rPr>
                  </w:pPr>
                  <w:r w:rsidRPr="00C424A3">
                    <w:rPr>
                      <w:b/>
                      <w:bCs/>
                      <w:lang w:val="fr-BE"/>
                    </w:rPr>
                    <w:t>Membre</w:t>
                  </w:r>
                </w:p>
              </w:tc>
              <w:tc>
                <w:tcPr>
                  <w:tcW w:w="1593" w:type="dxa"/>
                  <w:vAlign w:val="center"/>
                  <w:hideMark/>
                </w:tcPr>
                <w:p w14:paraId="3EF34FAB" w14:textId="77777777" w:rsidR="00426BAA" w:rsidRPr="00C424A3" w:rsidRDefault="00426BAA" w:rsidP="00C424A3">
                  <w:pPr>
                    <w:spacing w:after="0" w:line="240" w:lineRule="auto"/>
                    <w:rPr>
                      <w:b/>
                      <w:bCs/>
                      <w:lang w:val="fr-BE"/>
                    </w:rPr>
                  </w:pPr>
                  <w:r w:rsidRPr="00C424A3">
                    <w:rPr>
                      <w:b/>
                      <w:bCs/>
                      <w:lang w:val="fr-BE"/>
                    </w:rPr>
                    <w:t>Non-membre</w:t>
                  </w:r>
                </w:p>
              </w:tc>
              <w:tc>
                <w:tcPr>
                  <w:tcW w:w="1493" w:type="dxa"/>
                </w:tcPr>
                <w:p w14:paraId="473B23C7" w14:textId="6DF36406" w:rsidR="00426BAA" w:rsidRPr="00C424A3" w:rsidRDefault="009545A3" w:rsidP="00C424A3">
                  <w:pPr>
                    <w:spacing w:after="0" w:line="240" w:lineRule="auto"/>
                    <w:rPr>
                      <w:b/>
                      <w:bCs/>
                      <w:lang w:val="fr-BE"/>
                    </w:rPr>
                  </w:pPr>
                  <w:r>
                    <w:rPr>
                      <w:b/>
                      <w:bCs/>
                      <w:lang w:val="fr-BE"/>
                    </w:rPr>
                    <w:t xml:space="preserve">Ma </w:t>
                  </w:r>
                  <w:r w:rsidR="00C56CE3">
                    <w:rPr>
                      <w:b/>
                      <w:bCs/>
                      <w:lang w:val="fr-BE"/>
                    </w:rPr>
                    <w:t>sélection</w:t>
                  </w:r>
                </w:p>
              </w:tc>
            </w:tr>
            <w:tr w:rsidR="00426BAA" w:rsidRPr="00C424A3" w14:paraId="5A550CC0" w14:textId="03922C39" w:rsidTr="00426BAA">
              <w:trPr>
                <w:trHeight w:val="244"/>
                <w:tblCellSpacing w:w="15" w:type="dxa"/>
              </w:trPr>
              <w:tc>
                <w:tcPr>
                  <w:tcW w:w="3435" w:type="dxa"/>
                  <w:vAlign w:val="center"/>
                  <w:hideMark/>
                </w:tcPr>
                <w:p w14:paraId="2A83ED50" w14:textId="07D9AE52" w:rsidR="00426BAA" w:rsidRPr="00C424A3" w:rsidRDefault="00426BAA" w:rsidP="00C424A3">
                  <w:pPr>
                    <w:spacing w:after="0" w:line="240" w:lineRule="auto"/>
                    <w:rPr>
                      <w:lang w:val="fr-BE"/>
                    </w:rPr>
                  </w:pPr>
                  <w:r w:rsidRPr="00C424A3">
                    <w:rPr>
                      <w:b/>
                      <w:bCs/>
                      <w:lang w:val="fr-BE"/>
                    </w:rPr>
                    <w:t>1 page (A)</w:t>
                  </w:r>
                </w:p>
              </w:tc>
              <w:tc>
                <w:tcPr>
                  <w:tcW w:w="1257" w:type="dxa"/>
                  <w:vAlign w:val="center"/>
                  <w:hideMark/>
                </w:tcPr>
                <w:p w14:paraId="2233DB00" w14:textId="14C60273" w:rsidR="00426BAA" w:rsidRPr="00C424A3" w:rsidRDefault="00426BAA" w:rsidP="00C424A3">
                  <w:pPr>
                    <w:spacing w:after="0" w:line="240" w:lineRule="auto"/>
                    <w:rPr>
                      <w:lang w:val="fr-BE"/>
                    </w:rPr>
                  </w:pPr>
                  <w:r>
                    <w:rPr>
                      <w:lang w:val="fr-BE"/>
                    </w:rPr>
                    <w:t>1</w:t>
                  </w:r>
                  <w:r w:rsidRPr="00C424A3">
                    <w:rPr>
                      <w:lang w:val="fr-BE"/>
                    </w:rPr>
                    <w:t xml:space="preserve"> 080 €</w:t>
                  </w:r>
                </w:p>
              </w:tc>
              <w:tc>
                <w:tcPr>
                  <w:tcW w:w="1593" w:type="dxa"/>
                  <w:vAlign w:val="center"/>
                  <w:hideMark/>
                </w:tcPr>
                <w:p w14:paraId="3A6546AC" w14:textId="66A94E85" w:rsidR="00426BAA" w:rsidRPr="00C424A3" w:rsidRDefault="00426BAA" w:rsidP="00C424A3">
                  <w:pPr>
                    <w:spacing w:after="0" w:line="240" w:lineRule="auto"/>
                    <w:rPr>
                      <w:lang w:val="fr-BE"/>
                    </w:rPr>
                  </w:pPr>
                  <w:r>
                    <w:rPr>
                      <w:lang w:val="fr-BE"/>
                    </w:rPr>
                    <w:t>1</w:t>
                  </w:r>
                  <w:r w:rsidRPr="00C424A3">
                    <w:rPr>
                      <w:lang w:val="fr-BE"/>
                    </w:rPr>
                    <w:t xml:space="preserve"> 600 €</w:t>
                  </w:r>
                </w:p>
              </w:tc>
              <w:tc>
                <w:tcPr>
                  <w:tcW w:w="1493" w:type="dxa"/>
                </w:tcPr>
                <w:p w14:paraId="19B73C22" w14:textId="77777777" w:rsidR="00426BAA" w:rsidRPr="00C424A3" w:rsidRDefault="00426BAA" w:rsidP="00C424A3">
                  <w:pPr>
                    <w:spacing w:after="0" w:line="240" w:lineRule="auto"/>
                    <w:rPr>
                      <w:lang w:val="fr-BE"/>
                    </w:rPr>
                  </w:pPr>
                </w:p>
              </w:tc>
            </w:tr>
            <w:tr w:rsidR="00426BAA" w:rsidRPr="00C424A3" w14:paraId="4936BAB6" w14:textId="7AB33BC9" w:rsidTr="00426BAA">
              <w:trPr>
                <w:trHeight w:val="228"/>
                <w:tblCellSpacing w:w="15" w:type="dxa"/>
              </w:trPr>
              <w:tc>
                <w:tcPr>
                  <w:tcW w:w="3435" w:type="dxa"/>
                  <w:vAlign w:val="center"/>
                  <w:hideMark/>
                </w:tcPr>
                <w:p w14:paraId="0BD6FA8B" w14:textId="77777777" w:rsidR="00426BAA" w:rsidRPr="00C424A3" w:rsidRDefault="00426BAA" w:rsidP="00C424A3">
                  <w:pPr>
                    <w:spacing w:after="0" w:line="240" w:lineRule="auto"/>
                    <w:rPr>
                      <w:lang w:val="fr-BE"/>
                    </w:rPr>
                  </w:pPr>
                  <w:r w:rsidRPr="00C424A3">
                    <w:rPr>
                      <w:b/>
                      <w:bCs/>
                      <w:lang w:val="fr-BE"/>
                    </w:rPr>
                    <w:t>½ page (B ou C)</w:t>
                  </w:r>
                </w:p>
              </w:tc>
              <w:tc>
                <w:tcPr>
                  <w:tcW w:w="1257" w:type="dxa"/>
                  <w:vAlign w:val="center"/>
                  <w:hideMark/>
                </w:tcPr>
                <w:p w14:paraId="51566356" w14:textId="77777777" w:rsidR="00426BAA" w:rsidRPr="00C424A3" w:rsidRDefault="00426BAA" w:rsidP="00C424A3">
                  <w:pPr>
                    <w:spacing w:after="0" w:line="240" w:lineRule="auto"/>
                    <w:rPr>
                      <w:lang w:val="fr-BE"/>
                    </w:rPr>
                  </w:pPr>
                  <w:r w:rsidRPr="00C424A3">
                    <w:rPr>
                      <w:lang w:val="fr-BE"/>
                    </w:rPr>
                    <w:t>830 €</w:t>
                  </w:r>
                </w:p>
              </w:tc>
              <w:tc>
                <w:tcPr>
                  <w:tcW w:w="1593" w:type="dxa"/>
                  <w:vAlign w:val="center"/>
                  <w:hideMark/>
                </w:tcPr>
                <w:p w14:paraId="7A2DC6F6" w14:textId="22C1CD14" w:rsidR="00426BAA" w:rsidRPr="00C424A3" w:rsidRDefault="00426BAA" w:rsidP="00C424A3">
                  <w:pPr>
                    <w:spacing w:after="0" w:line="240" w:lineRule="auto"/>
                    <w:rPr>
                      <w:lang w:val="fr-BE"/>
                    </w:rPr>
                  </w:pPr>
                  <w:r>
                    <w:rPr>
                      <w:lang w:val="fr-BE"/>
                    </w:rPr>
                    <w:t>1</w:t>
                  </w:r>
                  <w:r w:rsidRPr="00C424A3">
                    <w:rPr>
                      <w:lang w:val="fr-BE"/>
                    </w:rPr>
                    <w:t xml:space="preserve"> 240 €</w:t>
                  </w:r>
                </w:p>
              </w:tc>
              <w:tc>
                <w:tcPr>
                  <w:tcW w:w="1493" w:type="dxa"/>
                </w:tcPr>
                <w:p w14:paraId="490997AA" w14:textId="77777777" w:rsidR="00426BAA" w:rsidRPr="00C424A3" w:rsidRDefault="00426BAA" w:rsidP="00C424A3">
                  <w:pPr>
                    <w:spacing w:after="0" w:line="240" w:lineRule="auto"/>
                    <w:rPr>
                      <w:lang w:val="fr-BE"/>
                    </w:rPr>
                  </w:pPr>
                </w:p>
              </w:tc>
            </w:tr>
            <w:tr w:rsidR="00426BAA" w:rsidRPr="00C424A3" w14:paraId="10739547" w14:textId="2D4A6E27" w:rsidTr="00426BAA">
              <w:trPr>
                <w:trHeight w:val="244"/>
                <w:tblCellSpacing w:w="15" w:type="dxa"/>
              </w:trPr>
              <w:tc>
                <w:tcPr>
                  <w:tcW w:w="3435" w:type="dxa"/>
                  <w:vAlign w:val="center"/>
                  <w:hideMark/>
                </w:tcPr>
                <w:p w14:paraId="53A5AEF5" w14:textId="77777777" w:rsidR="00426BAA" w:rsidRPr="00C424A3" w:rsidRDefault="00426BAA" w:rsidP="00C424A3">
                  <w:pPr>
                    <w:spacing w:after="0" w:line="240" w:lineRule="auto"/>
                    <w:rPr>
                      <w:lang w:val="fr-BE"/>
                    </w:rPr>
                  </w:pPr>
                  <w:r w:rsidRPr="00C424A3">
                    <w:rPr>
                      <w:b/>
                      <w:bCs/>
                      <w:lang w:val="fr-BE"/>
                    </w:rPr>
                    <w:t>¼ de page (D)</w:t>
                  </w:r>
                </w:p>
              </w:tc>
              <w:tc>
                <w:tcPr>
                  <w:tcW w:w="1257" w:type="dxa"/>
                  <w:vAlign w:val="center"/>
                  <w:hideMark/>
                </w:tcPr>
                <w:p w14:paraId="1635DADA" w14:textId="77777777" w:rsidR="00426BAA" w:rsidRPr="00C424A3" w:rsidRDefault="00426BAA" w:rsidP="00C424A3">
                  <w:pPr>
                    <w:spacing w:after="0" w:line="240" w:lineRule="auto"/>
                    <w:rPr>
                      <w:lang w:val="fr-BE"/>
                    </w:rPr>
                  </w:pPr>
                  <w:r w:rsidRPr="00C424A3">
                    <w:rPr>
                      <w:lang w:val="fr-BE"/>
                    </w:rPr>
                    <w:t>680 €</w:t>
                  </w:r>
                </w:p>
              </w:tc>
              <w:tc>
                <w:tcPr>
                  <w:tcW w:w="1593" w:type="dxa"/>
                  <w:vAlign w:val="center"/>
                  <w:hideMark/>
                </w:tcPr>
                <w:p w14:paraId="2B199B9D" w14:textId="77777777" w:rsidR="00426BAA" w:rsidRPr="00C424A3" w:rsidRDefault="00426BAA" w:rsidP="00C424A3">
                  <w:pPr>
                    <w:spacing w:after="0" w:line="240" w:lineRule="auto"/>
                    <w:rPr>
                      <w:lang w:val="fr-BE"/>
                    </w:rPr>
                  </w:pPr>
                  <w:r w:rsidRPr="00C424A3">
                    <w:rPr>
                      <w:lang w:val="fr-BE"/>
                    </w:rPr>
                    <w:t>990 €</w:t>
                  </w:r>
                </w:p>
              </w:tc>
              <w:tc>
                <w:tcPr>
                  <w:tcW w:w="1493" w:type="dxa"/>
                </w:tcPr>
                <w:p w14:paraId="1B70AAEF" w14:textId="77777777" w:rsidR="00426BAA" w:rsidRPr="00C424A3" w:rsidRDefault="00426BAA" w:rsidP="00C424A3">
                  <w:pPr>
                    <w:spacing w:after="0" w:line="240" w:lineRule="auto"/>
                    <w:rPr>
                      <w:lang w:val="fr-BE"/>
                    </w:rPr>
                  </w:pPr>
                </w:p>
              </w:tc>
            </w:tr>
            <w:tr w:rsidR="00426BAA" w:rsidRPr="00C424A3" w14:paraId="557F5C94" w14:textId="74E84B8B" w:rsidTr="00426BAA">
              <w:trPr>
                <w:trHeight w:val="244"/>
                <w:tblCellSpacing w:w="15" w:type="dxa"/>
              </w:trPr>
              <w:tc>
                <w:tcPr>
                  <w:tcW w:w="3435" w:type="dxa"/>
                  <w:vAlign w:val="center"/>
                  <w:hideMark/>
                </w:tcPr>
                <w:p w14:paraId="3D3283F5" w14:textId="12F599FA" w:rsidR="00426BAA" w:rsidRPr="00C424A3" w:rsidRDefault="007B608F" w:rsidP="00C424A3">
                  <w:pPr>
                    <w:spacing w:after="0" w:line="240" w:lineRule="auto"/>
                    <w:rPr>
                      <w:lang w:val="fr-BE"/>
                    </w:rPr>
                  </w:pPr>
                  <w:r>
                    <w:rPr>
                      <w:b/>
                      <w:bCs/>
                      <w:lang w:val="fr-BE"/>
                    </w:rPr>
                    <w:t>Quatrième de couverture</w:t>
                  </w:r>
                </w:p>
              </w:tc>
              <w:tc>
                <w:tcPr>
                  <w:tcW w:w="1257" w:type="dxa"/>
                  <w:vAlign w:val="center"/>
                  <w:hideMark/>
                </w:tcPr>
                <w:p w14:paraId="55FD2C90" w14:textId="4BD81C06" w:rsidR="00426BAA" w:rsidRPr="00C424A3" w:rsidRDefault="00426BAA" w:rsidP="00C424A3">
                  <w:pPr>
                    <w:spacing w:after="0" w:line="240" w:lineRule="auto"/>
                    <w:rPr>
                      <w:lang w:val="fr-BE"/>
                    </w:rPr>
                  </w:pPr>
                  <w:r>
                    <w:rPr>
                      <w:lang w:val="fr-BE"/>
                    </w:rPr>
                    <w:t>1</w:t>
                  </w:r>
                  <w:r w:rsidRPr="00C424A3">
                    <w:rPr>
                      <w:lang w:val="fr-BE"/>
                    </w:rPr>
                    <w:t xml:space="preserve"> 200 €</w:t>
                  </w:r>
                </w:p>
              </w:tc>
              <w:tc>
                <w:tcPr>
                  <w:tcW w:w="1593" w:type="dxa"/>
                  <w:vAlign w:val="center"/>
                  <w:hideMark/>
                </w:tcPr>
                <w:p w14:paraId="6CA372FE" w14:textId="1A8EB2DD" w:rsidR="00426BAA" w:rsidRPr="00C424A3" w:rsidRDefault="00426BAA" w:rsidP="00C424A3">
                  <w:pPr>
                    <w:spacing w:after="0" w:line="240" w:lineRule="auto"/>
                    <w:rPr>
                      <w:lang w:val="fr-BE"/>
                    </w:rPr>
                  </w:pPr>
                  <w:r>
                    <w:rPr>
                      <w:lang w:val="fr-BE"/>
                    </w:rPr>
                    <w:t>1</w:t>
                  </w:r>
                  <w:r w:rsidRPr="00C424A3">
                    <w:rPr>
                      <w:lang w:val="fr-BE"/>
                    </w:rPr>
                    <w:t xml:space="preserve"> 800 €</w:t>
                  </w:r>
                </w:p>
              </w:tc>
              <w:tc>
                <w:tcPr>
                  <w:tcW w:w="1493" w:type="dxa"/>
                </w:tcPr>
                <w:p w14:paraId="0EA715BA" w14:textId="77777777" w:rsidR="00426BAA" w:rsidRPr="00C424A3" w:rsidRDefault="00426BAA" w:rsidP="00C424A3">
                  <w:pPr>
                    <w:spacing w:after="0" w:line="240" w:lineRule="auto"/>
                    <w:rPr>
                      <w:lang w:val="fr-BE"/>
                    </w:rPr>
                  </w:pPr>
                </w:p>
              </w:tc>
            </w:tr>
            <w:tr w:rsidR="00426BAA" w:rsidRPr="00C424A3" w14:paraId="5F3EB625" w14:textId="7CF6BF59" w:rsidTr="00426BAA">
              <w:trPr>
                <w:trHeight w:val="228"/>
                <w:tblCellSpacing w:w="15" w:type="dxa"/>
              </w:trPr>
              <w:tc>
                <w:tcPr>
                  <w:tcW w:w="3435" w:type="dxa"/>
                  <w:vAlign w:val="center"/>
                  <w:hideMark/>
                </w:tcPr>
                <w:p w14:paraId="120F7F99" w14:textId="7320BE65" w:rsidR="00426BAA" w:rsidRPr="008B1920" w:rsidRDefault="007B608F" w:rsidP="00C424A3">
                  <w:pPr>
                    <w:spacing w:after="0" w:line="240" w:lineRule="auto"/>
                    <w:rPr>
                      <w:lang w:val="nl-BE"/>
                    </w:rPr>
                  </w:pPr>
                  <w:r w:rsidRPr="008B1920">
                    <w:rPr>
                      <w:b/>
                      <w:bCs/>
                      <w:lang w:val="nl-BE"/>
                    </w:rPr>
                    <w:t xml:space="preserve">Insert d'une </w:t>
                  </w:r>
                  <w:r w:rsidR="00426BAA" w:rsidRPr="008B1920">
                    <w:rPr>
                      <w:b/>
                      <w:bCs/>
                      <w:lang w:val="nl-BE"/>
                    </w:rPr>
                    <w:t>seule page</w:t>
                  </w:r>
                </w:p>
              </w:tc>
              <w:tc>
                <w:tcPr>
                  <w:tcW w:w="1257" w:type="dxa"/>
                  <w:vAlign w:val="center"/>
                  <w:hideMark/>
                </w:tcPr>
                <w:p w14:paraId="779EBE49" w14:textId="77777777" w:rsidR="00426BAA" w:rsidRPr="00C424A3" w:rsidRDefault="00426BAA" w:rsidP="00C424A3">
                  <w:pPr>
                    <w:spacing w:after="0" w:line="240" w:lineRule="auto"/>
                    <w:rPr>
                      <w:lang w:val="fr-BE"/>
                    </w:rPr>
                  </w:pPr>
                  <w:r w:rsidRPr="00C424A3">
                    <w:rPr>
                      <w:lang w:val="fr-BE"/>
                    </w:rPr>
                    <w:t>700 €</w:t>
                  </w:r>
                </w:p>
              </w:tc>
              <w:tc>
                <w:tcPr>
                  <w:tcW w:w="1593" w:type="dxa"/>
                  <w:vAlign w:val="center"/>
                  <w:hideMark/>
                </w:tcPr>
                <w:p w14:paraId="1FF6EF15" w14:textId="4697F3AE" w:rsidR="00426BAA" w:rsidRPr="00C424A3" w:rsidRDefault="00426BAA" w:rsidP="00C424A3">
                  <w:pPr>
                    <w:spacing w:after="0" w:line="240" w:lineRule="auto"/>
                    <w:rPr>
                      <w:lang w:val="fr-BE"/>
                    </w:rPr>
                  </w:pPr>
                  <w:r>
                    <w:rPr>
                      <w:lang w:val="fr-BE"/>
                    </w:rPr>
                    <w:t>1</w:t>
                  </w:r>
                  <w:r w:rsidRPr="00C424A3">
                    <w:rPr>
                      <w:lang w:val="fr-BE"/>
                    </w:rPr>
                    <w:t xml:space="preserve"> 050 €</w:t>
                  </w:r>
                </w:p>
              </w:tc>
              <w:tc>
                <w:tcPr>
                  <w:tcW w:w="1493" w:type="dxa"/>
                </w:tcPr>
                <w:p w14:paraId="2117C035" w14:textId="77777777" w:rsidR="00426BAA" w:rsidRDefault="00426BAA" w:rsidP="00C424A3">
                  <w:pPr>
                    <w:spacing w:after="0" w:line="240" w:lineRule="auto"/>
                    <w:rPr>
                      <w:lang w:val="fr-BE"/>
                    </w:rPr>
                  </w:pPr>
                </w:p>
              </w:tc>
            </w:tr>
            <w:tr w:rsidR="00426BAA" w:rsidRPr="00C424A3" w14:paraId="2ACE6930" w14:textId="0209C554" w:rsidTr="00426BAA">
              <w:trPr>
                <w:trHeight w:val="244"/>
                <w:tblCellSpacing w:w="15" w:type="dxa"/>
              </w:trPr>
              <w:tc>
                <w:tcPr>
                  <w:tcW w:w="3435" w:type="dxa"/>
                  <w:vAlign w:val="center"/>
                  <w:hideMark/>
                </w:tcPr>
                <w:p w14:paraId="03DE8828" w14:textId="722CE501" w:rsidR="00426BAA" w:rsidRPr="008B1920" w:rsidRDefault="007B608F" w:rsidP="00C424A3">
                  <w:pPr>
                    <w:spacing w:after="0" w:line="240" w:lineRule="auto"/>
                    <w:rPr>
                      <w:lang w:val="nl-BE"/>
                    </w:rPr>
                  </w:pPr>
                  <w:r w:rsidRPr="008B1920">
                    <w:rPr>
                      <w:b/>
                      <w:bCs/>
                      <w:lang w:val="nl-BE"/>
                    </w:rPr>
                    <w:t xml:space="preserve">Insertion d'une </w:t>
                  </w:r>
                  <w:r w:rsidR="00426BAA" w:rsidRPr="008B1920">
                    <w:rPr>
                      <w:b/>
                      <w:bCs/>
                      <w:lang w:val="nl-BE"/>
                    </w:rPr>
                    <w:t>double page</w:t>
                  </w:r>
                </w:p>
              </w:tc>
              <w:tc>
                <w:tcPr>
                  <w:tcW w:w="1257" w:type="dxa"/>
                  <w:vAlign w:val="center"/>
                  <w:hideMark/>
                </w:tcPr>
                <w:p w14:paraId="0B1A0A6D" w14:textId="77777777" w:rsidR="00426BAA" w:rsidRPr="00C424A3" w:rsidRDefault="00426BAA" w:rsidP="00C424A3">
                  <w:pPr>
                    <w:spacing w:after="0" w:line="240" w:lineRule="auto"/>
                    <w:rPr>
                      <w:lang w:val="fr-BE"/>
                    </w:rPr>
                  </w:pPr>
                  <w:r w:rsidRPr="00C424A3">
                    <w:rPr>
                      <w:lang w:val="fr-BE"/>
                    </w:rPr>
                    <w:t>980 €</w:t>
                  </w:r>
                </w:p>
              </w:tc>
              <w:tc>
                <w:tcPr>
                  <w:tcW w:w="1593" w:type="dxa"/>
                  <w:vAlign w:val="center"/>
                  <w:hideMark/>
                </w:tcPr>
                <w:p w14:paraId="010EAB4D" w14:textId="29E47393" w:rsidR="00426BAA" w:rsidRPr="00C424A3" w:rsidRDefault="00426BAA" w:rsidP="00C424A3">
                  <w:pPr>
                    <w:spacing w:after="0" w:line="240" w:lineRule="auto"/>
                    <w:rPr>
                      <w:lang w:val="fr-BE"/>
                    </w:rPr>
                  </w:pPr>
                  <w:r>
                    <w:rPr>
                      <w:lang w:val="fr-BE"/>
                    </w:rPr>
                    <w:t>1</w:t>
                  </w:r>
                  <w:r w:rsidRPr="00C424A3">
                    <w:rPr>
                      <w:lang w:val="fr-BE"/>
                    </w:rPr>
                    <w:t xml:space="preserve"> 470 €</w:t>
                  </w:r>
                </w:p>
              </w:tc>
              <w:tc>
                <w:tcPr>
                  <w:tcW w:w="1493" w:type="dxa"/>
                </w:tcPr>
                <w:p w14:paraId="4BE3C663" w14:textId="77777777" w:rsidR="00426BAA" w:rsidRPr="00C424A3" w:rsidRDefault="00426BAA" w:rsidP="00C424A3">
                  <w:pPr>
                    <w:spacing w:after="0" w:line="240" w:lineRule="auto"/>
                    <w:rPr>
                      <w:lang w:val="fr-BE"/>
                    </w:rPr>
                  </w:pPr>
                </w:p>
              </w:tc>
            </w:tr>
          </w:tbl>
          <w:p w14:paraId="33E6450B" w14:textId="77777777" w:rsidR="00C424A3" w:rsidRPr="00C424A3" w:rsidRDefault="00C424A3" w:rsidP="00C424A3">
            <w:pPr>
              <w:rPr>
                <w:lang w:val="fr-BE"/>
              </w:rPr>
            </w:pPr>
          </w:p>
        </w:tc>
      </w:tr>
    </w:tbl>
    <w:p w14:paraId="25E4776C" w14:textId="77777777" w:rsidR="00C56CE3" w:rsidRPr="008B1920" w:rsidRDefault="00C56CE3">
      <w:pPr>
        <w:rPr>
          <w:lang w:val="de-DE"/>
        </w:rPr>
      </w:pPr>
    </w:p>
    <w:p w14:paraId="43F7BB84" w14:textId="77777777" w:rsidR="00AE3174" w:rsidRPr="0060294A" w:rsidRDefault="00AE3174" w:rsidP="00AE3174">
      <w:pPr>
        <w:rPr>
          <w:lang w:val="fr-BE"/>
        </w:rPr>
      </w:pPr>
      <w:r w:rsidRPr="0060294A">
        <w:rPr>
          <w:lang w:val="fr-BE"/>
        </w:rPr>
        <w:t xml:space="preserve">Je confirme ma commande des options sélectionnées. </w:t>
      </w:r>
    </w:p>
    <w:p w14:paraId="11E1901F" w14:textId="77777777" w:rsidR="00AE3174" w:rsidRPr="00AE3174" w:rsidRDefault="00AE3174" w:rsidP="00AE3174">
      <w:pPr>
        <w:rPr>
          <w:lang w:val="fr-BE"/>
        </w:rPr>
      </w:pPr>
      <w:r w:rsidRPr="00AE3174">
        <w:rPr>
          <w:b/>
          <w:bCs/>
          <w:lang w:val="fr-BE"/>
        </w:rPr>
        <w:t>Date :</w:t>
      </w:r>
      <w:r w:rsidRPr="00AE3174">
        <w:rPr>
          <w:lang w:val="fr-BE"/>
        </w:rPr>
        <w:t xml:space="preserve"> _______________________</w:t>
      </w:r>
    </w:p>
    <w:p w14:paraId="1562AE96" w14:textId="77777777" w:rsidR="00AE3174" w:rsidRPr="00AE3174" w:rsidRDefault="00AE3174" w:rsidP="00AE3174">
      <w:pPr>
        <w:rPr>
          <w:lang w:val="fr-BE"/>
        </w:rPr>
      </w:pPr>
      <w:r w:rsidRPr="00AE3174">
        <w:rPr>
          <w:b/>
          <w:bCs/>
          <w:lang w:val="fr-BE"/>
        </w:rPr>
        <w:t>Signature :</w:t>
      </w:r>
      <w:r w:rsidRPr="00AE3174">
        <w:rPr>
          <w:lang w:val="fr-BE"/>
        </w:rPr>
        <w:t xml:space="preserve"> _______________________</w:t>
      </w:r>
    </w:p>
    <w:p w14:paraId="7F371EB5" w14:textId="77777777" w:rsidR="00134D6E" w:rsidRPr="008B1920" w:rsidRDefault="00134D6E">
      <w:pPr>
        <w:rPr>
          <w:lang w:val="de-DE"/>
        </w:rPr>
      </w:pPr>
    </w:p>
    <w:sectPr w:rsidR="00134D6E" w:rsidRPr="008B1920" w:rsidSect="00034616">
      <w:headerReference w:type="default" r:id="rId19"/>
      <w:footerReference w:type="defaul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D9215" w14:textId="77777777" w:rsidR="00AE38BE" w:rsidRDefault="00AE38BE" w:rsidP="00C31713">
      <w:pPr>
        <w:spacing w:after="0" w:line="240" w:lineRule="auto"/>
      </w:pPr>
      <w:r>
        <w:separator/>
      </w:r>
    </w:p>
  </w:endnote>
  <w:endnote w:type="continuationSeparator" w:id="0">
    <w:p w14:paraId="0371B920" w14:textId="77777777" w:rsidR="00AE38BE" w:rsidRDefault="00AE38BE" w:rsidP="00C31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E600" w14:textId="0A6C7F67" w:rsidR="00B26AA1" w:rsidRPr="00647E51" w:rsidRDefault="00E8221F" w:rsidP="00E8221F">
    <w:pPr>
      <w:pStyle w:val="Pieddepage"/>
      <w:jc w:val="center"/>
      <w:rPr>
        <w:rFonts w:ascii="Tahoma" w:hAnsi="Tahoma"/>
        <w:color w:val="009999"/>
        <w:lang w:val="fr-BE"/>
      </w:rPr>
    </w:pPr>
    <w:hyperlink r:id="rId1" w:history="1">
      <w:r w:rsidRPr="00647E51">
        <w:rPr>
          <w:rStyle w:val="Lienhypertexte"/>
          <w:rFonts w:ascii="Tahoma" w:hAnsi="Tahoma"/>
          <w:color w:val="009999"/>
          <w:lang w:val="fr-BE"/>
        </w:rPr>
        <w:t xml:space="preserve">Consultez </w:t>
      </w:r>
      <w:proofErr w:type="spellStart"/>
      <w:r w:rsidRPr="00647E51">
        <w:rPr>
          <w:rStyle w:val="Lienhypertexte"/>
          <w:rFonts w:ascii="Tahoma" w:hAnsi="Tahoma"/>
          <w:color w:val="009999"/>
          <w:lang w:val="fr-BE"/>
        </w:rPr>
        <w:t>VOMinfo</w:t>
      </w:r>
      <w:proofErr w:type="spellEnd"/>
      <w:r w:rsidRPr="00647E51">
        <w:rPr>
          <w:rStyle w:val="Lienhypertexte"/>
          <w:rFonts w:ascii="Tahoma" w:hAnsi="Tahoma"/>
          <w:color w:val="009999"/>
          <w:lang w:val="fr-BE"/>
        </w:rPr>
        <w:t xml:space="preserve"> Online </w:t>
      </w:r>
      <w:r w:rsidR="00A364C1" w:rsidRPr="00647E51">
        <w:rPr>
          <w:rStyle w:val="Lienhypertexte"/>
          <w:rFonts w:ascii="Tahoma" w:hAnsi="Tahoma"/>
          <w:color w:val="009999"/>
          <w:lang w:val="fr-BE"/>
        </w:rPr>
        <w:t>ici</w:t>
      </w:r>
    </w:hyperlink>
    <w:r w:rsidR="00A364C1" w:rsidRPr="00647E51">
      <w:rPr>
        <w:rFonts w:ascii="Tahoma" w:hAnsi="Tahoma"/>
        <w:color w:val="009999"/>
        <w:lang w:val="fr-B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0C2B1" w14:textId="77777777" w:rsidR="00AE38BE" w:rsidRDefault="00AE38BE" w:rsidP="00C31713">
      <w:pPr>
        <w:spacing w:after="0" w:line="240" w:lineRule="auto"/>
      </w:pPr>
      <w:r>
        <w:separator/>
      </w:r>
    </w:p>
  </w:footnote>
  <w:footnote w:type="continuationSeparator" w:id="0">
    <w:p w14:paraId="459CAF29" w14:textId="77777777" w:rsidR="00AE38BE" w:rsidRDefault="00AE38BE" w:rsidP="00C31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3131" w14:textId="256F46E7" w:rsidR="00C31713" w:rsidRPr="00812BCB" w:rsidRDefault="00C31713" w:rsidP="00C31713">
    <w:pPr>
      <w:pStyle w:val="Titre"/>
      <w:pBdr>
        <w:bottom w:val="none" w:sz="0" w:space="0" w:color="auto"/>
      </w:pBdr>
      <w:jc w:val="both"/>
      <w:rPr>
        <w:lang w:val="fr-BE"/>
      </w:rPr>
    </w:pPr>
    <w:r w:rsidRPr="00C31713">
      <w:rPr>
        <w:noProof/>
      </w:rPr>
      <w:drawing>
        <wp:anchor distT="0" distB="0" distL="114300" distR="114300" simplePos="0" relativeHeight="251658240" behindDoc="1" locked="0" layoutInCell="1" allowOverlap="1" wp14:anchorId="34C32B3C" wp14:editId="77A79FF7">
          <wp:simplePos x="0" y="0"/>
          <wp:positionH relativeFrom="column">
            <wp:posOffset>5367020</wp:posOffset>
          </wp:positionH>
          <wp:positionV relativeFrom="paragraph">
            <wp:posOffset>-360680</wp:posOffset>
          </wp:positionV>
          <wp:extent cx="722630" cy="1026795"/>
          <wp:effectExtent l="0" t="0" r="1270" b="1905"/>
          <wp:wrapTight wrapText="bothSides">
            <wp:wrapPolygon edited="0">
              <wp:start x="0" y="0"/>
              <wp:lineTo x="0" y="21239"/>
              <wp:lineTo x="21069" y="21239"/>
              <wp:lineTo x="21069" y="0"/>
              <wp:lineTo x="0" y="0"/>
            </wp:wrapPolygon>
          </wp:wrapTight>
          <wp:docPr id="14441563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56381" name=""/>
                  <pic:cNvPicPr/>
                </pic:nvPicPr>
                <pic:blipFill>
                  <a:blip r:embed="rId1"/>
                  <a:stretch>
                    <a:fillRect/>
                  </a:stretch>
                </pic:blipFill>
                <pic:spPr>
                  <a:xfrm>
                    <a:off x="0" y="0"/>
                    <a:ext cx="722630" cy="1026795"/>
                  </a:xfrm>
                  <a:prstGeom prst="rect">
                    <a:avLst/>
                  </a:prstGeom>
                </pic:spPr>
              </pic:pic>
            </a:graphicData>
          </a:graphic>
          <wp14:sizeRelH relativeFrom="margin">
            <wp14:pctWidth>0</wp14:pctWidth>
          </wp14:sizeRelH>
          <wp14:sizeRelV relativeFrom="margin">
            <wp14:pctHeight>0</wp14:pctHeight>
          </wp14:sizeRelV>
        </wp:anchor>
      </w:drawing>
    </w:r>
  </w:p>
  <w:p w14:paraId="5D356637" w14:textId="4DA819CB" w:rsidR="00C31713" w:rsidRPr="00C31713" w:rsidRDefault="00C31713" w:rsidP="00C31713">
    <w:pPr>
      <w:pStyle w:val="En-tte"/>
      <w:jc w:val="right"/>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B7689C30"/>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E3F4070"/>
    <w:multiLevelType w:val="multilevel"/>
    <w:tmpl w:val="83D6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4D1574"/>
    <w:multiLevelType w:val="hybridMultilevel"/>
    <w:tmpl w:val="41642ADE"/>
    <w:lvl w:ilvl="0" w:tplc="30AA4346">
      <w:start w:val="200"/>
      <w:numFmt w:val="decimal"/>
      <w:lvlText w:val="%1"/>
      <w:lvlJc w:val="left"/>
      <w:pPr>
        <w:ind w:left="360" w:hanging="360"/>
      </w:pPr>
      <w:rPr>
        <w:rFonts w:hint="default"/>
        <w:b/>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15:restartNumberingAfterBreak="0">
    <w:nsid w:val="367F6C68"/>
    <w:multiLevelType w:val="hybridMultilevel"/>
    <w:tmpl w:val="67605A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05373EC"/>
    <w:multiLevelType w:val="hybridMultilevel"/>
    <w:tmpl w:val="8AB4C0FE"/>
    <w:lvl w:ilvl="0" w:tplc="AF56FA9A">
      <w:start w:val="5"/>
      <w:numFmt w:val="bullet"/>
      <w:lvlText w:val=""/>
      <w:lvlJc w:val="left"/>
      <w:pPr>
        <w:ind w:left="720" w:hanging="360"/>
      </w:pPr>
      <w:rPr>
        <w:rFonts w:ascii="Wingdings" w:eastAsiaTheme="minorEastAsia"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05975FE"/>
    <w:multiLevelType w:val="multilevel"/>
    <w:tmpl w:val="ACC4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9B70FF"/>
    <w:multiLevelType w:val="hybridMultilevel"/>
    <w:tmpl w:val="B08A20C0"/>
    <w:lvl w:ilvl="0" w:tplc="52F62D50">
      <w:start w:val="200"/>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EA174BB"/>
    <w:multiLevelType w:val="hybridMultilevel"/>
    <w:tmpl w:val="DC8C78D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776B1A1B"/>
    <w:multiLevelType w:val="hybridMultilevel"/>
    <w:tmpl w:val="7E6685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78326731"/>
    <w:multiLevelType w:val="hybridMultilevel"/>
    <w:tmpl w:val="1A5C7E82"/>
    <w:lvl w:ilvl="0" w:tplc="9D6233F0">
      <w:start w:val="1"/>
      <w:numFmt w:val="decimal"/>
      <w:lvlText w:val="%1."/>
      <w:lvlJc w:val="left"/>
      <w:pPr>
        <w:ind w:left="720" w:hanging="360"/>
      </w:pPr>
      <w:rPr>
        <w:rFonts w:hint="default"/>
        <w:sz w:val="28"/>
        <w:szCs w:val="3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843134124">
    <w:abstractNumId w:val="8"/>
  </w:num>
  <w:num w:numId="2" w16cid:durableId="633951934">
    <w:abstractNumId w:val="6"/>
  </w:num>
  <w:num w:numId="3" w16cid:durableId="1011639098">
    <w:abstractNumId w:val="5"/>
  </w:num>
  <w:num w:numId="4" w16cid:durableId="2076731358">
    <w:abstractNumId w:val="4"/>
  </w:num>
  <w:num w:numId="5" w16cid:durableId="330375941">
    <w:abstractNumId w:val="7"/>
  </w:num>
  <w:num w:numId="6" w16cid:durableId="1224103860">
    <w:abstractNumId w:val="3"/>
  </w:num>
  <w:num w:numId="7" w16cid:durableId="1693724162">
    <w:abstractNumId w:val="2"/>
  </w:num>
  <w:num w:numId="8" w16cid:durableId="1248076438">
    <w:abstractNumId w:val="1"/>
  </w:num>
  <w:num w:numId="9" w16cid:durableId="1968078309">
    <w:abstractNumId w:val="0"/>
  </w:num>
  <w:num w:numId="10" w16cid:durableId="1762144260">
    <w:abstractNumId w:val="9"/>
  </w:num>
  <w:num w:numId="11" w16cid:durableId="1413355040">
    <w:abstractNumId w:val="16"/>
  </w:num>
  <w:num w:numId="12" w16cid:durableId="796412126">
    <w:abstractNumId w:val="11"/>
  </w:num>
  <w:num w:numId="13" w16cid:durableId="911890452">
    <w:abstractNumId w:val="13"/>
  </w:num>
  <w:num w:numId="14" w16cid:durableId="1851986110">
    <w:abstractNumId w:val="15"/>
  </w:num>
  <w:num w:numId="15" w16cid:durableId="225454544">
    <w:abstractNumId w:val="17"/>
  </w:num>
  <w:num w:numId="16" w16cid:durableId="1994479887">
    <w:abstractNumId w:val="12"/>
  </w:num>
  <w:num w:numId="17" w16cid:durableId="2103916171">
    <w:abstractNumId w:val="14"/>
  </w:num>
  <w:num w:numId="18" w16cid:durableId="4004443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A60"/>
    <w:rsid w:val="00034616"/>
    <w:rsid w:val="00052FBA"/>
    <w:rsid w:val="0006063C"/>
    <w:rsid w:val="00067356"/>
    <w:rsid w:val="00092002"/>
    <w:rsid w:val="000A0BAC"/>
    <w:rsid w:val="000E6B79"/>
    <w:rsid w:val="000F198A"/>
    <w:rsid w:val="00111BC8"/>
    <w:rsid w:val="001169E2"/>
    <w:rsid w:val="001176DE"/>
    <w:rsid w:val="001221EF"/>
    <w:rsid w:val="00134D6E"/>
    <w:rsid w:val="0015074B"/>
    <w:rsid w:val="0016268E"/>
    <w:rsid w:val="001730E6"/>
    <w:rsid w:val="001871D9"/>
    <w:rsid w:val="00197639"/>
    <w:rsid w:val="001A60D5"/>
    <w:rsid w:val="001B72E5"/>
    <w:rsid w:val="001C1136"/>
    <w:rsid w:val="001E0437"/>
    <w:rsid w:val="00212D3F"/>
    <w:rsid w:val="002250C7"/>
    <w:rsid w:val="00252D34"/>
    <w:rsid w:val="002608B4"/>
    <w:rsid w:val="00260B98"/>
    <w:rsid w:val="00287466"/>
    <w:rsid w:val="00291E55"/>
    <w:rsid w:val="0029639D"/>
    <w:rsid w:val="002A1242"/>
    <w:rsid w:val="002D0820"/>
    <w:rsid w:val="002D33EE"/>
    <w:rsid w:val="002E20A6"/>
    <w:rsid w:val="002E27C1"/>
    <w:rsid w:val="002F7B68"/>
    <w:rsid w:val="00311B25"/>
    <w:rsid w:val="00326169"/>
    <w:rsid w:val="00326F90"/>
    <w:rsid w:val="003348E5"/>
    <w:rsid w:val="00361AF8"/>
    <w:rsid w:val="0038247D"/>
    <w:rsid w:val="003921BE"/>
    <w:rsid w:val="003A232F"/>
    <w:rsid w:val="003A6598"/>
    <w:rsid w:val="003B009A"/>
    <w:rsid w:val="003F54BB"/>
    <w:rsid w:val="00400DAD"/>
    <w:rsid w:val="0040119B"/>
    <w:rsid w:val="0040217F"/>
    <w:rsid w:val="00426BAA"/>
    <w:rsid w:val="004318B3"/>
    <w:rsid w:val="004341D7"/>
    <w:rsid w:val="00451BE8"/>
    <w:rsid w:val="00457CDA"/>
    <w:rsid w:val="00497D24"/>
    <w:rsid w:val="004B52AC"/>
    <w:rsid w:val="004F6AF6"/>
    <w:rsid w:val="00501CF0"/>
    <w:rsid w:val="005112D7"/>
    <w:rsid w:val="00516FA4"/>
    <w:rsid w:val="00545820"/>
    <w:rsid w:val="00553C27"/>
    <w:rsid w:val="005646BE"/>
    <w:rsid w:val="005669BB"/>
    <w:rsid w:val="005A2895"/>
    <w:rsid w:val="005B704E"/>
    <w:rsid w:val="005D29A6"/>
    <w:rsid w:val="005D546D"/>
    <w:rsid w:val="005E3C82"/>
    <w:rsid w:val="005F0368"/>
    <w:rsid w:val="005F3A23"/>
    <w:rsid w:val="005F48F1"/>
    <w:rsid w:val="0060294A"/>
    <w:rsid w:val="00611F93"/>
    <w:rsid w:val="00621671"/>
    <w:rsid w:val="00647E51"/>
    <w:rsid w:val="00661001"/>
    <w:rsid w:val="00683DF1"/>
    <w:rsid w:val="006E1267"/>
    <w:rsid w:val="00702F34"/>
    <w:rsid w:val="00744B5F"/>
    <w:rsid w:val="00786D97"/>
    <w:rsid w:val="007A1D4B"/>
    <w:rsid w:val="007A72A0"/>
    <w:rsid w:val="007B31EF"/>
    <w:rsid w:val="007B608F"/>
    <w:rsid w:val="007C2E05"/>
    <w:rsid w:val="007C7EE3"/>
    <w:rsid w:val="007E4985"/>
    <w:rsid w:val="007E55C3"/>
    <w:rsid w:val="007F1DAA"/>
    <w:rsid w:val="0080250F"/>
    <w:rsid w:val="00812BCB"/>
    <w:rsid w:val="008562CF"/>
    <w:rsid w:val="0089196D"/>
    <w:rsid w:val="00892B7C"/>
    <w:rsid w:val="008A6874"/>
    <w:rsid w:val="008B1920"/>
    <w:rsid w:val="008B7AC7"/>
    <w:rsid w:val="008F00E6"/>
    <w:rsid w:val="008F36D5"/>
    <w:rsid w:val="009113DB"/>
    <w:rsid w:val="00924F1A"/>
    <w:rsid w:val="00937F2F"/>
    <w:rsid w:val="009545A3"/>
    <w:rsid w:val="00954E58"/>
    <w:rsid w:val="009E09B5"/>
    <w:rsid w:val="00A0238C"/>
    <w:rsid w:val="00A12FBE"/>
    <w:rsid w:val="00A21C97"/>
    <w:rsid w:val="00A364C1"/>
    <w:rsid w:val="00A65B7B"/>
    <w:rsid w:val="00A70B65"/>
    <w:rsid w:val="00A71936"/>
    <w:rsid w:val="00A842FD"/>
    <w:rsid w:val="00A904B8"/>
    <w:rsid w:val="00A907F3"/>
    <w:rsid w:val="00AA1D8D"/>
    <w:rsid w:val="00AA2804"/>
    <w:rsid w:val="00AB1374"/>
    <w:rsid w:val="00AD128A"/>
    <w:rsid w:val="00AD5D2B"/>
    <w:rsid w:val="00AE3174"/>
    <w:rsid w:val="00AE38BE"/>
    <w:rsid w:val="00AF2331"/>
    <w:rsid w:val="00B01865"/>
    <w:rsid w:val="00B0403C"/>
    <w:rsid w:val="00B1690D"/>
    <w:rsid w:val="00B17150"/>
    <w:rsid w:val="00B26AA1"/>
    <w:rsid w:val="00B47730"/>
    <w:rsid w:val="00B741F8"/>
    <w:rsid w:val="00B82DCC"/>
    <w:rsid w:val="00B91D48"/>
    <w:rsid w:val="00B91E8A"/>
    <w:rsid w:val="00BA0A6B"/>
    <w:rsid w:val="00BC2C3C"/>
    <w:rsid w:val="00BD33D7"/>
    <w:rsid w:val="00BE7CE1"/>
    <w:rsid w:val="00C11CAE"/>
    <w:rsid w:val="00C20193"/>
    <w:rsid w:val="00C31713"/>
    <w:rsid w:val="00C37D0C"/>
    <w:rsid w:val="00C424A3"/>
    <w:rsid w:val="00C4526A"/>
    <w:rsid w:val="00C56CE3"/>
    <w:rsid w:val="00C618EF"/>
    <w:rsid w:val="00C9319B"/>
    <w:rsid w:val="00CB0664"/>
    <w:rsid w:val="00D11DD9"/>
    <w:rsid w:val="00D21EA9"/>
    <w:rsid w:val="00D61F65"/>
    <w:rsid w:val="00D744B2"/>
    <w:rsid w:val="00D92AE1"/>
    <w:rsid w:val="00DA07F3"/>
    <w:rsid w:val="00DA7736"/>
    <w:rsid w:val="00DB317C"/>
    <w:rsid w:val="00DC1A7A"/>
    <w:rsid w:val="00DD716D"/>
    <w:rsid w:val="00DF7F99"/>
    <w:rsid w:val="00E07AEE"/>
    <w:rsid w:val="00E3650C"/>
    <w:rsid w:val="00E4560A"/>
    <w:rsid w:val="00E47B8E"/>
    <w:rsid w:val="00E66194"/>
    <w:rsid w:val="00E74069"/>
    <w:rsid w:val="00E8221F"/>
    <w:rsid w:val="00E8636B"/>
    <w:rsid w:val="00E97E2C"/>
    <w:rsid w:val="00EA76A3"/>
    <w:rsid w:val="00EC03C6"/>
    <w:rsid w:val="00EC4392"/>
    <w:rsid w:val="00EE5A44"/>
    <w:rsid w:val="00F24C3C"/>
    <w:rsid w:val="00F27CFD"/>
    <w:rsid w:val="00F537F8"/>
    <w:rsid w:val="00F81571"/>
    <w:rsid w:val="00F83C26"/>
    <w:rsid w:val="00F95025"/>
    <w:rsid w:val="00FA5D07"/>
    <w:rsid w:val="00FB2F3D"/>
    <w:rsid w:val="00FC062D"/>
    <w:rsid w:val="00FC693F"/>
    <w:rsid w:val="00FF4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9EF50A"/>
  <w14:defaultImageDpi w14:val="300"/>
  <w15:docId w15:val="{3E20D110-FB0C-44ED-A335-416AEB584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150"/>
    <w:rPr>
      <w:rFonts w:ascii="Calibri" w:hAnsi="Calibri"/>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007E89"/>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621671"/>
    <w:rPr>
      <w:color w:val="0000FF" w:themeColor="hyperlink"/>
      <w:u w:val="single"/>
    </w:rPr>
  </w:style>
  <w:style w:type="character" w:styleId="Mentionnonrsolue">
    <w:name w:val="Unresolved Mention"/>
    <w:basedOn w:val="Policepardfaut"/>
    <w:uiPriority w:val="99"/>
    <w:semiHidden/>
    <w:unhideWhenUsed/>
    <w:rsid w:val="00621671"/>
    <w:rPr>
      <w:color w:val="605E5C"/>
      <w:shd w:val="clear" w:color="auto" w:fill="E1DFDD"/>
    </w:rPr>
  </w:style>
  <w:style w:type="character" w:styleId="Lienhypertextesuivivisit">
    <w:name w:val="FollowedHyperlink"/>
    <w:basedOn w:val="Policepardfaut"/>
    <w:uiPriority w:val="99"/>
    <w:semiHidden/>
    <w:unhideWhenUsed/>
    <w:rsid w:val="009545A3"/>
    <w:rPr>
      <w:color w:val="800080" w:themeColor="followedHyperlink"/>
      <w:u w:val="single"/>
    </w:rPr>
  </w:style>
  <w:style w:type="paragraph" w:styleId="Rvision">
    <w:name w:val="Revision"/>
    <w:hidden/>
    <w:uiPriority w:val="99"/>
    <w:semiHidden/>
    <w:rsid w:val="00252D34"/>
    <w:pPr>
      <w:spacing w:after="0" w:line="240" w:lineRule="auto"/>
    </w:pPr>
    <w:rPr>
      <w:rFonts w:ascii="Calibri" w:hAnsi="Calibri"/>
      <w:sz w:val="20"/>
    </w:rPr>
  </w:style>
  <w:style w:type="character" w:styleId="Marquedecommentaire">
    <w:name w:val="annotation reference"/>
    <w:basedOn w:val="Policepardfaut"/>
    <w:uiPriority w:val="99"/>
    <w:semiHidden/>
    <w:unhideWhenUsed/>
    <w:rsid w:val="00DA07F3"/>
    <w:rPr>
      <w:sz w:val="16"/>
      <w:szCs w:val="16"/>
    </w:rPr>
  </w:style>
  <w:style w:type="paragraph" w:styleId="Commentaire">
    <w:name w:val="annotation text"/>
    <w:basedOn w:val="Normal"/>
    <w:link w:val="CommentaireCar"/>
    <w:uiPriority w:val="99"/>
    <w:unhideWhenUsed/>
    <w:rsid w:val="00DA07F3"/>
    <w:pPr>
      <w:spacing w:line="240" w:lineRule="auto"/>
    </w:pPr>
    <w:rPr>
      <w:szCs w:val="20"/>
    </w:rPr>
  </w:style>
  <w:style w:type="character" w:customStyle="1" w:styleId="CommentaireCar">
    <w:name w:val="Commentaire Car"/>
    <w:basedOn w:val="Policepardfaut"/>
    <w:link w:val="Commentaire"/>
    <w:uiPriority w:val="99"/>
    <w:rsid w:val="00DA07F3"/>
    <w:rPr>
      <w:rFonts w:ascii="Calibri" w:hAnsi="Calibri"/>
      <w:sz w:val="20"/>
      <w:szCs w:val="20"/>
    </w:rPr>
  </w:style>
  <w:style w:type="paragraph" w:styleId="Objetducommentaire">
    <w:name w:val="annotation subject"/>
    <w:basedOn w:val="Commentaire"/>
    <w:next w:val="Commentaire"/>
    <w:link w:val="ObjetducommentaireCar"/>
    <w:uiPriority w:val="99"/>
    <w:semiHidden/>
    <w:unhideWhenUsed/>
    <w:rsid w:val="00DA07F3"/>
    <w:rPr>
      <w:b/>
      <w:bCs/>
    </w:rPr>
  </w:style>
  <w:style w:type="character" w:customStyle="1" w:styleId="ObjetducommentaireCar">
    <w:name w:val="Objet du commentaire Car"/>
    <w:basedOn w:val="CommentaireCar"/>
    <w:link w:val="Objetducommentaire"/>
    <w:uiPriority w:val="99"/>
    <w:semiHidden/>
    <w:rsid w:val="00DA07F3"/>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om.be/fr/centre-dinfo/116/magazine-vominfo"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julie@vom.be"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lie@vom.be"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vom.be/fr/magaz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20b5cd-2d6f-4d17-9d92-411146fa2eef" xsi:nil="true"/>
    <lcf76f155ced4ddcb4097134ff3c332f xmlns="73093218-f2e4-4350-8384-59ea536cd4a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EA49CF8BB549E4886A7B23B0CDA5D18" ma:contentTypeVersion="16" ma:contentTypeDescription="Crée un document." ma:contentTypeScope="" ma:versionID="d3f50394918faf41d7bc556aa27cf163">
  <xsd:schema xmlns:xsd="http://www.w3.org/2001/XMLSchema" xmlns:xs="http://www.w3.org/2001/XMLSchema" xmlns:p="http://schemas.microsoft.com/office/2006/metadata/properties" xmlns:ns2="73093218-f2e4-4350-8384-59ea536cd4a9" xmlns:ns3="4020b5cd-2d6f-4d17-9d92-411146fa2eef" targetNamespace="http://schemas.microsoft.com/office/2006/metadata/properties" ma:root="true" ma:fieldsID="ffc07e3bb9cc5dda859a6da4c3ca72df" ns2:_="" ns3:_="">
    <xsd:import namespace="73093218-f2e4-4350-8384-59ea536cd4a9"/>
    <xsd:import namespace="4020b5cd-2d6f-4d17-9d92-411146fa2e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93218-f2e4-4350-8384-59ea536cd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974fb042-09cc-4eda-b922-d2fef1dc68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20b5cd-2d6f-4d17-9d92-411146fa2ee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f7d1836-b15c-4e12-a53d-e1748bb6e8da}" ma:internalName="TaxCatchAll" ma:showField="CatchAllData" ma:web="4020b5cd-2d6f-4d17-9d92-411146fa2ee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BFABEA-A266-4A8D-845C-3695AF5210EC}">
  <ds:schemaRefs>
    <ds:schemaRef ds:uri="http://schemas.microsoft.com/office/2006/metadata/properties"/>
    <ds:schemaRef ds:uri="http://schemas.microsoft.com/office/infopath/2007/PartnerControls"/>
    <ds:schemaRef ds:uri="4020b5cd-2d6f-4d17-9d92-411146fa2eef"/>
    <ds:schemaRef ds:uri="73093218-f2e4-4350-8384-59ea536cd4a9"/>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983F35D3-374A-4403-822C-AFD018E61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93218-f2e4-4350-8384-59ea536cd4a9"/>
    <ds:schemaRef ds:uri="4020b5cd-2d6f-4d17-9d92-411146fa2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729D20-671B-459E-AEE9-1B16B000D9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1131</Words>
  <Characters>6224</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docId:6F395D7A637F8820AA19ECFC79E5F4CB</cp:keywords>
  <dc:description>generated by python-docx</dc:description>
  <cp:lastModifiedBy>Julie Moreau</cp:lastModifiedBy>
  <cp:revision>112</cp:revision>
  <dcterms:created xsi:type="dcterms:W3CDTF">2026-07-22T15:31:00Z</dcterms:created>
  <dcterms:modified xsi:type="dcterms:W3CDTF">2026-07-23T13:42:00Z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0x0101007EA49CF8BB549E4886A7B23B0CDA5D18</vt:lpwstr>
  </property>
  <property fmtid="{D5CDD505-2E9C-101B-9397-08002B2CF9AE}" pid="3" name="MediaServiceImageTags">
    <vt:lpwstr/>
  </property>
</Properties>
</file>