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FD6C6" w14:textId="219AE4E3" w:rsidR="00C31713" w:rsidRPr="00661001" w:rsidRDefault="00C31713" w:rsidP="00C31713">
      <w:pPr>
        <w:pStyle w:val="Titre"/>
        <w:pBdr>
          <w:bottom w:val="none" w:sz="0" w:space="0" w:color="auto"/>
        </w:pBdr>
        <w:rPr>
          <w:b/>
          <w:bCs/>
          <w:color w:val="31849B" w:themeColor="accent5" w:themeShade="BF"/>
          <w:sz w:val="48"/>
          <w:szCs w:val="48"/>
          <w:lang w:val="nl-BE"/>
        </w:rPr>
      </w:pPr>
      <w:r w:rsidRPr="00661001">
        <w:rPr>
          <w:b/>
          <w:bCs/>
          <w:color w:val="31849B" w:themeColor="accent5" w:themeShade="BF"/>
          <w:sz w:val="48"/>
          <w:szCs w:val="48"/>
          <w:lang w:val="nl-BE"/>
        </w:rPr>
        <w:t xml:space="preserve">Een artikel indienen </w:t>
      </w:r>
      <w:r w:rsidR="00252D34">
        <w:rPr>
          <w:b/>
          <w:bCs/>
          <w:color w:val="31849B" w:themeColor="accent5" w:themeShade="BF"/>
          <w:sz w:val="48"/>
          <w:szCs w:val="48"/>
          <w:lang w:val="nl-BE"/>
        </w:rPr>
        <w:t>voor het blad</w:t>
      </w:r>
      <w:r w:rsidR="00252D34" w:rsidRPr="00661001">
        <w:rPr>
          <w:b/>
          <w:bCs/>
          <w:color w:val="31849B" w:themeColor="accent5" w:themeShade="BF"/>
          <w:sz w:val="48"/>
          <w:szCs w:val="48"/>
          <w:lang w:val="nl-BE"/>
        </w:rPr>
        <w:t xml:space="preserve"> </w:t>
      </w:r>
      <w:proofErr w:type="spellStart"/>
      <w:r w:rsidRPr="00661001">
        <w:rPr>
          <w:b/>
          <w:bCs/>
          <w:color w:val="31849B" w:themeColor="accent5" w:themeShade="BF"/>
          <w:sz w:val="48"/>
          <w:szCs w:val="48"/>
          <w:lang w:val="nl-BE"/>
        </w:rPr>
        <w:t>VOMinfo</w:t>
      </w:r>
      <w:proofErr w:type="spellEnd"/>
    </w:p>
    <w:p w14:paraId="4250E211" w14:textId="2E3C9058" w:rsidR="002D33EE" w:rsidRPr="00661001" w:rsidRDefault="001B72E5" w:rsidP="00C31713">
      <w:pPr>
        <w:rPr>
          <w:bCs/>
          <w:sz w:val="28"/>
          <w:szCs w:val="32"/>
          <w:u w:val="single"/>
          <w:lang w:val="nl-BE"/>
        </w:rPr>
      </w:pPr>
      <w:r w:rsidRPr="00661001">
        <w:rPr>
          <w:bCs/>
          <w:sz w:val="28"/>
          <w:szCs w:val="32"/>
          <w:u w:val="single"/>
          <w:lang w:val="nl-BE"/>
        </w:rPr>
        <w:t xml:space="preserve">Richtlijnen voor het schrijven van </w:t>
      </w:r>
      <w:r w:rsidR="00252D34">
        <w:rPr>
          <w:bCs/>
          <w:sz w:val="28"/>
          <w:szCs w:val="32"/>
          <w:u w:val="single"/>
          <w:lang w:val="nl-BE"/>
        </w:rPr>
        <w:t xml:space="preserve">een </w:t>
      </w:r>
      <w:r w:rsidRPr="00661001">
        <w:rPr>
          <w:bCs/>
          <w:sz w:val="28"/>
          <w:szCs w:val="32"/>
          <w:u w:val="single"/>
          <w:lang w:val="nl-BE"/>
        </w:rPr>
        <w:t>artikel &amp; inzendformulier</w:t>
      </w:r>
    </w:p>
    <w:p w14:paraId="1DD49A42" w14:textId="55013CD1" w:rsidR="002D33EE" w:rsidRPr="00661001" w:rsidRDefault="001B72E5">
      <w:pPr>
        <w:rPr>
          <w:lang w:val="nl-BE"/>
        </w:rPr>
      </w:pPr>
      <w:r w:rsidRPr="00661001">
        <w:rPr>
          <w:lang w:val="nl-BE"/>
        </w:rPr>
        <w:t xml:space="preserve">Vul dit formulier in en voeg </w:t>
      </w:r>
      <w:r w:rsidR="003A6598">
        <w:rPr>
          <w:lang w:val="nl-BE"/>
        </w:rPr>
        <w:t>de nodige bijlages</w:t>
      </w:r>
      <w:r w:rsidRPr="00661001">
        <w:rPr>
          <w:lang w:val="nl-BE"/>
        </w:rPr>
        <w:t xml:space="preserve"> toe. Teksten en afbeeldingen moeten rechtenvrij zijn en voldoen aan onderstaande aanbevelingen. </w:t>
      </w:r>
      <w:r w:rsidR="0040119B" w:rsidRPr="00661001">
        <w:rPr>
          <w:lang w:val="nl-BE"/>
        </w:rPr>
        <w:t xml:space="preserve">De velden gemarkeerd met een </w:t>
      </w:r>
      <w:r w:rsidR="0040119B" w:rsidRPr="00011F03">
        <w:rPr>
          <w:color w:val="C00000"/>
          <w:lang w:val="nl-BE"/>
        </w:rPr>
        <w:t>*</w:t>
      </w:r>
      <w:r w:rsidR="0040119B" w:rsidRPr="00661001">
        <w:rPr>
          <w:lang w:val="nl-BE"/>
        </w:rPr>
        <w:t xml:space="preserve"> zijn verplicht</w:t>
      </w:r>
      <w:r w:rsidR="00A842FD">
        <w:rPr>
          <w:lang w:val="nl-BE"/>
        </w:rPr>
        <w:t xml:space="preserve"> in te vullen</w:t>
      </w:r>
      <w:r w:rsidR="0040119B" w:rsidRPr="00661001">
        <w:rPr>
          <w:lang w:val="nl-BE"/>
        </w:rPr>
        <w:t>.</w:t>
      </w:r>
    </w:p>
    <w:p w14:paraId="1909E306" w14:textId="1203BE50" w:rsidR="002D33EE" w:rsidRPr="00661001" w:rsidRDefault="00311B25" w:rsidP="00311B25">
      <w:pPr>
        <w:rPr>
          <w:lang w:val="nl-BE"/>
        </w:rPr>
      </w:pPr>
      <w:r w:rsidRPr="00661001">
        <w:rPr>
          <w:b/>
          <w:bCs/>
          <w:lang w:val="nl-BE"/>
        </w:rPr>
        <w:t xml:space="preserve">Contactpersoon bij VOM: </w:t>
      </w:r>
      <w:r w:rsidRPr="00661001">
        <w:rPr>
          <w:lang w:val="nl-BE"/>
        </w:rPr>
        <w:t>Julie Moreau |</w:t>
      </w:r>
      <w:hyperlink r:id="rId11" w:history="1">
        <w:r w:rsidRPr="00452AD6">
          <w:rPr>
            <w:rStyle w:val="Lienhypertexte"/>
            <w:color w:val="31849B" w:themeColor="accent5" w:themeShade="BF"/>
            <w:lang w:val="nl-BE"/>
          </w:rPr>
          <w:t>julie@vom.be</w:t>
        </w:r>
      </w:hyperlink>
      <w:r w:rsidRPr="00661001">
        <w:rPr>
          <w:lang w:val="nl-BE"/>
        </w:rPr>
        <w:t xml:space="preserve"> | +32 (0)16 40 14 20</w:t>
      </w: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1271"/>
        <w:gridCol w:w="2693"/>
        <w:gridCol w:w="2127"/>
        <w:gridCol w:w="3543"/>
      </w:tblGrid>
      <w:tr w:rsidR="00311B25" w14:paraId="666E3CF4" w14:textId="55A4ED9B" w:rsidTr="002E7DC8">
        <w:tc>
          <w:tcPr>
            <w:tcW w:w="1271" w:type="dxa"/>
            <w:shd w:val="clear" w:color="auto" w:fill="DAEEF3" w:themeFill="accent5" w:themeFillTint="33"/>
          </w:tcPr>
          <w:p w14:paraId="0FA36C72" w14:textId="5F0130C1" w:rsidR="00311B25" w:rsidRDefault="008A6874" w:rsidP="00311B25">
            <w:pPr>
              <w:rPr>
                <w:lang w:val="fr-BE"/>
              </w:rPr>
            </w:pPr>
            <w:proofErr w:type="spellStart"/>
            <w:r>
              <w:rPr>
                <w:lang w:val="fr-BE"/>
              </w:rPr>
              <w:t>Bedrijf</w:t>
            </w:r>
            <w:proofErr w:type="spellEnd"/>
            <w:r w:rsidRPr="00011F03">
              <w:rPr>
                <w:color w:val="C00000"/>
                <w:lang w:val="fr-BE"/>
              </w:rPr>
              <w:t>*</w:t>
            </w:r>
            <w:r>
              <w:rPr>
                <w:lang w:val="fr-BE"/>
              </w:rPr>
              <w:t xml:space="preserve">                                                    </w:t>
            </w:r>
          </w:p>
        </w:tc>
        <w:tc>
          <w:tcPr>
            <w:tcW w:w="2693" w:type="dxa"/>
          </w:tcPr>
          <w:p w14:paraId="0B841D8C" w14:textId="5662E883" w:rsidR="00311B25" w:rsidRDefault="00311B25" w:rsidP="00311B25">
            <w:pPr>
              <w:rPr>
                <w:lang w:val="fr-BE"/>
              </w:rPr>
            </w:pPr>
          </w:p>
        </w:tc>
        <w:tc>
          <w:tcPr>
            <w:tcW w:w="2127" w:type="dxa"/>
            <w:shd w:val="clear" w:color="auto" w:fill="DAEEF3" w:themeFill="accent5" w:themeFillTint="33"/>
          </w:tcPr>
          <w:p w14:paraId="43F675CA" w14:textId="4DE0AC54" w:rsidR="00311B25" w:rsidRDefault="00311B25" w:rsidP="00311B25">
            <w:pPr>
              <w:rPr>
                <w:lang w:val="fr-BE"/>
              </w:rPr>
            </w:pPr>
            <w:proofErr w:type="spellStart"/>
            <w:r w:rsidRPr="00812BCB">
              <w:rPr>
                <w:lang w:val="fr-BE"/>
              </w:rPr>
              <w:t>Contactpersoon</w:t>
            </w:r>
            <w:proofErr w:type="spellEnd"/>
            <w:r w:rsidR="00011F03" w:rsidRPr="00011F03">
              <w:rPr>
                <w:color w:val="C00000"/>
                <w:lang w:val="fr-BE"/>
              </w:rPr>
              <w:t>*</w:t>
            </w:r>
          </w:p>
        </w:tc>
        <w:tc>
          <w:tcPr>
            <w:tcW w:w="3543" w:type="dxa"/>
          </w:tcPr>
          <w:p w14:paraId="333C48F2" w14:textId="0F02D417" w:rsidR="00311B25" w:rsidRDefault="00311B25" w:rsidP="00311B25">
            <w:pPr>
              <w:rPr>
                <w:lang w:val="fr-BE"/>
              </w:rPr>
            </w:pPr>
          </w:p>
        </w:tc>
      </w:tr>
      <w:tr w:rsidR="00311B25" w14:paraId="0CCCFF7E" w14:textId="1F8A0892" w:rsidTr="002E7DC8">
        <w:tc>
          <w:tcPr>
            <w:tcW w:w="1271" w:type="dxa"/>
            <w:shd w:val="clear" w:color="auto" w:fill="DAEEF3" w:themeFill="accent5" w:themeFillTint="33"/>
          </w:tcPr>
          <w:p w14:paraId="2E254637" w14:textId="4BB84D41" w:rsidR="00311B25" w:rsidRDefault="008A6874" w:rsidP="00311B25">
            <w:pPr>
              <w:rPr>
                <w:lang w:val="fr-BE"/>
              </w:rPr>
            </w:pPr>
            <w:r>
              <w:rPr>
                <w:lang w:val="fr-BE"/>
              </w:rPr>
              <w:t>E-mail</w:t>
            </w:r>
            <w:r w:rsidRPr="00011F03">
              <w:rPr>
                <w:color w:val="C00000"/>
                <w:lang w:val="fr-BE"/>
              </w:rPr>
              <w:t xml:space="preserve">*  </w:t>
            </w:r>
            <w:r>
              <w:rPr>
                <w:lang w:val="fr-BE"/>
              </w:rPr>
              <w:t xml:space="preserve">                                                    </w:t>
            </w:r>
          </w:p>
        </w:tc>
        <w:tc>
          <w:tcPr>
            <w:tcW w:w="2693" w:type="dxa"/>
          </w:tcPr>
          <w:p w14:paraId="67038332" w14:textId="1C4B4781" w:rsidR="00311B25" w:rsidRDefault="00311B25" w:rsidP="00311B25">
            <w:pPr>
              <w:rPr>
                <w:lang w:val="fr-BE"/>
              </w:rPr>
            </w:pPr>
          </w:p>
        </w:tc>
        <w:tc>
          <w:tcPr>
            <w:tcW w:w="2127" w:type="dxa"/>
            <w:shd w:val="clear" w:color="auto" w:fill="DAEEF3" w:themeFill="accent5" w:themeFillTint="33"/>
          </w:tcPr>
          <w:p w14:paraId="00EF7920" w14:textId="0F538F58" w:rsidR="00311B25" w:rsidRDefault="00311B25" w:rsidP="00311B25">
            <w:pPr>
              <w:rPr>
                <w:lang w:val="fr-BE"/>
              </w:rPr>
            </w:pPr>
            <w:proofErr w:type="spellStart"/>
            <w:r w:rsidRPr="00812BCB">
              <w:rPr>
                <w:lang w:val="fr-BE"/>
              </w:rPr>
              <w:t>Telefoonnummer</w:t>
            </w:r>
            <w:proofErr w:type="spellEnd"/>
            <w:r w:rsidR="00011F03" w:rsidRPr="00011F03">
              <w:rPr>
                <w:color w:val="C00000"/>
                <w:lang w:val="fr-BE"/>
              </w:rPr>
              <w:t>*</w:t>
            </w:r>
          </w:p>
        </w:tc>
        <w:tc>
          <w:tcPr>
            <w:tcW w:w="3543" w:type="dxa"/>
          </w:tcPr>
          <w:p w14:paraId="0D77929F" w14:textId="7A8F40FB" w:rsidR="00311B25" w:rsidRDefault="00311B25" w:rsidP="00311B25">
            <w:pPr>
              <w:rPr>
                <w:lang w:val="fr-BE"/>
              </w:rPr>
            </w:pPr>
          </w:p>
        </w:tc>
      </w:tr>
    </w:tbl>
    <w:p w14:paraId="2807743B" w14:textId="4D6D8B87" w:rsidR="002D33EE" w:rsidRPr="00812BCB" w:rsidRDefault="001B72E5" w:rsidP="00311B25">
      <w:pPr>
        <w:pStyle w:val="Titre1"/>
        <w:numPr>
          <w:ilvl w:val="0"/>
          <w:numId w:val="15"/>
        </w:numPr>
        <w:rPr>
          <w:lang w:val="fr-BE"/>
        </w:rPr>
      </w:pPr>
      <w:r w:rsidRPr="00812BCB">
        <w:rPr>
          <w:lang w:val="fr-BE"/>
        </w:rPr>
        <w:t xml:space="preserve">Kies </w:t>
      </w:r>
      <w:proofErr w:type="spellStart"/>
      <w:r w:rsidR="00D716E9">
        <w:rPr>
          <w:lang w:val="fr-BE"/>
        </w:rPr>
        <w:t>uw</w:t>
      </w:r>
      <w:proofErr w:type="spellEnd"/>
      <w:r w:rsidR="00DB317C" w:rsidRPr="00812BCB">
        <w:rPr>
          <w:lang w:val="fr-BE"/>
        </w:rPr>
        <w:t xml:space="preserve"> </w:t>
      </w:r>
      <w:proofErr w:type="spellStart"/>
      <w:r w:rsidR="00DB317C">
        <w:rPr>
          <w:lang w:val="fr-BE"/>
        </w:rPr>
        <w:t>editie</w:t>
      </w:r>
      <w:proofErr w:type="spellEnd"/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1350"/>
        <w:gridCol w:w="3862"/>
        <w:gridCol w:w="2013"/>
        <w:gridCol w:w="2409"/>
      </w:tblGrid>
      <w:tr w:rsidR="00812BCB" w:rsidRPr="00812BCB" w14:paraId="624CB726" w14:textId="3408EA97" w:rsidTr="002E7DC8">
        <w:tc>
          <w:tcPr>
            <w:tcW w:w="1350" w:type="dxa"/>
          </w:tcPr>
          <w:p w14:paraId="4102B415" w14:textId="27E4F167" w:rsidR="00812BCB" w:rsidRPr="00812BCB" w:rsidRDefault="00812BCB">
            <w:pPr>
              <w:rPr>
                <w:b/>
                <w:bCs/>
              </w:rPr>
            </w:pPr>
            <w:proofErr w:type="spellStart"/>
            <w:r w:rsidRPr="00812BCB">
              <w:rPr>
                <w:b/>
                <w:bCs/>
              </w:rPr>
              <w:t>Editie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3862" w:type="dxa"/>
          </w:tcPr>
          <w:p w14:paraId="1FC357C8" w14:textId="77777777" w:rsidR="00812BCB" w:rsidRPr="00812BCB" w:rsidRDefault="00812BCB">
            <w:pPr>
              <w:rPr>
                <w:b/>
                <w:bCs/>
              </w:rPr>
            </w:pPr>
            <w:r w:rsidRPr="00812BCB">
              <w:rPr>
                <w:b/>
                <w:bCs/>
              </w:rPr>
              <w:t>Thema</w:t>
            </w:r>
          </w:p>
        </w:tc>
        <w:tc>
          <w:tcPr>
            <w:tcW w:w="2013" w:type="dxa"/>
          </w:tcPr>
          <w:p w14:paraId="240B5871" w14:textId="6AC87C27" w:rsidR="00812BCB" w:rsidRPr="00812BCB" w:rsidRDefault="00812BC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Inzending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="00D40267">
              <w:rPr>
                <w:b/>
                <w:bCs/>
              </w:rPr>
              <w:t>uiterlijk</w:t>
            </w:r>
            <w:proofErr w:type="spellEnd"/>
            <w:r w:rsidR="00311B25">
              <w:rPr>
                <w:b/>
                <w:bCs/>
              </w:rPr>
              <w:t>:</w:t>
            </w:r>
          </w:p>
        </w:tc>
        <w:tc>
          <w:tcPr>
            <w:tcW w:w="2409" w:type="dxa"/>
            <w:shd w:val="clear" w:color="auto" w:fill="DAEEF3" w:themeFill="accent5" w:themeFillTint="33"/>
          </w:tcPr>
          <w:p w14:paraId="551C6B9C" w14:textId="70449F19" w:rsidR="00812BCB" w:rsidRPr="00812BCB" w:rsidRDefault="00812BC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Mijn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keuze</w:t>
            </w:r>
            <w:proofErr w:type="spellEnd"/>
            <w:r w:rsidR="00011F03" w:rsidRPr="00011F03">
              <w:rPr>
                <w:color w:val="C00000"/>
                <w:lang w:val="fr-BE"/>
              </w:rPr>
              <w:t>*</w:t>
            </w:r>
          </w:p>
        </w:tc>
      </w:tr>
      <w:tr w:rsidR="00812BCB" w:rsidRPr="00812BCB" w14:paraId="536C26DE" w14:textId="3E5927D3" w:rsidTr="002E7DC8">
        <w:tc>
          <w:tcPr>
            <w:tcW w:w="1350" w:type="dxa"/>
          </w:tcPr>
          <w:p w14:paraId="341B0D50" w14:textId="77777777" w:rsidR="00812BCB" w:rsidRPr="00621671" w:rsidRDefault="00812BCB">
            <w:pPr>
              <w:rPr>
                <w:b/>
                <w:bCs/>
              </w:rPr>
            </w:pPr>
            <w:proofErr w:type="spellStart"/>
            <w:r w:rsidRPr="00621671">
              <w:rPr>
                <w:b/>
                <w:bCs/>
              </w:rPr>
              <w:t>Februari</w:t>
            </w:r>
            <w:proofErr w:type="spellEnd"/>
          </w:p>
        </w:tc>
        <w:tc>
          <w:tcPr>
            <w:tcW w:w="3862" w:type="dxa"/>
          </w:tcPr>
          <w:p w14:paraId="0CDA8E1B" w14:textId="3C6819AC" w:rsidR="00812BCB" w:rsidRPr="00085E69" w:rsidRDefault="00085E69">
            <w:pPr>
              <w:rPr>
                <w:lang w:val="nl-BE"/>
              </w:rPr>
            </w:pPr>
            <w:r w:rsidRPr="00085E69">
              <w:rPr>
                <w:lang w:val="nl-BE"/>
              </w:rPr>
              <w:t>Innoveren &amp; Ondernemen in de oppervlaktebehandeling</w:t>
            </w:r>
          </w:p>
        </w:tc>
        <w:tc>
          <w:tcPr>
            <w:tcW w:w="2013" w:type="dxa"/>
          </w:tcPr>
          <w:p w14:paraId="378A65B2" w14:textId="4F22F857" w:rsidR="00812BCB" w:rsidRPr="00812BCB" w:rsidRDefault="00812BCB">
            <w:r w:rsidRPr="00812BCB">
              <w:t>23/01/2026</w:t>
            </w:r>
          </w:p>
        </w:tc>
        <w:tc>
          <w:tcPr>
            <w:tcW w:w="2409" w:type="dxa"/>
          </w:tcPr>
          <w:p w14:paraId="7D598F8F" w14:textId="77777777" w:rsidR="00812BCB" w:rsidRPr="00812BCB" w:rsidRDefault="00812BCB"/>
        </w:tc>
      </w:tr>
      <w:tr w:rsidR="00812BCB" w:rsidRPr="00812BCB" w14:paraId="4F2AA1F8" w14:textId="6FE54CD8" w:rsidTr="002E7DC8">
        <w:tc>
          <w:tcPr>
            <w:tcW w:w="1350" w:type="dxa"/>
          </w:tcPr>
          <w:p w14:paraId="771BFE3E" w14:textId="77777777" w:rsidR="00812BCB" w:rsidRPr="00621671" w:rsidRDefault="00812BCB">
            <w:pPr>
              <w:rPr>
                <w:b/>
                <w:bCs/>
              </w:rPr>
            </w:pPr>
            <w:r w:rsidRPr="00621671">
              <w:rPr>
                <w:b/>
                <w:bCs/>
              </w:rPr>
              <w:t>April</w:t>
            </w:r>
          </w:p>
        </w:tc>
        <w:tc>
          <w:tcPr>
            <w:tcW w:w="3862" w:type="dxa"/>
          </w:tcPr>
          <w:p w14:paraId="07F58A6F" w14:textId="6195E2A5" w:rsidR="00812BCB" w:rsidRPr="00661001" w:rsidRDefault="00600740">
            <w:pPr>
              <w:rPr>
                <w:lang w:val="nl-BE"/>
              </w:rPr>
            </w:pPr>
            <w:r w:rsidRPr="00600740">
              <w:rPr>
                <w:lang w:val="nl-BE"/>
              </w:rPr>
              <w:t>Hoe circulair is oppervlaktebehandeling?</w:t>
            </w:r>
            <w:r w:rsidRPr="00600740">
              <w:rPr>
                <w:b/>
                <w:bCs/>
                <w:lang w:val="nl-BE"/>
              </w:rPr>
              <w:t xml:space="preserve">  </w:t>
            </w:r>
          </w:p>
        </w:tc>
        <w:tc>
          <w:tcPr>
            <w:tcW w:w="2013" w:type="dxa"/>
          </w:tcPr>
          <w:p w14:paraId="6E7E4844" w14:textId="77777777" w:rsidR="00812BCB" w:rsidRDefault="00812BCB">
            <w:r w:rsidRPr="00812BCB">
              <w:t>20/03/2026</w:t>
            </w:r>
          </w:p>
          <w:p w14:paraId="71CC8C2E" w14:textId="2A12D3A7" w:rsidR="00600740" w:rsidRPr="00812BCB" w:rsidRDefault="00600740"/>
        </w:tc>
        <w:tc>
          <w:tcPr>
            <w:tcW w:w="2409" w:type="dxa"/>
          </w:tcPr>
          <w:p w14:paraId="4AC1E9E3" w14:textId="77777777" w:rsidR="00812BCB" w:rsidRPr="00812BCB" w:rsidRDefault="00812BCB"/>
        </w:tc>
      </w:tr>
      <w:tr w:rsidR="00812BCB" w:rsidRPr="00812BCB" w14:paraId="4D3720BF" w14:textId="0C368734" w:rsidTr="002E7DC8">
        <w:tc>
          <w:tcPr>
            <w:tcW w:w="1350" w:type="dxa"/>
          </w:tcPr>
          <w:p w14:paraId="3194783E" w14:textId="77777777" w:rsidR="00812BCB" w:rsidRPr="00621671" w:rsidRDefault="00812BCB">
            <w:pPr>
              <w:rPr>
                <w:b/>
                <w:bCs/>
              </w:rPr>
            </w:pPr>
            <w:r w:rsidRPr="00621671">
              <w:rPr>
                <w:b/>
                <w:bCs/>
              </w:rPr>
              <w:t>Juni</w:t>
            </w:r>
          </w:p>
        </w:tc>
        <w:tc>
          <w:tcPr>
            <w:tcW w:w="3862" w:type="dxa"/>
          </w:tcPr>
          <w:p w14:paraId="27D5B180" w14:textId="27080587" w:rsidR="00812BCB" w:rsidRPr="00AC7740" w:rsidRDefault="00AC7740">
            <w:pPr>
              <w:rPr>
                <w:lang w:val="nl-BE"/>
              </w:rPr>
            </w:pPr>
            <w:r w:rsidRPr="00AC7740">
              <w:rPr>
                <w:lang w:val="nl-BE"/>
              </w:rPr>
              <w:t>Nieuwe strategieën geven een antwoord op regelgeving</w:t>
            </w:r>
          </w:p>
        </w:tc>
        <w:tc>
          <w:tcPr>
            <w:tcW w:w="2013" w:type="dxa"/>
          </w:tcPr>
          <w:p w14:paraId="4C074035" w14:textId="177AC9B9" w:rsidR="00812BCB" w:rsidRPr="00812BCB" w:rsidRDefault="00812BCB" w:rsidP="00812BCB">
            <w:r w:rsidRPr="00812BCB">
              <w:t>21/05/2026</w:t>
            </w:r>
          </w:p>
        </w:tc>
        <w:tc>
          <w:tcPr>
            <w:tcW w:w="2409" w:type="dxa"/>
          </w:tcPr>
          <w:p w14:paraId="22ED9249" w14:textId="77777777" w:rsidR="00812BCB" w:rsidRPr="00812BCB" w:rsidRDefault="00812BCB"/>
        </w:tc>
      </w:tr>
      <w:tr w:rsidR="00812BCB" w:rsidRPr="00812BCB" w14:paraId="7A4E26EE" w14:textId="0F11BD6F" w:rsidTr="002E7DC8">
        <w:tc>
          <w:tcPr>
            <w:tcW w:w="1350" w:type="dxa"/>
          </w:tcPr>
          <w:p w14:paraId="56F02404" w14:textId="77777777" w:rsidR="00812BCB" w:rsidRPr="00272D8A" w:rsidRDefault="00812BCB">
            <w:pPr>
              <w:rPr>
                <w:b/>
                <w:bCs/>
                <w:lang w:val="nl-BE"/>
              </w:rPr>
            </w:pPr>
            <w:r w:rsidRPr="00272D8A">
              <w:rPr>
                <w:b/>
                <w:bCs/>
                <w:lang w:val="nl-BE"/>
              </w:rPr>
              <w:t>Augustus</w:t>
            </w:r>
          </w:p>
        </w:tc>
        <w:tc>
          <w:tcPr>
            <w:tcW w:w="3862" w:type="dxa"/>
          </w:tcPr>
          <w:p w14:paraId="55A2851E" w14:textId="7A76ABDF" w:rsidR="00812BCB" w:rsidRPr="00661001" w:rsidRDefault="00272D8A">
            <w:pPr>
              <w:rPr>
                <w:lang w:val="nl-BE"/>
              </w:rPr>
            </w:pPr>
            <w:r w:rsidRPr="00272D8A">
              <w:rPr>
                <w:lang w:val="nl-BE"/>
              </w:rPr>
              <w:t xml:space="preserve">Dienstverlening van onderzoeksgroepen en academische wereld aan de </w:t>
            </w:r>
            <w:proofErr w:type="spellStart"/>
            <w:r w:rsidRPr="00272D8A">
              <w:rPr>
                <w:lang w:val="nl-BE"/>
              </w:rPr>
              <w:t>oppervlaktebehandelende</w:t>
            </w:r>
            <w:proofErr w:type="spellEnd"/>
            <w:r w:rsidRPr="00272D8A">
              <w:rPr>
                <w:lang w:val="nl-BE"/>
              </w:rPr>
              <w:t xml:space="preserve"> industrie</w:t>
            </w:r>
          </w:p>
        </w:tc>
        <w:tc>
          <w:tcPr>
            <w:tcW w:w="2013" w:type="dxa"/>
          </w:tcPr>
          <w:p w14:paraId="56D9BDAB" w14:textId="284FCD25" w:rsidR="00812BCB" w:rsidRPr="00812BCB" w:rsidRDefault="00D40267">
            <w:r>
              <w:t>0</w:t>
            </w:r>
            <w:r w:rsidR="00812BCB" w:rsidRPr="00812BCB">
              <w:t>3</w:t>
            </w:r>
            <w:r w:rsidR="007C7EE3">
              <w:t>/07/</w:t>
            </w:r>
            <w:r w:rsidR="00812BCB" w:rsidRPr="00812BCB">
              <w:t>2026</w:t>
            </w:r>
          </w:p>
        </w:tc>
        <w:tc>
          <w:tcPr>
            <w:tcW w:w="2409" w:type="dxa"/>
          </w:tcPr>
          <w:p w14:paraId="369D06AB" w14:textId="77777777" w:rsidR="00812BCB" w:rsidRPr="00812BCB" w:rsidRDefault="00812BCB"/>
        </w:tc>
      </w:tr>
      <w:tr w:rsidR="00812BCB" w:rsidRPr="00812BCB" w14:paraId="2182D3FC" w14:textId="4115A291" w:rsidTr="002E7DC8">
        <w:tc>
          <w:tcPr>
            <w:tcW w:w="1350" w:type="dxa"/>
          </w:tcPr>
          <w:p w14:paraId="23386230" w14:textId="77777777" w:rsidR="00812BCB" w:rsidRPr="00621671" w:rsidRDefault="00812BCB">
            <w:pPr>
              <w:rPr>
                <w:b/>
                <w:bCs/>
              </w:rPr>
            </w:pPr>
            <w:r w:rsidRPr="00621671">
              <w:rPr>
                <w:b/>
                <w:bCs/>
              </w:rPr>
              <w:t>Oktober</w:t>
            </w:r>
          </w:p>
        </w:tc>
        <w:tc>
          <w:tcPr>
            <w:tcW w:w="3862" w:type="dxa"/>
          </w:tcPr>
          <w:p w14:paraId="451B8A4D" w14:textId="4313E8AD" w:rsidR="00812BCB" w:rsidRPr="00661001" w:rsidRDefault="00812BCB">
            <w:pPr>
              <w:rPr>
                <w:lang w:val="nl-BE"/>
              </w:rPr>
            </w:pPr>
            <w:r w:rsidRPr="00661001">
              <w:rPr>
                <w:lang w:val="nl-BE"/>
              </w:rPr>
              <w:t>Energie-efficiëntie en hernieuwbare energie in de oppervlaktebehandeling</w:t>
            </w:r>
          </w:p>
        </w:tc>
        <w:tc>
          <w:tcPr>
            <w:tcW w:w="2013" w:type="dxa"/>
          </w:tcPr>
          <w:p w14:paraId="4C959506" w14:textId="2F50AB4A" w:rsidR="00812BCB" w:rsidRPr="00812BCB" w:rsidRDefault="00812BCB">
            <w:r w:rsidRPr="00812BCB">
              <w:t>25/09/2026</w:t>
            </w:r>
          </w:p>
        </w:tc>
        <w:tc>
          <w:tcPr>
            <w:tcW w:w="2409" w:type="dxa"/>
          </w:tcPr>
          <w:p w14:paraId="760A6359" w14:textId="77777777" w:rsidR="00812BCB" w:rsidRPr="00812BCB" w:rsidRDefault="00812BCB"/>
        </w:tc>
      </w:tr>
      <w:tr w:rsidR="00812BCB" w:rsidRPr="00812BCB" w14:paraId="3E84A493" w14:textId="079242E6" w:rsidTr="002E7DC8">
        <w:tc>
          <w:tcPr>
            <w:tcW w:w="1350" w:type="dxa"/>
          </w:tcPr>
          <w:p w14:paraId="330B24FE" w14:textId="77777777" w:rsidR="00812BCB" w:rsidRPr="00621671" w:rsidRDefault="00812BCB">
            <w:pPr>
              <w:rPr>
                <w:b/>
                <w:bCs/>
              </w:rPr>
            </w:pPr>
            <w:r w:rsidRPr="00621671">
              <w:rPr>
                <w:b/>
                <w:bCs/>
              </w:rPr>
              <w:t>December</w:t>
            </w:r>
          </w:p>
        </w:tc>
        <w:tc>
          <w:tcPr>
            <w:tcW w:w="3862" w:type="dxa"/>
          </w:tcPr>
          <w:p w14:paraId="4D96F1D3" w14:textId="77ADE0E5" w:rsidR="00812BCB" w:rsidRPr="00311B25" w:rsidRDefault="00812BCB">
            <w:pPr>
              <w:rPr>
                <w:lang w:val="fr-BE"/>
              </w:rPr>
            </w:pPr>
            <w:proofErr w:type="spellStart"/>
            <w:r w:rsidRPr="00311B25">
              <w:rPr>
                <w:lang w:val="fr-BE"/>
              </w:rPr>
              <w:t>Beschermende</w:t>
            </w:r>
            <w:proofErr w:type="spellEnd"/>
            <w:r w:rsidRPr="00311B25">
              <w:rPr>
                <w:lang w:val="fr-BE"/>
              </w:rPr>
              <w:t xml:space="preserve"> </w:t>
            </w:r>
            <w:proofErr w:type="spellStart"/>
            <w:r w:rsidRPr="00311B25">
              <w:rPr>
                <w:lang w:val="fr-BE"/>
              </w:rPr>
              <w:t>coatings</w:t>
            </w:r>
            <w:proofErr w:type="spellEnd"/>
            <w:r w:rsidRPr="00311B25">
              <w:rPr>
                <w:lang w:val="fr-BE"/>
              </w:rPr>
              <w:t xml:space="preserve"> &amp; </w:t>
            </w:r>
            <w:proofErr w:type="spellStart"/>
            <w:r w:rsidRPr="00311B25">
              <w:rPr>
                <w:lang w:val="fr-BE"/>
              </w:rPr>
              <w:t>kathodische</w:t>
            </w:r>
            <w:proofErr w:type="spellEnd"/>
            <w:r w:rsidRPr="00311B25">
              <w:rPr>
                <w:lang w:val="fr-BE"/>
              </w:rPr>
              <w:t xml:space="preserve"> </w:t>
            </w:r>
            <w:proofErr w:type="spellStart"/>
            <w:r w:rsidRPr="00311B25">
              <w:rPr>
                <w:lang w:val="fr-BE"/>
              </w:rPr>
              <w:t>bescherming</w:t>
            </w:r>
            <w:proofErr w:type="spellEnd"/>
          </w:p>
        </w:tc>
        <w:tc>
          <w:tcPr>
            <w:tcW w:w="2013" w:type="dxa"/>
          </w:tcPr>
          <w:p w14:paraId="32C8056B" w14:textId="2CB71AD9" w:rsidR="00812BCB" w:rsidRPr="00812BCB" w:rsidRDefault="00812BCB">
            <w:r w:rsidRPr="00812BCB">
              <w:t>10/11/2026</w:t>
            </w:r>
          </w:p>
        </w:tc>
        <w:tc>
          <w:tcPr>
            <w:tcW w:w="2409" w:type="dxa"/>
          </w:tcPr>
          <w:p w14:paraId="111D24E2" w14:textId="77777777" w:rsidR="00812BCB" w:rsidRPr="00812BCB" w:rsidRDefault="00812BCB"/>
        </w:tc>
      </w:tr>
    </w:tbl>
    <w:p w14:paraId="0AF73A9B" w14:textId="29F42ECE" w:rsidR="00812BCB" w:rsidRDefault="00812BCB" w:rsidP="00311B25">
      <w:pPr>
        <w:pStyle w:val="Titre1"/>
        <w:numPr>
          <w:ilvl w:val="0"/>
          <w:numId w:val="15"/>
        </w:numPr>
        <w:rPr>
          <w:lang w:val="fr-BE"/>
        </w:rPr>
      </w:pPr>
      <w:r w:rsidRPr="00812BCB">
        <w:rPr>
          <w:lang w:val="fr-BE"/>
        </w:rPr>
        <w:t xml:space="preserve">Kies </w:t>
      </w:r>
      <w:proofErr w:type="spellStart"/>
      <w:r w:rsidRPr="00812BCB">
        <w:rPr>
          <w:lang w:val="fr-BE"/>
        </w:rPr>
        <w:t>uw</w:t>
      </w:r>
      <w:proofErr w:type="spellEnd"/>
      <w:r w:rsidRPr="00812BCB">
        <w:rPr>
          <w:lang w:val="fr-BE"/>
        </w:rPr>
        <w:t xml:space="preserve"> </w:t>
      </w:r>
      <w:proofErr w:type="spellStart"/>
      <w:r>
        <w:rPr>
          <w:lang w:val="fr-BE"/>
        </w:rPr>
        <w:t>rubriek</w:t>
      </w:r>
      <w:proofErr w:type="spellEnd"/>
      <w:r w:rsidR="00647E51">
        <w:rPr>
          <w:lang w:val="fr-BE"/>
        </w:rPr>
        <w:t xml:space="preserve"> </w:t>
      </w:r>
    </w:p>
    <w:tbl>
      <w:tblPr>
        <w:tblStyle w:val="Grilledutableau"/>
        <w:tblW w:w="9596" w:type="dxa"/>
        <w:tblInd w:w="38" w:type="dxa"/>
        <w:tblLook w:val="04A0" w:firstRow="1" w:lastRow="0" w:firstColumn="1" w:lastColumn="0" w:noHBand="0" w:noVBand="1"/>
      </w:tblPr>
      <w:tblGrid>
        <w:gridCol w:w="4299"/>
        <w:gridCol w:w="5297"/>
      </w:tblGrid>
      <w:tr w:rsidR="00812BCB" w14:paraId="07D22D24" w14:textId="77777777" w:rsidTr="002E7DC8">
        <w:tc>
          <w:tcPr>
            <w:tcW w:w="4299" w:type="dxa"/>
          </w:tcPr>
          <w:p w14:paraId="01ED05B1" w14:textId="119D4139" w:rsidR="00812BCB" w:rsidRPr="00647E51" w:rsidRDefault="00812BCB" w:rsidP="00647E51">
            <w:pPr>
              <w:rPr>
                <w:lang w:val="fr-BE"/>
              </w:rPr>
            </w:pPr>
            <w:r w:rsidRPr="00647E51">
              <w:rPr>
                <w:rFonts w:ascii="Segoe UI Symbol" w:hAnsi="Segoe UI Symbol" w:cs="Segoe UI Symbol"/>
                <w:lang w:val="fr-BE"/>
              </w:rPr>
              <w:t xml:space="preserve">☐ </w:t>
            </w:r>
            <w:r w:rsidR="005112D7">
              <w:rPr>
                <w:lang w:val="fr-BE"/>
              </w:rPr>
              <w:t xml:space="preserve">Leden in de </w:t>
            </w:r>
            <w:proofErr w:type="spellStart"/>
            <w:r w:rsidR="005112D7">
              <w:rPr>
                <w:lang w:val="fr-BE"/>
              </w:rPr>
              <w:t>kijker</w:t>
            </w:r>
            <w:proofErr w:type="spellEnd"/>
            <w:r w:rsidRPr="00647E51">
              <w:rPr>
                <w:lang w:val="fr-BE"/>
              </w:rPr>
              <w:t xml:space="preserve"> </w:t>
            </w:r>
          </w:p>
        </w:tc>
        <w:tc>
          <w:tcPr>
            <w:tcW w:w="5297" w:type="dxa"/>
          </w:tcPr>
          <w:p w14:paraId="7D001929" w14:textId="38E3B89D" w:rsidR="00812BCB" w:rsidRDefault="00812BCB" w:rsidP="00812BCB">
            <w:pPr>
              <w:rPr>
                <w:lang w:val="fr-BE"/>
              </w:rPr>
            </w:pPr>
            <w:r w:rsidRPr="00B76926">
              <w:rPr>
                <w:rFonts w:ascii="Segoe UI Symbol" w:hAnsi="Segoe UI Symbol" w:cs="Segoe UI Symbol"/>
                <w:lang w:val="fr-BE"/>
              </w:rPr>
              <w:t xml:space="preserve">☐ </w:t>
            </w:r>
            <w:r w:rsidRPr="00D24D50">
              <w:rPr>
                <w:lang w:val="fr-BE"/>
              </w:rPr>
              <w:t xml:space="preserve"> Techniek   </w:t>
            </w:r>
          </w:p>
        </w:tc>
      </w:tr>
      <w:tr w:rsidR="00812BCB" w14:paraId="3B6C1956" w14:textId="77777777" w:rsidTr="002E7DC8">
        <w:tc>
          <w:tcPr>
            <w:tcW w:w="4299" w:type="dxa"/>
          </w:tcPr>
          <w:p w14:paraId="251A7035" w14:textId="571BDDDB" w:rsidR="00812BCB" w:rsidRDefault="00812BCB" w:rsidP="00812BCB">
            <w:pPr>
              <w:rPr>
                <w:lang w:val="fr-BE"/>
              </w:rPr>
            </w:pPr>
            <w:r w:rsidRPr="00D24D50">
              <w:rPr>
                <w:rFonts w:ascii="Segoe UI Symbol" w:hAnsi="Segoe UI Symbol" w:cs="Segoe UI Symbol"/>
                <w:lang w:val="fr-BE"/>
              </w:rPr>
              <w:t xml:space="preserve">☐ </w:t>
            </w:r>
            <w:proofErr w:type="spellStart"/>
            <w:r w:rsidRPr="00D24D50">
              <w:rPr>
                <w:lang w:val="fr-BE"/>
              </w:rPr>
              <w:t>Bed</w:t>
            </w:r>
            <w:r>
              <w:rPr>
                <w:lang w:val="fr-BE"/>
              </w:rPr>
              <w:t>rij</w:t>
            </w:r>
            <w:r w:rsidRPr="00D24D50">
              <w:rPr>
                <w:lang w:val="fr-BE"/>
              </w:rPr>
              <w:t>fsnieuws</w:t>
            </w:r>
            <w:proofErr w:type="spellEnd"/>
          </w:p>
        </w:tc>
        <w:tc>
          <w:tcPr>
            <w:tcW w:w="5297" w:type="dxa"/>
          </w:tcPr>
          <w:p w14:paraId="024F6897" w14:textId="2D935E68" w:rsidR="00812BCB" w:rsidRDefault="00812BCB" w:rsidP="00812BCB">
            <w:pPr>
              <w:rPr>
                <w:lang w:val="fr-BE"/>
              </w:rPr>
            </w:pPr>
            <w:r w:rsidRPr="00B76926">
              <w:rPr>
                <w:rFonts w:ascii="Segoe UI Symbol" w:hAnsi="Segoe UI Symbol" w:cs="Segoe UI Symbol"/>
                <w:lang w:val="fr-BE"/>
              </w:rPr>
              <w:t xml:space="preserve">☐ </w:t>
            </w:r>
            <w:r w:rsidRPr="00B76926">
              <w:rPr>
                <w:lang w:val="fr-BE"/>
              </w:rPr>
              <w:t xml:space="preserve"> </w:t>
            </w:r>
            <w:proofErr w:type="spellStart"/>
            <w:r w:rsidRPr="00B76926">
              <w:rPr>
                <w:lang w:val="fr-BE"/>
              </w:rPr>
              <w:t>Corrosie</w:t>
            </w:r>
            <w:proofErr w:type="spellEnd"/>
          </w:p>
        </w:tc>
      </w:tr>
      <w:tr w:rsidR="00812BCB" w14:paraId="4B012172" w14:textId="77777777" w:rsidTr="002E7DC8">
        <w:tc>
          <w:tcPr>
            <w:tcW w:w="4299" w:type="dxa"/>
          </w:tcPr>
          <w:p w14:paraId="3D14BFBA" w14:textId="10ED1785" w:rsidR="00812BCB" w:rsidRPr="00812BCB" w:rsidRDefault="00812BCB" w:rsidP="00812BCB">
            <w:pPr>
              <w:rPr>
                <w:rFonts w:ascii="Segoe UI Symbol" w:hAnsi="Segoe UI Symbol" w:cs="Segoe UI Symbol"/>
                <w:lang w:val="fr-BE"/>
              </w:rPr>
            </w:pPr>
            <w:r w:rsidRPr="00B76926">
              <w:rPr>
                <w:rFonts w:ascii="Segoe UI Symbol" w:hAnsi="Segoe UI Symbol" w:cs="Segoe UI Symbol"/>
                <w:lang w:val="fr-BE"/>
              </w:rPr>
              <w:t xml:space="preserve">☐ </w:t>
            </w:r>
            <w:r w:rsidRPr="00B76926">
              <w:rPr>
                <w:lang w:val="fr-BE"/>
              </w:rPr>
              <w:t xml:space="preserve">Thema </w:t>
            </w:r>
          </w:p>
        </w:tc>
        <w:tc>
          <w:tcPr>
            <w:tcW w:w="5297" w:type="dxa"/>
          </w:tcPr>
          <w:p w14:paraId="600C17FD" w14:textId="57C08501" w:rsidR="00812BCB" w:rsidRDefault="00812BCB" w:rsidP="00812BCB">
            <w:pPr>
              <w:rPr>
                <w:lang w:val="fr-BE"/>
              </w:rPr>
            </w:pPr>
            <w:r w:rsidRPr="00B76926">
              <w:rPr>
                <w:lang w:val="fr-BE"/>
              </w:rPr>
              <w:t xml:space="preserve">☐ </w:t>
            </w:r>
            <w:r>
              <w:rPr>
                <w:lang w:val="fr-BE"/>
              </w:rPr>
              <w:t xml:space="preserve"> </w:t>
            </w:r>
            <w:proofErr w:type="spellStart"/>
            <w:r>
              <w:rPr>
                <w:lang w:val="fr-BE"/>
              </w:rPr>
              <w:t>Regelgeving</w:t>
            </w:r>
            <w:proofErr w:type="spellEnd"/>
          </w:p>
        </w:tc>
      </w:tr>
      <w:tr w:rsidR="00812BCB" w14:paraId="7C341CA5" w14:textId="77777777" w:rsidTr="002E7DC8">
        <w:tc>
          <w:tcPr>
            <w:tcW w:w="4299" w:type="dxa"/>
          </w:tcPr>
          <w:p w14:paraId="056CF8C5" w14:textId="58DBD689" w:rsidR="00812BCB" w:rsidRDefault="00812BCB" w:rsidP="00812BCB">
            <w:pPr>
              <w:rPr>
                <w:lang w:val="fr-BE"/>
              </w:rPr>
            </w:pPr>
            <w:r w:rsidRPr="00B76926">
              <w:rPr>
                <w:rFonts w:ascii="Segoe UI Symbol" w:hAnsi="Segoe UI Symbol" w:cs="Segoe UI Symbol"/>
                <w:lang w:val="fr-BE"/>
              </w:rPr>
              <w:t xml:space="preserve">☐ </w:t>
            </w:r>
            <w:r>
              <w:rPr>
                <w:lang w:val="fr-BE"/>
              </w:rPr>
              <w:t xml:space="preserve">EHS   </w:t>
            </w:r>
          </w:p>
        </w:tc>
        <w:tc>
          <w:tcPr>
            <w:tcW w:w="5297" w:type="dxa"/>
          </w:tcPr>
          <w:p w14:paraId="409055B0" w14:textId="18E70365" w:rsidR="00812BCB" w:rsidRDefault="00812BCB" w:rsidP="00812BCB">
            <w:pPr>
              <w:rPr>
                <w:lang w:val="fr-BE"/>
              </w:rPr>
            </w:pPr>
            <w:r w:rsidRPr="00B76926">
              <w:rPr>
                <w:rFonts w:ascii="Segoe UI Symbol" w:hAnsi="Segoe UI Symbol" w:cs="Segoe UI Symbol"/>
                <w:lang w:val="fr-BE"/>
              </w:rPr>
              <w:t xml:space="preserve">☐ </w:t>
            </w:r>
            <w:r>
              <w:rPr>
                <w:lang w:val="fr-BE"/>
              </w:rPr>
              <w:t>Trend</w:t>
            </w:r>
            <w:r w:rsidR="00A21C97">
              <w:rPr>
                <w:lang w:val="fr-BE"/>
              </w:rPr>
              <w:t>s</w:t>
            </w:r>
          </w:p>
        </w:tc>
      </w:tr>
    </w:tbl>
    <w:p w14:paraId="13E6CC37" w14:textId="00111235" w:rsidR="008562CF" w:rsidRPr="00661001" w:rsidRDefault="008562CF" w:rsidP="00311B25">
      <w:pPr>
        <w:pStyle w:val="Titre1"/>
        <w:numPr>
          <w:ilvl w:val="0"/>
          <w:numId w:val="15"/>
        </w:numPr>
        <w:rPr>
          <w:lang w:val="nl-BE"/>
        </w:rPr>
      </w:pPr>
      <w:r w:rsidRPr="00661001">
        <w:rPr>
          <w:lang w:val="nl-BE"/>
        </w:rPr>
        <w:t xml:space="preserve">Kies de taal van uw </w:t>
      </w:r>
      <w:r w:rsidR="008A6874" w:rsidRPr="00661001">
        <w:rPr>
          <w:lang w:val="nl-BE"/>
        </w:rPr>
        <w:t>publicatie</w:t>
      </w:r>
      <w:r w:rsidR="008A6874" w:rsidRPr="00011F03">
        <w:rPr>
          <w:color w:val="C00000"/>
          <w:lang w:val="nl-BE"/>
        </w:rPr>
        <w:t>*</w:t>
      </w:r>
      <w:r w:rsidR="00647E51" w:rsidRPr="00011F03">
        <w:rPr>
          <w:color w:val="C00000"/>
          <w:lang w:val="nl-BE"/>
        </w:rPr>
        <w:t xml:space="preserve"> </w:t>
      </w:r>
    </w:p>
    <w:p w14:paraId="7FD30D75" w14:textId="418460A9" w:rsidR="008A6874" w:rsidRPr="00661001" w:rsidRDefault="008562CF" w:rsidP="00A907F3">
      <w:pPr>
        <w:rPr>
          <w:b/>
          <w:bCs/>
          <w:lang w:val="nl-BE"/>
        </w:rPr>
      </w:pPr>
      <w:r w:rsidRPr="00661001">
        <w:rPr>
          <w:rFonts w:ascii="Segoe UI Symbol" w:hAnsi="Segoe UI Symbol" w:cs="Segoe UI Symbol"/>
          <w:lang w:val="nl-BE"/>
        </w:rPr>
        <w:t xml:space="preserve">☐ </w:t>
      </w:r>
      <w:r w:rsidR="00661001" w:rsidRPr="00661001">
        <w:rPr>
          <w:b/>
          <w:bCs/>
          <w:lang w:val="nl-BE"/>
        </w:rPr>
        <w:t>Nederlands</w:t>
      </w:r>
      <w:r w:rsidR="008A6874" w:rsidRPr="00661001">
        <w:rPr>
          <w:b/>
          <w:bCs/>
          <w:lang w:val="nl-BE"/>
        </w:rPr>
        <w:t xml:space="preserve"> </w:t>
      </w:r>
      <w:r w:rsidR="008A6874" w:rsidRPr="00661001">
        <w:rPr>
          <w:lang w:val="nl-BE"/>
        </w:rPr>
        <w:t xml:space="preserve">met een samenvatting in het </w:t>
      </w:r>
      <w:r w:rsidR="00661001" w:rsidRPr="00661001">
        <w:rPr>
          <w:lang w:val="nl-BE"/>
        </w:rPr>
        <w:t>Frans</w:t>
      </w:r>
    </w:p>
    <w:p w14:paraId="00C1F5D1" w14:textId="64F6CEF2" w:rsidR="00E74069" w:rsidRPr="00661001" w:rsidRDefault="008562CF" w:rsidP="00E74069">
      <w:pPr>
        <w:rPr>
          <w:i/>
          <w:iCs/>
          <w:lang w:val="nl-BE"/>
        </w:rPr>
      </w:pPr>
      <w:r w:rsidRPr="00661001">
        <w:rPr>
          <w:rFonts w:ascii="Segoe UI Symbol" w:hAnsi="Segoe UI Symbol" w:cs="Segoe UI Symbol"/>
          <w:lang w:val="nl-BE"/>
        </w:rPr>
        <w:t xml:space="preserve">☐ </w:t>
      </w:r>
      <w:r w:rsidR="00A907F3" w:rsidRPr="00661001">
        <w:rPr>
          <w:b/>
          <w:bCs/>
          <w:lang w:val="nl-BE"/>
        </w:rPr>
        <w:t>Nederlands</w:t>
      </w:r>
      <w:r w:rsidR="00661001">
        <w:rPr>
          <w:b/>
          <w:bCs/>
          <w:lang w:val="nl-BE"/>
        </w:rPr>
        <w:t xml:space="preserve"> en </w:t>
      </w:r>
      <w:r w:rsidR="00661001" w:rsidRPr="00661001">
        <w:rPr>
          <w:b/>
          <w:bCs/>
          <w:lang w:val="nl-BE"/>
        </w:rPr>
        <w:t>Frans</w:t>
      </w:r>
      <w:r w:rsidR="00A907F3" w:rsidRPr="00661001">
        <w:rPr>
          <w:b/>
          <w:bCs/>
          <w:lang w:val="nl-BE"/>
        </w:rPr>
        <w:t xml:space="preserve"> </w:t>
      </w:r>
      <w:r w:rsidR="00A907F3" w:rsidRPr="00B148B5">
        <w:rPr>
          <w:lang w:val="nl-BE"/>
        </w:rPr>
        <w:t xml:space="preserve">(gelieve twee afzonderlijke </w:t>
      </w:r>
      <w:r w:rsidR="00004A60" w:rsidRPr="00B148B5">
        <w:rPr>
          <w:lang w:val="nl-BE"/>
        </w:rPr>
        <w:t>tekst</w:t>
      </w:r>
      <w:r w:rsidR="00A907F3" w:rsidRPr="00B148B5">
        <w:rPr>
          <w:lang w:val="nl-BE"/>
        </w:rPr>
        <w:t xml:space="preserve">bestanden aan te leveren) </w:t>
      </w:r>
      <w:r w:rsidR="008A6874" w:rsidRPr="00B148B5">
        <w:rPr>
          <w:sz w:val="16"/>
          <w:szCs w:val="18"/>
          <w:lang w:val="nl-BE"/>
        </w:rPr>
        <w:t xml:space="preserve">| </w:t>
      </w:r>
      <w:r w:rsidR="00E74069" w:rsidRPr="00B148B5">
        <w:rPr>
          <w:sz w:val="16"/>
          <w:szCs w:val="18"/>
          <w:lang w:val="nl-BE"/>
        </w:rPr>
        <w:t xml:space="preserve">Afhankelijk van de beschikbare ruimte in het tijdschrift </w:t>
      </w:r>
      <w:r w:rsidR="00004A60" w:rsidRPr="00B148B5">
        <w:rPr>
          <w:sz w:val="16"/>
          <w:szCs w:val="18"/>
          <w:lang w:val="nl-BE"/>
        </w:rPr>
        <w:t xml:space="preserve">laten </w:t>
      </w:r>
      <w:r w:rsidR="00E74069" w:rsidRPr="00B148B5">
        <w:rPr>
          <w:sz w:val="16"/>
          <w:szCs w:val="18"/>
          <w:lang w:val="nl-BE"/>
        </w:rPr>
        <w:t>wij u weten of beide versies in één en dezelfde uitgave worden gepubliceerd.</w:t>
      </w:r>
    </w:p>
    <w:p w14:paraId="35CF66BE" w14:textId="42BAE786" w:rsidR="002D33EE" w:rsidRPr="00326169" w:rsidRDefault="001B72E5" w:rsidP="00326169">
      <w:pPr>
        <w:pStyle w:val="Titre1"/>
        <w:numPr>
          <w:ilvl w:val="0"/>
          <w:numId w:val="15"/>
        </w:numPr>
        <w:rPr>
          <w:lang w:val="fr-BE"/>
        </w:rPr>
      </w:pPr>
      <w:r w:rsidRPr="008A6874">
        <w:rPr>
          <w:lang w:val="fr-BE"/>
        </w:rPr>
        <w:lastRenderedPageBreak/>
        <w:t xml:space="preserve">Uw </w:t>
      </w:r>
      <w:proofErr w:type="spellStart"/>
      <w:r w:rsidRPr="008A6874">
        <w:rPr>
          <w:lang w:val="fr-BE"/>
        </w:rPr>
        <w:t>artikel</w:t>
      </w:r>
      <w:proofErr w:type="spellEnd"/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37F2F" w:rsidRPr="00011F03" w14:paraId="531E1A10" w14:textId="77777777" w:rsidTr="002E7DC8">
        <w:tc>
          <w:tcPr>
            <w:tcW w:w="9634" w:type="dxa"/>
            <w:shd w:val="clear" w:color="auto" w:fill="DAEEF3" w:themeFill="accent5" w:themeFillTint="33"/>
          </w:tcPr>
          <w:p w14:paraId="690DD7D6" w14:textId="2DFF9BBB" w:rsidR="00937F2F" w:rsidRPr="00EA76A3" w:rsidRDefault="00326169">
            <w:pPr>
              <w:rPr>
                <w:lang w:val="nl-BE"/>
              </w:rPr>
            </w:pPr>
            <w:r w:rsidRPr="00661001">
              <w:rPr>
                <w:color w:val="31849B" w:themeColor="accent5" w:themeShade="BF"/>
                <w:lang w:val="nl-BE"/>
              </w:rPr>
              <w:t>Titel</w:t>
            </w:r>
            <w:r w:rsidR="00011F03" w:rsidRPr="00011F03">
              <w:rPr>
                <w:color w:val="C00000"/>
                <w:lang w:val="nl-BE"/>
              </w:rPr>
              <w:t>*</w:t>
            </w:r>
            <w:r w:rsidRPr="00661001">
              <w:rPr>
                <w:color w:val="31849B" w:themeColor="accent5" w:themeShade="BF"/>
                <w:lang w:val="nl-BE"/>
              </w:rPr>
              <w:t xml:space="preserve"> </w:t>
            </w:r>
            <w:r w:rsidRPr="00661001">
              <w:rPr>
                <w:lang w:val="nl-BE"/>
              </w:rPr>
              <w:t xml:space="preserve">(max. 50 tekens, inclusief spaties) </w:t>
            </w:r>
            <w:r w:rsidRPr="00924F1A">
              <w:rPr>
                <w:sz w:val="16"/>
                <w:szCs w:val="18"/>
                <w:lang w:val="nl-BE"/>
              </w:rPr>
              <w:t>|</w:t>
            </w:r>
            <w:r w:rsidR="00924F1A" w:rsidRPr="00924F1A">
              <w:rPr>
                <w:sz w:val="16"/>
                <w:szCs w:val="18"/>
                <w:lang w:val="nl-BE"/>
              </w:rPr>
              <w:t>V</w:t>
            </w:r>
            <w:r w:rsidRPr="00924F1A">
              <w:rPr>
                <w:sz w:val="16"/>
                <w:szCs w:val="18"/>
                <w:lang w:val="nl-BE"/>
              </w:rPr>
              <w:t>ermeld geen bedrijfsnaam</w:t>
            </w:r>
            <w:r w:rsidR="004864B6">
              <w:rPr>
                <w:sz w:val="16"/>
                <w:szCs w:val="18"/>
                <w:lang w:val="nl-BE"/>
              </w:rPr>
              <w:t xml:space="preserve"> in de titel</w:t>
            </w:r>
            <w:r w:rsidR="00EA76A3">
              <w:rPr>
                <w:sz w:val="16"/>
                <w:szCs w:val="18"/>
                <w:lang w:val="nl-BE"/>
              </w:rPr>
              <w:t xml:space="preserve"> | </w:t>
            </w:r>
            <w:r w:rsidR="00EA76A3" w:rsidRPr="00EA76A3">
              <w:rPr>
                <w:sz w:val="16"/>
                <w:szCs w:val="18"/>
                <w:lang w:val="nl-BE"/>
              </w:rPr>
              <w:t>Maak een titel die aanspreekt en waarin de kern van je tekst vervat zit</w:t>
            </w:r>
          </w:p>
        </w:tc>
      </w:tr>
      <w:tr w:rsidR="00326169" w:rsidRPr="00011F03" w14:paraId="57E7A7B6" w14:textId="77777777" w:rsidTr="002E7DC8">
        <w:tc>
          <w:tcPr>
            <w:tcW w:w="9634" w:type="dxa"/>
          </w:tcPr>
          <w:p w14:paraId="2C691F6F" w14:textId="5A8A202D" w:rsidR="00326169" w:rsidRDefault="00326169">
            <w:pPr>
              <w:rPr>
                <w:lang w:val="nl-BE"/>
              </w:rPr>
            </w:pPr>
          </w:p>
        </w:tc>
      </w:tr>
      <w:tr w:rsidR="00326169" w:rsidRPr="00011F03" w14:paraId="29CB6652" w14:textId="77777777" w:rsidTr="002E7DC8">
        <w:tc>
          <w:tcPr>
            <w:tcW w:w="9634" w:type="dxa"/>
            <w:shd w:val="clear" w:color="auto" w:fill="DAEEF3" w:themeFill="accent5" w:themeFillTint="33"/>
          </w:tcPr>
          <w:p w14:paraId="5021551F" w14:textId="5FC72D26" w:rsidR="00326169" w:rsidRDefault="00326169">
            <w:pPr>
              <w:rPr>
                <w:lang w:val="nl-BE"/>
              </w:rPr>
            </w:pPr>
            <w:r w:rsidRPr="00661001">
              <w:rPr>
                <w:color w:val="31849B" w:themeColor="accent5" w:themeShade="BF"/>
                <w:lang w:val="nl-BE"/>
              </w:rPr>
              <w:t xml:space="preserve">Inleiding </w:t>
            </w:r>
            <w:r w:rsidRPr="00661001">
              <w:rPr>
                <w:lang w:val="nl-BE"/>
              </w:rPr>
              <w:t xml:space="preserve">(max. 150 tekens, inclusief spaties) </w:t>
            </w:r>
            <w:r w:rsidRPr="00924F1A">
              <w:rPr>
                <w:sz w:val="16"/>
                <w:szCs w:val="18"/>
                <w:lang w:val="nl-BE"/>
              </w:rPr>
              <w:t>|</w:t>
            </w:r>
            <w:r w:rsidR="00924F1A">
              <w:rPr>
                <w:sz w:val="16"/>
                <w:szCs w:val="18"/>
                <w:lang w:val="nl-BE"/>
              </w:rPr>
              <w:t>O</w:t>
            </w:r>
            <w:r w:rsidRPr="00924F1A">
              <w:rPr>
                <w:sz w:val="16"/>
                <w:szCs w:val="18"/>
                <w:lang w:val="nl-BE"/>
              </w:rPr>
              <w:t>ptioneel</w:t>
            </w:r>
          </w:p>
        </w:tc>
      </w:tr>
      <w:tr w:rsidR="00326169" w:rsidRPr="00011F03" w14:paraId="75B0AB82" w14:textId="77777777" w:rsidTr="002E7DC8">
        <w:tc>
          <w:tcPr>
            <w:tcW w:w="9634" w:type="dxa"/>
          </w:tcPr>
          <w:p w14:paraId="7EBB6222" w14:textId="0443E8A4" w:rsidR="00326169" w:rsidRPr="00661001" w:rsidRDefault="00326169">
            <w:pPr>
              <w:rPr>
                <w:color w:val="31849B" w:themeColor="accent5" w:themeShade="BF"/>
                <w:lang w:val="nl-BE"/>
              </w:rPr>
            </w:pPr>
          </w:p>
        </w:tc>
      </w:tr>
      <w:tr w:rsidR="00326169" w14:paraId="078ABDBC" w14:textId="77777777" w:rsidTr="002E7DC8">
        <w:tc>
          <w:tcPr>
            <w:tcW w:w="9634" w:type="dxa"/>
            <w:shd w:val="clear" w:color="auto" w:fill="DAEEF3" w:themeFill="accent5" w:themeFillTint="33"/>
          </w:tcPr>
          <w:p w14:paraId="29DFBE0D" w14:textId="6A613949" w:rsidR="00326169" w:rsidRPr="00661001" w:rsidRDefault="00326169">
            <w:pPr>
              <w:rPr>
                <w:color w:val="31849B" w:themeColor="accent5" w:themeShade="BF"/>
                <w:lang w:val="nl-BE"/>
              </w:rPr>
            </w:pPr>
            <w:r w:rsidRPr="00661001">
              <w:rPr>
                <w:color w:val="31849B" w:themeColor="accent5" w:themeShade="BF"/>
                <w:lang w:val="nl-BE"/>
              </w:rPr>
              <w:t>Auteur(s)</w:t>
            </w:r>
            <w:r w:rsidR="00011F03" w:rsidRPr="00011F03">
              <w:rPr>
                <w:color w:val="C00000"/>
                <w:lang w:val="fr-BE"/>
              </w:rPr>
              <w:t>*</w:t>
            </w:r>
            <w:r w:rsidRPr="00661001">
              <w:rPr>
                <w:color w:val="31849B" w:themeColor="accent5" w:themeShade="BF"/>
                <w:lang w:val="nl-BE"/>
              </w:rPr>
              <w:t xml:space="preserve">: </w:t>
            </w:r>
          </w:p>
        </w:tc>
      </w:tr>
      <w:tr w:rsidR="00326169" w14:paraId="583668DC" w14:textId="77777777" w:rsidTr="002E7DC8">
        <w:tc>
          <w:tcPr>
            <w:tcW w:w="9634" w:type="dxa"/>
          </w:tcPr>
          <w:p w14:paraId="14212FE0" w14:textId="3C409D71" w:rsidR="00326169" w:rsidRPr="00661001" w:rsidRDefault="00326169">
            <w:pPr>
              <w:rPr>
                <w:color w:val="31849B" w:themeColor="accent5" w:themeShade="BF"/>
                <w:lang w:val="nl-BE"/>
              </w:rPr>
            </w:pPr>
            <w:r w:rsidRPr="00661001">
              <w:rPr>
                <w:lang w:val="nl-BE"/>
              </w:rPr>
              <w:t>Bedrijf + Voornaam + Achternaam auteur 1:</w:t>
            </w:r>
            <w:r>
              <w:rPr>
                <w:lang w:val="nl-BE"/>
              </w:rPr>
              <w:t xml:space="preserve"> </w:t>
            </w:r>
          </w:p>
        </w:tc>
      </w:tr>
      <w:tr w:rsidR="00326169" w14:paraId="113860E4" w14:textId="77777777" w:rsidTr="002E7DC8">
        <w:tc>
          <w:tcPr>
            <w:tcW w:w="9634" w:type="dxa"/>
          </w:tcPr>
          <w:p w14:paraId="4D715E38" w14:textId="15E4C4EE" w:rsidR="00326169" w:rsidRPr="00326169" w:rsidRDefault="00326169">
            <w:pPr>
              <w:rPr>
                <w:lang w:val="nl-BE"/>
              </w:rPr>
            </w:pPr>
            <w:r w:rsidRPr="00661001">
              <w:rPr>
                <w:lang w:val="nl-BE"/>
              </w:rPr>
              <w:t xml:space="preserve">Bedrijf + Voornaam + Achternaam auteur </w:t>
            </w:r>
            <w:r>
              <w:rPr>
                <w:lang w:val="nl-BE"/>
              </w:rPr>
              <w:t>2</w:t>
            </w:r>
            <w:r w:rsidRPr="00661001">
              <w:rPr>
                <w:lang w:val="nl-BE"/>
              </w:rPr>
              <w:t xml:space="preserve">: </w:t>
            </w:r>
          </w:p>
        </w:tc>
      </w:tr>
      <w:tr w:rsidR="00326169" w:rsidRPr="00011F03" w14:paraId="499FE1F5" w14:textId="77777777" w:rsidTr="002E7DC8">
        <w:tc>
          <w:tcPr>
            <w:tcW w:w="9634" w:type="dxa"/>
            <w:shd w:val="clear" w:color="auto" w:fill="DAEEF3" w:themeFill="accent5" w:themeFillTint="33"/>
          </w:tcPr>
          <w:p w14:paraId="28D68B04" w14:textId="53CEA86C" w:rsidR="00326169" w:rsidRPr="00924F1A" w:rsidRDefault="00326169">
            <w:pPr>
              <w:rPr>
                <w:color w:val="31849B" w:themeColor="accent5" w:themeShade="BF"/>
                <w:lang w:val="nl-BE"/>
              </w:rPr>
            </w:pPr>
            <w:r w:rsidRPr="00661001">
              <w:rPr>
                <w:color w:val="31849B" w:themeColor="accent5" w:themeShade="BF"/>
                <w:lang w:val="nl-BE"/>
              </w:rPr>
              <w:t>Hoofdtekst van het artikel</w:t>
            </w:r>
            <w:r w:rsidR="00011F03" w:rsidRPr="00011F03">
              <w:rPr>
                <w:color w:val="C00000"/>
                <w:lang w:val="nl-BE"/>
              </w:rPr>
              <w:t>*</w:t>
            </w:r>
            <w:r w:rsidR="00924F1A">
              <w:rPr>
                <w:color w:val="31849B" w:themeColor="accent5" w:themeShade="BF"/>
                <w:lang w:val="nl-BE"/>
              </w:rPr>
              <w:t xml:space="preserve"> </w:t>
            </w:r>
            <w:r w:rsidR="00924F1A" w:rsidRPr="00924F1A">
              <w:rPr>
                <w:sz w:val="16"/>
                <w:szCs w:val="18"/>
                <w:lang w:val="nl-BE"/>
              </w:rPr>
              <w:t>|</w:t>
            </w:r>
            <w:r w:rsidRPr="001E0437">
              <w:rPr>
                <w:sz w:val="16"/>
                <w:szCs w:val="18"/>
                <w:lang w:val="nl-BE"/>
              </w:rPr>
              <w:t xml:space="preserve">Het aantal tekens hangt af van de ruimte die voor uw artikel in het tijdschrift is gereserveerd. </w:t>
            </w:r>
          </w:p>
        </w:tc>
      </w:tr>
      <w:tr w:rsidR="00326169" w:rsidRPr="00011F03" w14:paraId="226FC59F" w14:textId="77777777" w:rsidTr="002E7DC8">
        <w:tc>
          <w:tcPr>
            <w:tcW w:w="9634" w:type="dxa"/>
          </w:tcPr>
          <w:p w14:paraId="4F26E6C4" w14:textId="2775B324" w:rsidR="00326169" w:rsidRPr="00661001" w:rsidRDefault="00326169" w:rsidP="00326169">
            <w:pPr>
              <w:rPr>
                <w:color w:val="31849B" w:themeColor="accent5" w:themeShade="BF"/>
                <w:lang w:val="nl-BE"/>
              </w:rPr>
            </w:pPr>
            <w:r w:rsidRPr="00661001">
              <w:rPr>
                <w:rFonts w:ascii="Segoe UI Symbol" w:hAnsi="Segoe UI Symbol" w:cs="Segoe UI Symbol"/>
                <w:lang w:val="nl-BE"/>
              </w:rPr>
              <w:t>☐</w:t>
            </w:r>
            <w:r w:rsidRPr="00661001">
              <w:rPr>
                <w:b/>
                <w:bCs/>
                <w:lang w:val="nl-BE"/>
              </w:rPr>
              <w:t xml:space="preserve"> 1 pagina </w:t>
            </w:r>
            <w:r w:rsidRPr="005A2895">
              <w:rPr>
                <w:i/>
                <w:iCs/>
                <w:color w:val="C0504D" w:themeColor="accent2"/>
                <w:lang w:val="nl-BE"/>
              </w:rPr>
              <w:t>(aanbevolen formaat)</w:t>
            </w:r>
            <w:r w:rsidRPr="005A2895">
              <w:rPr>
                <w:color w:val="C0504D" w:themeColor="accent2"/>
                <w:lang w:val="nl-BE"/>
              </w:rPr>
              <w:t xml:space="preserve"> </w:t>
            </w:r>
            <w:r w:rsidR="00AD128A" w:rsidRPr="00AD128A">
              <w:rPr>
                <w:lang w:val="nl-BE"/>
              </w:rPr>
              <w:t>(</w:t>
            </w:r>
            <w:r w:rsidRPr="00661001">
              <w:rPr>
                <w:lang w:val="nl-BE"/>
              </w:rPr>
              <w:t>max.</w:t>
            </w:r>
            <w:r w:rsidRPr="00AD128A">
              <w:rPr>
                <w:lang w:val="nl-BE"/>
              </w:rPr>
              <w:t xml:space="preserve"> 2.500 tekens </w:t>
            </w:r>
            <w:r w:rsidRPr="00661001">
              <w:rPr>
                <w:lang w:val="nl-BE"/>
              </w:rPr>
              <w:t>+ max.</w:t>
            </w:r>
            <w:r w:rsidRPr="00AD128A">
              <w:rPr>
                <w:lang w:val="nl-BE"/>
              </w:rPr>
              <w:t xml:space="preserve"> 2 foto's of schema's</w:t>
            </w:r>
            <w:r w:rsidR="00AD128A">
              <w:rPr>
                <w:lang w:val="nl-BE"/>
              </w:rPr>
              <w:t>)</w:t>
            </w:r>
          </w:p>
        </w:tc>
      </w:tr>
      <w:tr w:rsidR="00326169" w:rsidRPr="00011F03" w14:paraId="0A9DE59A" w14:textId="77777777" w:rsidTr="002E7DC8">
        <w:tc>
          <w:tcPr>
            <w:tcW w:w="9634" w:type="dxa"/>
          </w:tcPr>
          <w:p w14:paraId="5D11943C" w14:textId="77777777" w:rsidR="007E55C3" w:rsidRDefault="007E55C3" w:rsidP="00326169">
            <w:pPr>
              <w:rPr>
                <w:rFonts w:ascii="Segoe UI Symbol" w:hAnsi="Segoe UI Symbol" w:cs="Segoe UI Symbol"/>
                <w:lang w:val="nl-BE"/>
              </w:rPr>
            </w:pPr>
          </w:p>
          <w:p w14:paraId="47080A52" w14:textId="77777777" w:rsidR="00A70B65" w:rsidRDefault="00A70B65" w:rsidP="00326169">
            <w:pPr>
              <w:rPr>
                <w:rFonts w:ascii="Segoe UI Symbol" w:hAnsi="Segoe UI Symbol" w:cs="Segoe UI Symbol"/>
                <w:lang w:val="nl-BE"/>
              </w:rPr>
            </w:pPr>
          </w:p>
          <w:p w14:paraId="5B7208E8" w14:textId="77777777" w:rsidR="00A70B65" w:rsidRDefault="00A70B65" w:rsidP="00326169">
            <w:pPr>
              <w:rPr>
                <w:rFonts w:ascii="Segoe UI Symbol" w:hAnsi="Segoe UI Symbol" w:cs="Segoe UI Symbol"/>
                <w:lang w:val="nl-BE"/>
              </w:rPr>
            </w:pPr>
          </w:p>
          <w:p w14:paraId="024D78E9" w14:textId="77777777" w:rsidR="00A70B65" w:rsidRDefault="00A70B65" w:rsidP="00326169">
            <w:pPr>
              <w:rPr>
                <w:rFonts w:ascii="Segoe UI Symbol" w:hAnsi="Segoe UI Symbol" w:cs="Segoe UI Symbol"/>
                <w:lang w:val="nl-BE"/>
              </w:rPr>
            </w:pPr>
          </w:p>
          <w:p w14:paraId="153A3511" w14:textId="77777777" w:rsidR="00A70B65" w:rsidRDefault="00A70B65" w:rsidP="00326169">
            <w:pPr>
              <w:rPr>
                <w:rFonts w:ascii="Segoe UI Symbol" w:hAnsi="Segoe UI Symbol" w:cs="Segoe UI Symbol"/>
                <w:lang w:val="nl-BE"/>
              </w:rPr>
            </w:pPr>
          </w:p>
          <w:p w14:paraId="65DDAA4C" w14:textId="77777777" w:rsidR="00A70B65" w:rsidRDefault="00A70B65" w:rsidP="00326169">
            <w:pPr>
              <w:rPr>
                <w:rFonts w:ascii="Segoe UI Symbol" w:hAnsi="Segoe UI Symbol" w:cs="Segoe UI Symbol"/>
                <w:lang w:val="nl-BE"/>
              </w:rPr>
            </w:pPr>
          </w:p>
          <w:p w14:paraId="07D67ECB" w14:textId="77777777" w:rsidR="00A70B65" w:rsidRDefault="00A70B65" w:rsidP="00326169">
            <w:pPr>
              <w:rPr>
                <w:rFonts w:ascii="Segoe UI Symbol" w:hAnsi="Segoe UI Symbol" w:cs="Segoe UI Symbol"/>
                <w:lang w:val="nl-BE"/>
              </w:rPr>
            </w:pPr>
          </w:p>
          <w:p w14:paraId="63475EB5" w14:textId="77777777" w:rsidR="00A70B65" w:rsidRDefault="00A70B65" w:rsidP="00326169">
            <w:pPr>
              <w:rPr>
                <w:rFonts w:ascii="Segoe UI Symbol" w:hAnsi="Segoe UI Symbol" w:cs="Segoe UI Symbol"/>
                <w:lang w:val="nl-BE"/>
              </w:rPr>
            </w:pPr>
          </w:p>
          <w:p w14:paraId="2F41428B" w14:textId="77777777" w:rsidR="00A70B65" w:rsidRDefault="00A70B65" w:rsidP="00326169">
            <w:pPr>
              <w:rPr>
                <w:rFonts w:ascii="Segoe UI Symbol" w:hAnsi="Segoe UI Symbol" w:cs="Segoe UI Symbol"/>
                <w:lang w:val="nl-BE"/>
              </w:rPr>
            </w:pPr>
          </w:p>
          <w:p w14:paraId="7BBF014F" w14:textId="77777777" w:rsidR="00A70B65" w:rsidRDefault="00A70B65" w:rsidP="00326169">
            <w:pPr>
              <w:rPr>
                <w:rFonts w:ascii="Segoe UI Symbol" w:hAnsi="Segoe UI Symbol" w:cs="Segoe UI Symbol"/>
                <w:lang w:val="nl-BE"/>
              </w:rPr>
            </w:pPr>
          </w:p>
          <w:p w14:paraId="0C9D0E77" w14:textId="77777777" w:rsidR="00A70B65" w:rsidRDefault="00A70B65" w:rsidP="00326169">
            <w:pPr>
              <w:rPr>
                <w:rFonts w:ascii="Segoe UI Symbol" w:hAnsi="Segoe UI Symbol" w:cs="Segoe UI Symbol"/>
                <w:lang w:val="nl-BE"/>
              </w:rPr>
            </w:pPr>
          </w:p>
          <w:p w14:paraId="49B67BB1" w14:textId="77777777" w:rsidR="00A70B65" w:rsidRDefault="00A70B65" w:rsidP="00326169">
            <w:pPr>
              <w:rPr>
                <w:rFonts w:ascii="Segoe UI Symbol" w:hAnsi="Segoe UI Symbol" w:cs="Segoe UI Symbol"/>
                <w:lang w:val="nl-BE"/>
              </w:rPr>
            </w:pPr>
          </w:p>
          <w:p w14:paraId="31C674D5" w14:textId="77777777" w:rsidR="00A70B65" w:rsidRDefault="00A70B65" w:rsidP="00326169">
            <w:pPr>
              <w:rPr>
                <w:rFonts w:ascii="Segoe UI Symbol" w:hAnsi="Segoe UI Symbol" w:cs="Segoe UI Symbol"/>
                <w:lang w:val="nl-BE"/>
              </w:rPr>
            </w:pPr>
          </w:p>
          <w:p w14:paraId="41657989" w14:textId="77777777" w:rsidR="00A70B65" w:rsidRDefault="00A70B65" w:rsidP="00326169">
            <w:pPr>
              <w:rPr>
                <w:rFonts w:ascii="Segoe UI Symbol" w:hAnsi="Segoe UI Symbol" w:cs="Segoe UI Symbol"/>
                <w:lang w:val="nl-BE"/>
              </w:rPr>
            </w:pPr>
          </w:p>
          <w:p w14:paraId="769F99D7" w14:textId="77777777" w:rsidR="00A70B65" w:rsidRDefault="00A70B65" w:rsidP="00326169">
            <w:pPr>
              <w:rPr>
                <w:rFonts w:ascii="Segoe UI Symbol" w:hAnsi="Segoe UI Symbol" w:cs="Segoe UI Symbol"/>
                <w:lang w:val="nl-BE"/>
              </w:rPr>
            </w:pPr>
          </w:p>
          <w:p w14:paraId="4B0F5001" w14:textId="77777777" w:rsidR="00A70B65" w:rsidRDefault="00A70B65" w:rsidP="00326169">
            <w:pPr>
              <w:rPr>
                <w:rFonts w:ascii="Segoe UI Symbol" w:hAnsi="Segoe UI Symbol" w:cs="Segoe UI Symbol"/>
                <w:lang w:val="nl-BE"/>
              </w:rPr>
            </w:pPr>
          </w:p>
          <w:p w14:paraId="48FA970A" w14:textId="77777777" w:rsidR="00A70B65" w:rsidRDefault="00A70B65" w:rsidP="00326169">
            <w:pPr>
              <w:rPr>
                <w:rFonts w:ascii="Segoe UI Symbol" w:hAnsi="Segoe UI Symbol" w:cs="Segoe UI Symbol"/>
                <w:lang w:val="nl-BE"/>
              </w:rPr>
            </w:pPr>
          </w:p>
          <w:p w14:paraId="089ECC6E" w14:textId="77777777" w:rsidR="009E09B5" w:rsidRDefault="009E09B5" w:rsidP="00326169">
            <w:pPr>
              <w:rPr>
                <w:rFonts w:ascii="Segoe UI Symbol" w:hAnsi="Segoe UI Symbol" w:cs="Segoe UI Symbol"/>
                <w:lang w:val="nl-BE"/>
              </w:rPr>
            </w:pPr>
          </w:p>
          <w:p w14:paraId="5FE6C9AC" w14:textId="77777777" w:rsidR="007E55C3" w:rsidRDefault="007E55C3" w:rsidP="00326169">
            <w:pPr>
              <w:rPr>
                <w:rFonts w:ascii="Segoe UI Symbol" w:hAnsi="Segoe UI Symbol" w:cs="Segoe UI Symbol"/>
                <w:lang w:val="nl-BE"/>
              </w:rPr>
            </w:pPr>
          </w:p>
          <w:p w14:paraId="28A63076" w14:textId="2F990A58" w:rsidR="007E55C3" w:rsidRPr="00661001" w:rsidRDefault="007E55C3" w:rsidP="00326169">
            <w:pPr>
              <w:rPr>
                <w:rFonts w:ascii="Segoe UI Symbol" w:hAnsi="Segoe UI Symbol" w:cs="Segoe UI Symbol"/>
                <w:lang w:val="nl-BE"/>
              </w:rPr>
            </w:pPr>
          </w:p>
        </w:tc>
      </w:tr>
      <w:tr w:rsidR="00326169" w:rsidRPr="00011F03" w14:paraId="1A1C5633" w14:textId="77777777" w:rsidTr="002E7DC8">
        <w:tc>
          <w:tcPr>
            <w:tcW w:w="9634" w:type="dxa"/>
          </w:tcPr>
          <w:p w14:paraId="5427E8D7" w14:textId="656396CD" w:rsidR="00326169" w:rsidRPr="00661001" w:rsidRDefault="00326169" w:rsidP="00326169">
            <w:pPr>
              <w:rPr>
                <w:rFonts w:ascii="Segoe UI Symbol" w:hAnsi="Segoe UI Symbol" w:cs="Segoe UI Symbol"/>
                <w:lang w:val="nl-BE"/>
              </w:rPr>
            </w:pPr>
            <w:r w:rsidRPr="00661001">
              <w:rPr>
                <w:rFonts w:ascii="Segoe UI Symbol" w:hAnsi="Segoe UI Symbol" w:cs="Segoe UI Symbol"/>
                <w:lang w:val="nl-BE"/>
              </w:rPr>
              <w:t xml:space="preserve">☐ </w:t>
            </w:r>
            <w:r w:rsidRPr="00661001">
              <w:rPr>
                <w:b/>
                <w:bCs/>
                <w:lang w:val="nl-BE"/>
              </w:rPr>
              <w:t>½ pagina</w:t>
            </w:r>
            <w:r w:rsidRPr="00661001">
              <w:rPr>
                <w:lang w:val="nl-BE"/>
              </w:rPr>
              <w:t xml:space="preserve"> </w:t>
            </w:r>
            <w:r w:rsidR="002F7B68">
              <w:rPr>
                <w:lang w:val="nl-BE"/>
              </w:rPr>
              <w:t>(</w:t>
            </w:r>
            <w:r w:rsidRPr="00661001">
              <w:rPr>
                <w:lang w:val="nl-BE"/>
              </w:rPr>
              <w:t>max.</w:t>
            </w:r>
            <w:r w:rsidRPr="002F7B68">
              <w:rPr>
                <w:lang w:val="nl-BE"/>
              </w:rPr>
              <w:t xml:space="preserve"> 1 400 tekens </w:t>
            </w:r>
            <w:r w:rsidRPr="00661001">
              <w:rPr>
                <w:lang w:val="nl-BE"/>
              </w:rPr>
              <w:t>+</w:t>
            </w:r>
            <w:r w:rsidRPr="002F7B68">
              <w:rPr>
                <w:lang w:val="nl-BE"/>
              </w:rPr>
              <w:t xml:space="preserve"> 1 foto of sche</w:t>
            </w:r>
            <w:r w:rsidR="00A24D9F">
              <w:rPr>
                <w:lang w:val="nl-BE"/>
              </w:rPr>
              <w:t>ma</w:t>
            </w:r>
            <w:r w:rsidR="002F7B68">
              <w:rPr>
                <w:lang w:val="nl-BE"/>
              </w:rPr>
              <w:t>)</w:t>
            </w:r>
          </w:p>
        </w:tc>
      </w:tr>
      <w:tr w:rsidR="00326169" w:rsidRPr="00011F03" w14:paraId="487FF51F" w14:textId="77777777" w:rsidTr="002E7DC8">
        <w:tc>
          <w:tcPr>
            <w:tcW w:w="9634" w:type="dxa"/>
          </w:tcPr>
          <w:p w14:paraId="1C60CC07" w14:textId="77777777" w:rsidR="001E0437" w:rsidRPr="00661001" w:rsidRDefault="001E0437" w:rsidP="00326169">
            <w:pPr>
              <w:rPr>
                <w:rFonts w:ascii="Segoe UI Symbol" w:hAnsi="Segoe UI Symbol" w:cs="Segoe UI Symbol"/>
                <w:lang w:val="nl-BE"/>
              </w:rPr>
            </w:pPr>
          </w:p>
        </w:tc>
      </w:tr>
      <w:tr w:rsidR="00326169" w:rsidRPr="00011F03" w14:paraId="098C63A1" w14:textId="77777777" w:rsidTr="002E7DC8">
        <w:tc>
          <w:tcPr>
            <w:tcW w:w="9634" w:type="dxa"/>
          </w:tcPr>
          <w:p w14:paraId="36878F2C" w14:textId="487F155A" w:rsidR="00326169" w:rsidRPr="009E09B5" w:rsidRDefault="00326169" w:rsidP="00326169">
            <w:pPr>
              <w:rPr>
                <w:lang w:val="nl-BE"/>
              </w:rPr>
            </w:pPr>
            <w:r w:rsidRPr="00661001">
              <w:rPr>
                <w:rFonts w:ascii="Segoe UI Symbol" w:hAnsi="Segoe UI Symbol" w:cs="Segoe UI Symbol"/>
                <w:lang w:val="nl-BE"/>
              </w:rPr>
              <w:t xml:space="preserve">☐ </w:t>
            </w:r>
            <w:r w:rsidRPr="00661001">
              <w:rPr>
                <w:b/>
                <w:bCs/>
                <w:lang w:val="nl-BE"/>
              </w:rPr>
              <w:t>Meer dan één pagina</w:t>
            </w:r>
            <w:r w:rsidRPr="00661001">
              <w:rPr>
                <w:lang w:val="nl-BE"/>
              </w:rPr>
              <w:t xml:space="preserve"> </w:t>
            </w:r>
            <w:r w:rsidR="002F7B68">
              <w:rPr>
                <w:lang w:val="nl-BE"/>
              </w:rPr>
              <w:t>(</w:t>
            </w:r>
            <w:r w:rsidRPr="00661001">
              <w:rPr>
                <w:lang w:val="nl-BE"/>
              </w:rPr>
              <w:t>max.</w:t>
            </w:r>
            <w:r w:rsidRPr="002F7B68">
              <w:rPr>
                <w:lang w:val="nl-BE"/>
              </w:rPr>
              <w:t xml:space="preserve"> 3.600 tekens </w:t>
            </w:r>
            <w:r w:rsidRPr="00661001">
              <w:rPr>
                <w:lang w:val="nl-BE"/>
              </w:rPr>
              <w:t>+ max.</w:t>
            </w:r>
            <w:r w:rsidRPr="002F7B68">
              <w:rPr>
                <w:lang w:val="nl-BE"/>
              </w:rPr>
              <w:t xml:space="preserve"> 3 foto's of schema's</w:t>
            </w:r>
            <w:r w:rsidR="002F7B68">
              <w:rPr>
                <w:lang w:val="nl-BE"/>
              </w:rPr>
              <w:t>)</w:t>
            </w:r>
            <w:r w:rsidR="001730E6">
              <w:rPr>
                <w:b/>
                <w:bCs/>
                <w:lang w:val="nl-BE"/>
              </w:rPr>
              <w:t xml:space="preserve"> </w:t>
            </w:r>
            <w:r w:rsidR="002F7B68" w:rsidRPr="002F7B68">
              <w:rPr>
                <w:sz w:val="16"/>
                <w:szCs w:val="18"/>
                <w:lang w:val="nl-BE"/>
              </w:rPr>
              <w:t>|</w:t>
            </w:r>
            <w:r w:rsidR="002F7B68">
              <w:rPr>
                <w:sz w:val="16"/>
                <w:szCs w:val="18"/>
                <w:lang w:val="nl-BE"/>
              </w:rPr>
              <w:t>V</w:t>
            </w:r>
            <w:r w:rsidR="00AF2331" w:rsidRPr="00C20193">
              <w:rPr>
                <w:sz w:val="16"/>
                <w:szCs w:val="18"/>
                <w:lang w:val="nl-BE"/>
              </w:rPr>
              <w:t>oor techni</w:t>
            </w:r>
            <w:r w:rsidR="00C20193" w:rsidRPr="00C20193">
              <w:rPr>
                <w:sz w:val="16"/>
                <w:szCs w:val="18"/>
                <w:lang w:val="nl-BE"/>
              </w:rPr>
              <w:t>sch</w:t>
            </w:r>
            <w:r w:rsidR="00AF2331" w:rsidRPr="00C20193">
              <w:rPr>
                <w:sz w:val="16"/>
                <w:szCs w:val="18"/>
                <w:lang w:val="nl-BE"/>
              </w:rPr>
              <w:t xml:space="preserve">e </w:t>
            </w:r>
            <w:r w:rsidR="00A61E8F">
              <w:rPr>
                <w:sz w:val="16"/>
                <w:szCs w:val="18"/>
                <w:lang w:val="nl-BE"/>
              </w:rPr>
              <w:t xml:space="preserve">en thema </w:t>
            </w:r>
            <w:r w:rsidR="00AF2331" w:rsidRPr="00C20193">
              <w:rPr>
                <w:sz w:val="16"/>
                <w:szCs w:val="18"/>
                <w:lang w:val="nl-BE"/>
              </w:rPr>
              <w:t>artikel</w:t>
            </w:r>
            <w:r w:rsidR="00A61E8F">
              <w:rPr>
                <w:sz w:val="16"/>
                <w:szCs w:val="18"/>
                <w:lang w:val="nl-BE"/>
              </w:rPr>
              <w:t>s</w:t>
            </w:r>
          </w:p>
        </w:tc>
      </w:tr>
      <w:tr w:rsidR="00D21EA9" w:rsidRPr="00011F03" w14:paraId="0E3A0194" w14:textId="77777777" w:rsidTr="002E7DC8">
        <w:tc>
          <w:tcPr>
            <w:tcW w:w="9634" w:type="dxa"/>
          </w:tcPr>
          <w:p w14:paraId="2145CF9A" w14:textId="77777777" w:rsidR="00D21EA9" w:rsidRPr="00661001" w:rsidRDefault="00D21EA9" w:rsidP="00326169">
            <w:pPr>
              <w:rPr>
                <w:rFonts w:ascii="Segoe UI Symbol" w:hAnsi="Segoe UI Symbol" w:cs="Segoe UI Symbol"/>
                <w:lang w:val="nl-BE"/>
              </w:rPr>
            </w:pPr>
          </w:p>
        </w:tc>
      </w:tr>
      <w:tr w:rsidR="00D21EA9" w:rsidRPr="00011F03" w14:paraId="567997BB" w14:textId="77777777" w:rsidTr="002E7DC8">
        <w:tc>
          <w:tcPr>
            <w:tcW w:w="9634" w:type="dxa"/>
            <w:shd w:val="clear" w:color="auto" w:fill="DAEEF3" w:themeFill="accent5" w:themeFillTint="33"/>
          </w:tcPr>
          <w:p w14:paraId="2F20FDE5" w14:textId="0CC3ABA5" w:rsidR="00924F1A" w:rsidRPr="002E20A6" w:rsidRDefault="00D21EA9" w:rsidP="00326169">
            <w:pPr>
              <w:rPr>
                <w:sz w:val="16"/>
                <w:szCs w:val="18"/>
                <w:lang w:val="nl-BE"/>
              </w:rPr>
            </w:pPr>
            <w:r w:rsidRPr="007E55C3">
              <w:rPr>
                <w:color w:val="31849B" w:themeColor="accent5" w:themeShade="BF"/>
                <w:lang w:val="nl-BE"/>
              </w:rPr>
              <w:t>Samenvatting</w:t>
            </w:r>
            <w:r w:rsidRPr="00661001">
              <w:rPr>
                <w:color w:val="31849B" w:themeColor="accent5" w:themeShade="BF"/>
                <w:lang w:val="nl-BE"/>
              </w:rPr>
              <w:t xml:space="preserve"> in het </w:t>
            </w:r>
            <w:r>
              <w:rPr>
                <w:color w:val="31849B" w:themeColor="accent5" w:themeShade="BF"/>
                <w:lang w:val="nl-BE"/>
              </w:rPr>
              <w:t>Frans</w:t>
            </w:r>
            <w:r w:rsidR="00702F34" w:rsidRPr="00702F34">
              <w:rPr>
                <w:i/>
                <w:iCs/>
                <w:lang w:val="nl-BE"/>
              </w:rPr>
              <w:t xml:space="preserve"> </w:t>
            </w:r>
            <w:r w:rsidR="002E20A6" w:rsidRPr="002E20A6">
              <w:rPr>
                <w:sz w:val="16"/>
                <w:szCs w:val="18"/>
                <w:lang w:val="nl-BE"/>
              </w:rPr>
              <w:t>|E</w:t>
            </w:r>
            <w:r w:rsidR="00702F34" w:rsidRPr="002E20A6">
              <w:rPr>
                <w:sz w:val="16"/>
                <w:szCs w:val="18"/>
                <w:lang w:val="nl-BE"/>
              </w:rPr>
              <w:t>nkel van toepassing op artikels die in één taal worden ingediend</w:t>
            </w:r>
            <w:r w:rsidR="00011F03" w:rsidRPr="00011F03">
              <w:rPr>
                <w:color w:val="C00000"/>
                <w:lang w:val="nl-BE"/>
              </w:rPr>
              <w:t>*</w:t>
            </w:r>
            <w:r w:rsidR="002E20A6">
              <w:rPr>
                <w:sz w:val="16"/>
                <w:szCs w:val="18"/>
                <w:lang w:val="nl-BE"/>
              </w:rPr>
              <w:t>.</w:t>
            </w:r>
          </w:p>
          <w:p w14:paraId="3EAB8E29" w14:textId="4D902D27" w:rsidR="00D21EA9" w:rsidRPr="001E0437" w:rsidRDefault="00B0403C" w:rsidP="00326169">
            <w:pPr>
              <w:rPr>
                <w:lang w:val="nl-BE"/>
              </w:rPr>
            </w:pPr>
            <w:r w:rsidRPr="00B0403C">
              <w:rPr>
                <w:sz w:val="16"/>
                <w:szCs w:val="18"/>
                <w:lang w:val="nl-BE"/>
              </w:rPr>
              <w:t xml:space="preserve">Aangezien </w:t>
            </w:r>
            <w:proofErr w:type="spellStart"/>
            <w:r w:rsidRPr="00B0403C">
              <w:rPr>
                <w:sz w:val="16"/>
                <w:szCs w:val="18"/>
                <w:lang w:val="nl-BE"/>
              </w:rPr>
              <w:t>VOMinfo</w:t>
            </w:r>
            <w:proofErr w:type="spellEnd"/>
            <w:r w:rsidRPr="00B0403C">
              <w:rPr>
                <w:sz w:val="16"/>
                <w:szCs w:val="18"/>
                <w:lang w:val="nl-BE"/>
              </w:rPr>
              <w:t xml:space="preserve"> een tweetalig tijdschrift is, vragen wij een samenvatting in het Frans toe te voegen. Zo kunnen </w:t>
            </w:r>
            <w:r>
              <w:rPr>
                <w:sz w:val="16"/>
                <w:szCs w:val="18"/>
                <w:lang w:val="nl-BE"/>
              </w:rPr>
              <w:t>de</w:t>
            </w:r>
            <w:r w:rsidRPr="00B0403C">
              <w:rPr>
                <w:sz w:val="16"/>
                <w:szCs w:val="18"/>
                <w:lang w:val="nl-BE"/>
              </w:rPr>
              <w:t xml:space="preserve"> lezers uw artikel begrijpen</w:t>
            </w:r>
            <w:r w:rsidR="00954E58">
              <w:rPr>
                <w:sz w:val="16"/>
                <w:szCs w:val="18"/>
                <w:lang w:val="nl-BE"/>
              </w:rPr>
              <w:t xml:space="preserve"> en vervolgens </w:t>
            </w:r>
            <w:r w:rsidRPr="00B0403C">
              <w:rPr>
                <w:sz w:val="16"/>
                <w:szCs w:val="18"/>
                <w:lang w:val="nl-BE"/>
              </w:rPr>
              <w:t>het volledige artikel online raadplegen gebruikmaken</w:t>
            </w:r>
            <w:r w:rsidR="002608B4">
              <w:rPr>
                <w:sz w:val="16"/>
                <w:szCs w:val="18"/>
                <w:lang w:val="nl-BE"/>
              </w:rPr>
              <w:t>d</w:t>
            </w:r>
            <w:r w:rsidRPr="00B0403C">
              <w:rPr>
                <w:sz w:val="16"/>
                <w:szCs w:val="18"/>
                <w:lang w:val="nl-BE"/>
              </w:rPr>
              <w:t xml:space="preserve"> van een vertaaltool.</w:t>
            </w:r>
          </w:p>
        </w:tc>
      </w:tr>
      <w:tr w:rsidR="00D21EA9" w:rsidRPr="00011F03" w14:paraId="69BA44C8" w14:textId="77777777" w:rsidTr="002E7DC8">
        <w:tc>
          <w:tcPr>
            <w:tcW w:w="9634" w:type="dxa"/>
            <w:shd w:val="clear" w:color="auto" w:fill="DAEEF3" w:themeFill="accent5" w:themeFillTint="33"/>
          </w:tcPr>
          <w:p w14:paraId="0005632C" w14:textId="2691838E" w:rsidR="00D21EA9" w:rsidRPr="00661001" w:rsidRDefault="00D21EA9" w:rsidP="00326169">
            <w:pPr>
              <w:rPr>
                <w:color w:val="31849B" w:themeColor="accent5" w:themeShade="BF"/>
                <w:lang w:val="nl-BE"/>
              </w:rPr>
            </w:pPr>
            <w:r w:rsidRPr="007E55C3">
              <w:rPr>
                <w:color w:val="31849B" w:themeColor="accent5" w:themeShade="BF"/>
                <w:lang w:val="nl-BE"/>
              </w:rPr>
              <w:t>Titel in het Frans</w:t>
            </w:r>
            <w:r w:rsidR="00011F03" w:rsidRPr="00011F03">
              <w:rPr>
                <w:color w:val="C00000"/>
                <w:lang w:val="nl-BE"/>
              </w:rPr>
              <w:t>*</w:t>
            </w:r>
            <w:r w:rsidR="001E0437">
              <w:rPr>
                <w:color w:val="31849B" w:themeColor="accent5" w:themeShade="BF"/>
                <w:lang w:val="nl-BE"/>
              </w:rPr>
              <w:t xml:space="preserve"> </w:t>
            </w:r>
            <w:r w:rsidR="001E0437" w:rsidRPr="00FA5D07">
              <w:rPr>
                <w:lang w:val="nl-BE"/>
              </w:rPr>
              <w:t>(</w:t>
            </w:r>
            <w:r w:rsidR="002608B4" w:rsidRPr="00FA5D07">
              <w:rPr>
                <w:lang w:val="nl-BE"/>
              </w:rPr>
              <w:t>vertaling</w:t>
            </w:r>
            <w:r w:rsidR="001E0437" w:rsidRPr="00FA5D07">
              <w:rPr>
                <w:lang w:val="nl-BE"/>
              </w:rPr>
              <w:t xml:space="preserve"> van NL titel)</w:t>
            </w:r>
          </w:p>
        </w:tc>
      </w:tr>
      <w:tr w:rsidR="00D21EA9" w:rsidRPr="00011F03" w14:paraId="0B656EC9" w14:textId="77777777" w:rsidTr="002E7DC8">
        <w:tc>
          <w:tcPr>
            <w:tcW w:w="9634" w:type="dxa"/>
          </w:tcPr>
          <w:p w14:paraId="0B104CF8" w14:textId="33D3C219" w:rsidR="00D21EA9" w:rsidRPr="00661001" w:rsidRDefault="00D21EA9" w:rsidP="00326169">
            <w:pPr>
              <w:rPr>
                <w:b/>
                <w:bCs/>
                <w:lang w:val="nl-BE"/>
              </w:rPr>
            </w:pPr>
          </w:p>
        </w:tc>
      </w:tr>
      <w:tr w:rsidR="00D21EA9" w:rsidRPr="00011F03" w14:paraId="65293BC6" w14:textId="77777777" w:rsidTr="002E7DC8">
        <w:tc>
          <w:tcPr>
            <w:tcW w:w="9634" w:type="dxa"/>
            <w:shd w:val="clear" w:color="auto" w:fill="DAEEF3" w:themeFill="accent5" w:themeFillTint="33"/>
          </w:tcPr>
          <w:p w14:paraId="0E65743F" w14:textId="0A048913" w:rsidR="00D21EA9" w:rsidRPr="00326169" w:rsidRDefault="00D21EA9" w:rsidP="00326169">
            <w:pPr>
              <w:rPr>
                <w:highlight w:val="yellow"/>
                <w:lang w:val="nl-BE"/>
              </w:rPr>
            </w:pPr>
            <w:r w:rsidRPr="007E55C3">
              <w:rPr>
                <w:color w:val="31849B" w:themeColor="accent5" w:themeShade="BF"/>
                <w:lang w:val="nl-BE"/>
              </w:rPr>
              <w:t>Samenvatting</w:t>
            </w:r>
            <w:r w:rsidR="00011F03" w:rsidRPr="00011F03">
              <w:rPr>
                <w:color w:val="C00000"/>
                <w:lang w:val="nl-BE"/>
              </w:rPr>
              <w:t>*</w:t>
            </w:r>
            <w:r w:rsidRPr="00661001">
              <w:rPr>
                <w:b/>
                <w:bCs/>
                <w:lang w:val="nl-BE"/>
              </w:rPr>
              <w:t xml:space="preserve"> </w:t>
            </w:r>
            <w:r w:rsidRPr="00FA5D07">
              <w:rPr>
                <w:lang w:val="nl-BE"/>
              </w:rPr>
              <w:t>(max. 500 tekens, inclusief spaties)</w:t>
            </w:r>
          </w:p>
        </w:tc>
      </w:tr>
      <w:tr w:rsidR="00D21EA9" w:rsidRPr="00011F03" w14:paraId="2A017328" w14:textId="77777777" w:rsidTr="002E7DC8">
        <w:tc>
          <w:tcPr>
            <w:tcW w:w="9634" w:type="dxa"/>
          </w:tcPr>
          <w:p w14:paraId="6F2999E2" w14:textId="77777777" w:rsidR="00D21EA9" w:rsidRPr="00661001" w:rsidRDefault="00D21EA9" w:rsidP="00326169">
            <w:pPr>
              <w:rPr>
                <w:b/>
                <w:bCs/>
                <w:lang w:val="nl-BE"/>
              </w:rPr>
            </w:pPr>
          </w:p>
        </w:tc>
      </w:tr>
      <w:tr w:rsidR="00D21EA9" w:rsidRPr="00011F03" w14:paraId="0DC7C80E" w14:textId="77777777" w:rsidTr="002E7DC8">
        <w:tc>
          <w:tcPr>
            <w:tcW w:w="9634" w:type="dxa"/>
            <w:shd w:val="clear" w:color="auto" w:fill="DAEEF3" w:themeFill="accent5" w:themeFillTint="33"/>
          </w:tcPr>
          <w:p w14:paraId="46D840A8" w14:textId="77777777" w:rsidR="00D21EA9" w:rsidRDefault="00AB1374" w:rsidP="00326169">
            <w:pPr>
              <w:rPr>
                <w:sz w:val="16"/>
                <w:szCs w:val="18"/>
                <w:lang w:val="nl-BE"/>
              </w:rPr>
            </w:pPr>
            <w:r>
              <w:rPr>
                <w:color w:val="31849B" w:themeColor="accent5" w:themeShade="BF"/>
                <w:lang w:val="nl-BE"/>
              </w:rPr>
              <w:t>Quote</w:t>
            </w:r>
            <w:r w:rsidR="00D21EA9" w:rsidRPr="00661001">
              <w:rPr>
                <w:color w:val="31849B" w:themeColor="accent5" w:themeShade="BF"/>
                <w:lang w:val="nl-BE"/>
              </w:rPr>
              <w:t xml:space="preserve"> </w:t>
            </w:r>
            <w:r w:rsidR="00D21EA9" w:rsidRPr="00661001">
              <w:rPr>
                <w:lang w:val="nl-BE"/>
              </w:rPr>
              <w:t xml:space="preserve">(max. 150 tekens, inclusief spaties) </w:t>
            </w:r>
            <w:r w:rsidR="00D21EA9" w:rsidRPr="00FA5D07">
              <w:rPr>
                <w:sz w:val="16"/>
                <w:szCs w:val="18"/>
                <w:lang w:val="nl-BE"/>
              </w:rPr>
              <w:t>|</w:t>
            </w:r>
            <w:r w:rsidR="00FA5D07">
              <w:rPr>
                <w:sz w:val="16"/>
                <w:szCs w:val="18"/>
                <w:lang w:val="nl-BE"/>
              </w:rPr>
              <w:t>O</w:t>
            </w:r>
            <w:r w:rsidR="00D21EA9" w:rsidRPr="00FA5D07">
              <w:rPr>
                <w:sz w:val="16"/>
                <w:szCs w:val="18"/>
                <w:lang w:val="nl-BE"/>
              </w:rPr>
              <w:t>ptioneel</w:t>
            </w:r>
          </w:p>
          <w:p w14:paraId="1A035B06" w14:textId="481B34AD" w:rsidR="00AA2804" w:rsidRPr="00AA2804" w:rsidRDefault="00AA2804" w:rsidP="00326169">
            <w:pPr>
              <w:rPr>
                <w:lang w:val="nl-BE"/>
              </w:rPr>
            </w:pPr>
            <w:r w:rsidRPr="00AA2804">
              <w:rPr>
                <w:sz w:val="16"/>
                <w:szCs w:val="18"/>
                <w:lang w:val="nl-BE"/>
              </w:rPr>
              <w:t xml:space="preserve">Je mag de meest frappante zaken in een korte zin nog eens apart vermelden. </w:t>
            </w:r>
          </w:p>
        </w:tc>
      </w:tr>
      <w:tr w:rsidR="00D21EA9" w:rsidRPr="00011F03" w14:paraId="186822AA" w14:textId="77777777" w:rsidTr="002E7DC8">
        <w:tc>
          <w:tcPr>
            <w:tcW w:w="9634" w:type="dxa"/>
          </w:tcPr>
          <w:p w14:paraId="0C404372" w14:textId="77777777" w:rsidR="00D21EA9" w:rsidRPr="00661001" w:rsidRDefault="00D21EA9" w:rsidP="00326169">
            <w:pPr>
              <w:rPr>
                <w:color w:val="31849B" w:themeColor="accent5" w:themeShade="BF"/>
                <w:lang w:val="nl-BE"/>
              </w:rPr>
            </w:pPr>
          </w:p>
        </w:tc>
      </w:tr>
    </w:tbl>
    <w:p w14:paraId="7E33BC51" w14:textId="0E5A63A2" w:rsidR="002D33EE" w:rsidRPr="00661001" w:rsidRDefault="00D61F65" w:rsidP="00D61F65">
      <w:pPr>
        <w:pStyle w:val="Titre1"/>
        <w:rPr>
          <w:lang w:val="nl-BE"/>
        </w:rPr>
      </w:pPr>
      <w:r w:rsidRPr="00661001">
        <w:rPr>
          <w:lang w:val="nl-BE"/>
        </w:rPr>
        <w:lastRenderedPageBreak/>
        <w:t xml:space="preserve">5. </w:t>
      </w:r>
      <w:r w:rsidR="001B72E5" w:rsidRPr="00661001">
        <w:rPr>
          <w:lang w:val="nl-BE"/>
        </w:rPr>
        <w:t>Foto's, schema's en logo's</w:t>
      </w:r>
    </w:p>
    <w:p w14:paraId="21CC5CD3" w14:textId="3335AE0B" w:rsidR="002D33EE" w:rsidRPr="00661001" w:rsidRDefault="00922061">
      <w:pPr>
        <w:rPr>
          <w:lang w:val="nl-BE"/>
        </w:rPr>
      </w:pPr>
      <w:r>
        <w:rPr>
          <w:lang w:val="nl-BE"/>
        </w:rPr>
        <w:t>Geef</w:t>
      </w:r>
      <w:r w:rsidR="001B72E5" w:rsidRPr="00661001">
        <w:rPr>
          <w:lang w:val="nl-BE"/>
        </w:rPr>
        <w:t xml:space="preserve"> hier de</w:t>
      </w:r>
      <w:r>
        <w:rPr>
          <w:lang w:val="nl-BE"/>
        </w:rPr>
        <w:t xml:space="preserve"> </w:t>
      </w:r>
      <w:r w:rsidR="001B72E5" w:rsidRPr="00661001">
        <w:rPr>
          <w:lang w:val="nl-BE"/>
        </w:rPr>
        <w:t>referentie</w:t>
      </w:r>
      <w:r>
        <w:rPr>
          <w:lang w:val="nl-BE"/>
        </w:rPr>
        <w:t>bestanden</w:t>
      </w:r>
      <w:r w:rsidR="001B72E5" w:rsidRPr="00661001">
        <w:rPr>
          <w:lang w:val="nl-BE"/>
        </w:rPr>
        <w:t>:</w:t>
      </w: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3256"/>
        <w:gridCol w:w="3223"/>
        <w:gridCol w:w="3155"/>
      </w:tblGrid>
      <w:tr w:rsidR="002D33EE" w14:paraId="56120E85" w14:textId="77777777" w:rsidTr="002E7DC8">
        <w:tc>
          <w:tcPr>
            <w:tcW w:w="3256" w:type="dxa"/>
            <w:shd w:val="clear" w:color="auto" w:fill="DAEEF3" w:themeFill="accent5" w:themeFillTint="33"/>
          </w:tcPr>
          <w:p w14:paraId="3811C59F" w14:textId="08463DD3" w:rsidR="002D33EE" w:rsidRPr="00011F03" w:rsidRDefault="00F24C3C">
            <w:pPr>
              <w:rPr>
                <w:lang w:val="nl-BE"/>
              </w:rPr>
            </w:pPr>
            <w:r w:rsidRPr="00661001">
              <w:rPr>
                <w:lang w:val="nl-BE"/>
              </w:rPr>
              <w:t xml:space="preserve">Naam van </w:t>
            </w:r>
            <w:r w:rsidR="001B72E5" w:rsidRPr="00661001">
              <w:rPr>
                <w:lang w:val="nl-BE"/>
              </w:rPr>
              <w:t xml:space="preserve">het </w:t>
            </w:r>
            <w:r w:rsidR="003F54BB" w:rsidRPr="00661001">
              <w:rPr>
                <w:lang w:val="nl-BE"/>
              </w:rPr>
              <w:t xml:space="preserve">bijgevoegde </w:t>
            </w:r>
            <w:r w:rsidR="001B72E5" w:rsidRPr="00661001">
              <w:rPr>
                <w:lang w:val="nl-BE"/>
              </w:rPr>
              <w:t>bestand</w:t>
            </w:r>
            <w:r w:rsidR="00011F03" w:rsidRPr="00011F03">
              <w:rPr>
                <w:color w:val="C00000"/>
                <w:lang w:val="nl-BE"/>
              </w:rPr>
              <w:t>*</w:t>
            </w:r>
          </w:p>
        </w:tc>
        <w:tc>
          <w:tcPr>
            <w:tcW w:w="3223" w:type="dxa"/>
            <w:shd w:val="clear" w:color="auto" w:fill="DAEEF3" w:themeFill="accent5" w:themeFillTint="33"/>
          </w:tcPr>
          <w:p w14:paraId="1CD73CBB" w14:textId="040E36B4" w:rsidR="002D33EE" w:rsidRDefault="003F54BB">
            <w:proofErr w:type="spellStart"/>
            <w:r>
              <w:t>Bijschrift</w:t>
            </w:r>
            <w:proofErr w:type="spellEnd"/>
            <w:r w:rsidR="00011F03" w:rsidRPr="00011F03">
              <w:rPr>
                <w:color w:val="C00000"/>
                <w:lang w:val="fr-BE"/>
              </w:rPr>
              <w:t>*</w:t>
            </w:r>
          </w:p>
        </w:tc>
        <w:tc>
          <w:tcPr>
            <w:tcW w:w="3155" w:type="dxa"/>
            <w:shd w:val="clear" w:color="auto" w:fill="DAEEF3" w:themeFill="accent5" w:themeFillTint="33"/>
          </w:tcPr>
          <w:p w14:paraId="08418EDB" w14:textId="7D9D054B" w:rsidR="002D33EE" w:rsidRDefault="00683DF1">
            <w:r>
              <w:t>Copyright</w:t>
            </w:r>
          </w:p>
        </w:tc>
      </w:tr>
      <w:tr w:rsidR="002D33EE" w14:paraId="18B0816D" w14:textId="77777777" w:rsidTr="002E7DC8">
        <w:tc>
          <w:tcPr>
            <w:tcW w:w="3256" w:type="dxa"/>
          </w:tcPr>
          <w:p w14:paraId="0DC3EF8B" w14:textId="39F3CBA2" w:rsidR="002D33EE" w:rsidRDefault="002D33EE"/>
        </w:tc>
        <w:tc>
          <w:tcPr>
            <w:tcW w:w="3223" w:type="dxa"/>
          </w:tcPr>
          <w:p w14:paraId="30C95833" w14:textId="77777777" w:rsidR="002D33EE" w:rsidRDefault="002D33EE"/>
        </w:tc>
        <w:tc>
          <w:tcPr>
            <w:tcW w:w="3155" w:type="dxa"/>
          </w:tcPr>
          <w:p w14:paraId="374978EA" w14:textId="77777777" w:rsidR="002D33EE" w:rsidRDefault="002D33EE"/>
        </w:tc>
      </w:tr>
      <w:tr w:rsidR="002D33EE" w14:paraId="6EC474D8" w14:textId="77777777" w:rsidTr="002E7DC8">
        <w:tc>
          <w:tcPr>
            <w:tcW w:w="3256" w:type="dxa"/>
          </w:tcPr>
          <w:p w14:paraId="4661F2F6" w14:textId="58D7D400" w:rsidR="002D33EE" w:rsidRDefault="002D33EE"/>
        </w:tc>
        <w:tc>
          <w:tcPr>
            <w:tcW w:w="3223" w:type="dxa"/>
          </w:tcPr>
          <w:p w14:paraId="36B2A255" w14:textId="77777777" w:rsidR="002D33EE" w:rsidRDefault="002D33EE"/>
        </w:tc>
        <w:tc>
          <w:tcPr>
            <w:tcW w:w="3155" w:type="dxa"/>
          </w:tcPr>
          <w:p w14:paraId="7E0A5DFB" w14:textId="77777777" w:rsidR="002D33EE" w:rsidRDefault="002D33EE"/>
        </w:tc>
      </w:tr>
      <w:tr w:rsidR="002D33EE" w14:paraId="474699A2" w14:textId="77777777" w:rsidTr="002E7DC8">
        <w:tc>
          <w:tcPr>
            <w:tcW w:w="3256" w:type="dxa"/>
          </w:tcPr>
          <w:p w14:paraId="01C37CAE" w14:textId="6AECEF25" w:rsidR="002D33EE" w:rsidRDefault="002D33EE"/>
        </w:tc>
        <w:tc>
          <w:tcPr>
            <w:tcW w:w="3223" w:type="dxa"/>
          </w:tcPr>
          <w:p w14:paraId="4392DC94" w14:textId="77777777" w:rsidR="002D33EE" w:rsidRDefault="002D33EE"/>
        </w:tc>
        <w:tc>
          <w:tcPr>
            <w:tcW w:w="3155" w:type="dxa"/>
          </w:tcPr>
          <w:p w14:paraId="7424EA8A" w14:textId="77777777" w:rsidR="002D33EE" w:rsidRDefault="002D33EE"/>
        </w:tc>
      </w:tr>
      <w:tr w:rsidR="002D33EE" w14:paraId="2F63B5D9" w14:textId="77777777" w:rsidTr="002E7DC8">
        <w:tc>
          <w:tcPr>
            <w:tcW w:w="3256" w:type="dxa"/>
          </w:tcPr>
          <w:p w14:paraId="7A80AC19" w14:textId="1E9F54E8" w:rsidR="002D33EE" w:rsidRDefault="002D33EE"/>
        </w:tc>
        <w:tc>
          <w:tcPr>
            <w:tcW w:w="3223" w:type="dxa"/>
          </w:tcPr>
          <w:p w14:paraId="35572987" w14:textId="77777777" w:rsidR="002D33EE" w:rsidRDefault="002D33EE"/>
        </w:tc>
        <w:tc>
          <w:tcPr>
            <w:tcW w:w="3155" w:type="dxa"/>
          </w:tcPr>
          <w:p w14:paraId="6BE0EFFD" w14:textId="77777777" w:rsidR="002D33EE" w:rsidRDefault="002D33EE"/>
        </w:tc>
      </w:tr>
    </w:tbl>
    <w:p w14:paraId="1144716E" w14:textId="6DDF5714" w:rsidR="002D33EE" w:rsidRPr="00661001" w:rsidRDefault="00F24C3C">
      <w:pPr>
        <w:rPr>
          <w:lang w:val="nl-BE"/>
        </w:rPr>
      </w:pPr>
      <w:r w:rsidRPr="00661001">
        <w:rPr>
          <w:lang w:val="nl-BE"/>
        </w:rPr>
        <w:t xml:space="preserve">Om een optimale drukkwaliteit te garanderen, </w:t>
      </w:r>
      <w:r w:rsidR="008F36D5">
        <w:rPr>
          <w:lang w:val="nl-BE"/>
        </w:rPr>
        <w:t>graag</w:t>
      </w:r>
      <w:r w:rsidRPr="00661001">
        <w:rPr>
          <w:lang w:val="nl-BE"/>
        </w:rPr>
        <w:t xml:space="preserve"> volgende aanbevelingen </w:t>
      </w:r>
      <w:r w:rsidR="008F36D5">
        <w:rPr>
          <w:lang w:val="nl-BE"/>
        </w:rPr>
        <w:t>respecteren:</w:t>
      </w:r>
    </w:p>
    <w:p w14:paraId="40B19F47" w14:textId="77777777" w:rsidR="00F24C3C" w:rsidRPr="00661001" w:rsidRDefault="00F24C3C" w:rsidP="00F24C3C">
      <w:pPr>
        <w:pStyle w:val="Paragraphedeliste"/>
        <w:numPr>
          <w:ilvl w:val="0"/>
          <w:numId w:val="11"/>
        </w:numPr>
        <w:rPr>
          <w:lang w:val="nl-BE"/>
        </w:rPr>
      </w:pPr>
      <w:r w:rsidRPr="00661001">
        <w:rPr>
          <w:lang w:val="nl-BE"/>
        </w:rPr>
        <w:t xml:space="preserve">Lever de foto's aan in hun oorspronkelijke formaat (JPEG, PNG of TIFF), zonder compressie of schermafbeeldingen. </w:t>
      </w:r>
    </w:p>
    <w:p w14:paraId="5F1A4CEB" w14:textId="467FF382" w:rsidR="00F24C3C" w:rsidRPr="00661001" w:rsidRDefault="00F24C3C" w:rsidP="00F24C3C">
      <w:pPr>
        <w:pStyle w:val="Paragraphedeliste"/>
        <w:numPr>
          <w:ilvl w:val="0"/>
          <w:numId w:val="11"/>
        </w:numPr>
        <w:rPr>
          <w:lang w:val="nl-BE"/>
        </w:rPr>
      </w:pPr>
      <w:r w:rsidRPr="00661001">
        <w:rPr>
          <w:lang w:val="nl-BE"/>
        </w:rPr>
        <w:t xml:space="preserve">Aanbevolen resolutie: minimaal 3.000 pixels op de langste zijde of een bestand van minimaal </w:t>
      </w:r>
      <w:r w:rsidR="001176DE">
        <w:rPr>
          <w:lang w:val="nl-BE"/>
        </w:rPr>
        <w:t>300 kB</w:t>
      </w:r>
      <w:r w:rsidRPr="00661001">
        <w:rPr>
          <w:lang w:val="nl-BE"/>
        </w:rPr>
        <w:t xml:space="preserve">. </w:t>
      </w:r>
    </w:p>
    <w:p w14:paraId="589960E2" w14:textId="77777777" w:rsidR="00F24C3C" w:rsidRPr="00661001" w:rsidRDefault="00F24C3C" w:rsidP="00F24C3C">
      <w:pPr>
        <w:pStyle w:val="Paragraphedeliste"/>
        <w:numPr>
          <w:ilvl w:val="0"/>
          <w:numId w:val="11"/>
        </w:numPr>
        <w:rPr>
          <w:lang w:val="nl-BE"/>
        </w:rPr>
      </w:pPr>
      <w:r w:rsidRPr="00661001">
        <w:rPr>
          <w:lang w:val="nl-BE"/>
        </w:rPr>
        <w:t xml:space="preserve">Vermijd afbeeldingen afkomstig van sociale media of websites. </w:t>
      </w:r>
    </w:p>
    <w:p w14:paraId="25C17513" w14:textId="77777777" w:rsidR="00F24C3C" w:rsidRPr="00661001" w:rsidRDefault="00F24C3C" w:rsidP="00F24C3C">
      <w:pPr>
        <w:pStyle w:val="Paragraphedeliste"/>
        <w:numPr>
          <w:ilvl w:val="0"/>
          <w:numId w:val="11"/>
        </w:numPr>
        <w:rPr>
          <w:lang w:val="nl-BE"/>
        </w:rPr>
      </w:pPr>
      <w:r w:rsidRPr="00661001">
        <w:rPr>
          <w:lang w:val="nl-BE"/>
        </w:rPr>
        <w:t xml:space="preserve">Geef de voorkeur aan scherpe, goed belichte foto's van goede kwaliteit. </w:t>
      </w:r>
    </w:p>
    <w:p w14:paraId="3D50808D" w14:textId="77777777" w:rsidR="00F24C3C" w:rsidRPr="00661001" w:rsidRDefault="00F24C3C" w:rsidP="00F24C3C">
      <w:pPr>
        <w:pStyle w:val="Paragraphedeliste"/>
        <w:numPr>
          <w:ilvl w:val="0"/>
          <w:numId w:val="11"/>
        </w:numPr>
        <w:rPr>
          <w:lang w:val="nl-BE"/>
        </w:rPr>
      </w:pPr>
      <w:r w:rsidRPr="00661001">
        <w:rPr>
          <w:lang w:val="nl-BE"/>
        </w:rPr>
        <w:t xml:space="preserve">Logo's moeten worden aangeleverd in PDF, AI, EPS of SVG. Als dat niet mogelijk is, wordt een PNG-bestand met hoge resolutie en een transparante achtergrond geaccepteerd. </w:t>
      </w:r>
    </w:p>
    <w:p w14:paraId="0F50997E" w14:textId="71F0C8B3" w:rsidR="00F24C3C" w:rsidRPr="00661001" w:rsidRDefault="00F24C3C" w:rsidP="00F24C3C">
      <w:pPr>
        <w:pStyle w:val="Paragraphedeliste"/>
        <w:numPr>
          <w:ilvl w:val="0"/>
          <w:numId w:val="11"/>
        </w:numPr>
        <w:rPr>
          <w:lang w:val="nl-BE"/>
        </w:rPr>
      </w:pPr>
      <w:r w:rsidRPr="00661001">
        <w:rPr>
          <w:lang w:val="nl-BE"/>
        </w:rPr>
        <w:t xml:space="preserve">Als u over meerdere foto’s beschikt, aarzel dan niet om deze naar ons te sturen. Wij selecteren de meest geschikte afbeeldingen op basis van hun kwaliteit en de lay-out. </w:t>
      </w:r>
    </w:p>
    <w:p w14:paraId="1291FB2E" w14:textId="763A1C5F" w:rsidR="00F24C3C" w:rsidRPr="00F24C3C" w:rsidRDefault="00F24C3C" w:rsidP="00F24C3C">
      <w:pPr>
        <w:pStyle w:val="Paragraphedeliste"/>
        <w:numPr>
          <w:ilvl w:val="0"/>
          <w:numId w:val="11"/>
        </w:numPr>
        <w:rPr>
          <w:lang w:val="fr-BE"/>
        </w:rPr>
      </w:pPr>
      <w:r w:rsidRPr="00661001">
        <w:rPr>
          <w:lang w:val="nl-BE"/>
        </w:rPr>
        <w:t>Als u een voorkeur heeft voor de plaatsing van bepaalde foto’s of schema’s, geef dit dan aan in het veld ‘</w:t>
      </w:r>
      <w:r w:rsidR="007339C2" w:rsidRPr="00661001">
        <w:rPr>
          <w:color w:val="31849B" w:themeColor="accent5" w:themeShade="BF"/>
          <w:lang w:val="nl-BE"/>
        </w:rPr>
        <w:t>Hoofdtekst van het artikel</w:t>
      </w:r>
      <w:r w:rsidR="00810F54">
        <w:rPr>
          <w:color w:val="31849B" w:themeColor="accent5" w:themeShade="BF"/>
          <w:lang w:val="nl-BE"/>
        </w:rPr>
        <w:t>’</w:t>
      </w:r>
      <w:r w:rsidRPr="00661001">
        <w:rPr>
          <w:lang w:val="nl-BE"/>
        </w:rPr>
        <w:t xml:space="preserve">. </w:t>
      </w:r>
      <w:r w:rsidRPr="00B626A4">
        <w:rPr>
          <w:lang w:val="nl-BE"/>
        </w:rPr>
        <w:t>Wij zullen hier zoveel mogelijk rekening mee houden.</w:t>
      </w:r>
    </w:p>
    <w:p w14:paraId="36FFD37A" w14:textId="4D9A57F7" w:rsidR="0038247D" w:rsidRPr="00661001" w:rsidRDefault="00F24C3C" w:rsidP="0038247D">
      <w:pPr>
        <w:rPr>
          <w:lang w:val="nl-BE"/>
        </w:rPr>
      </w:pPr>
      <w:r w:rsidRPr="00661001">
        <w:rPr>
          <w:b/>
          <w:bCs/>
          <w:lang w:val="nl-BE"/>
        </w:rPr>
        <w:t>Belangrijk</w:t>
      </w:r>
      <w:r w:rsidRPr="00661001">
        <w:rPr>
          <w:lang w:val="nl-BE"/>
        </w:rPr>
        <w:br/>
        <w:t xml:space="preserve">Afbeeldingen van onvoldoende kwaliteit (wazig, korrelig of met een lage resolutie) </w:t>
      </w:r>
      <w:r w:rsidR="001A60D5">
        <w:rPr>
          <w:lang w:val="nl-BE"/>
        </w:rPr>
        <w:t>zijn niet bruikbaar</w:t>
      </w:r>
      <w:r w:rsidR="0089196D">
        <w:rPr>
          <w:lang w:val="nl-BE"/>
        </w:rPr>
        <w:t>.</w:t>
      </w:r>
    </w:p>
    <w:p w14:paraId="559AB846" w14:textId="0B578116" w:rsidR="00C31713" w:rsidRPr="005E3C82" w:rsidRDefault="00C31713" w:rsidP="0038247D">
      <w:pPr>
        <w:rPr>
          <w:b/>
          <w:bCs/>
          <w:color w:val="009999"/>
          <w:lang w:val="nl-BE"/>
        </w:rPr>
      </w:pPr>
      <w:r w:rsidRPr="005E3C82">
        <w:rPr>
          <w:b/>
          <w:bCs/>
          <w:color w:val="009999"/>
          <w:lang w:val="nl-BE"/>
        </w:rPr>
        <w:t>Schrijftips</w:t>
      </w:r>
    </w:p>
    <w:tbl>
      <w:tblPr>
        <w:tblStyle w:val="Grilledutableau"/>
        <w:tblW w:w="9634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9634"/>
      </w:tblGrid>
      <w:tr w:rsidR="002A1242" w:rsidRPr="00011F03" w14:paraId="7F7CD36D" w14:textId="77777777" w:rsidTr="002E7DC8">
        <w:tc>
          <w:tcPr>
            <w:tcW w:w="9634" w:type="dxa"/>
            <w:shd w:val="clear" w:color="auto" w:fill="DAEEF3" w:themeFill="accent5" w:themeFillTint="33"/>
          </w:tcPr>
          <w:p w14:paraId="3545F5AC" w14:textId="32337ECD" w:rsidR="00A12FBE" w:rsidRDefault="002A1242" w:rsidP="0038247D">
            <w:pPr>
              <w:rPr>
                <w:lang w:val="nl-BE"/>
              </w:rPr>
            </w:pPr>
            <w:r w:rsidRPr="00DC1A7A">
              <w:rPr>
                <w:rFonts w:ascii="Segoe UI Symbol" w:hAnsi="Segoe UI Symbol" w:cs="Segoe UI Symbol"/>
                <w:color w:val="009999"/>
                <w:lang w:val="nl-BE"/>
              </w:rPr>
              <w:t>✔</w:t>
            </w:r>
            <w:r w:rsidR="005E3C82">
              <w:rPr>
                <w:rFonts w:ascii="Segoe UI Symbol" w:hAnsi="Segoe UI Symbol" w:cs="Segoe UI Symbol"/>
                <w:color w:val="009999"/>
                <w:lang w:val="nl-BE"/>
              </w:rPr>
              <w:t xml:space="preserve"> </w:t>
            </w:r>
            <w:r w:rsidR="00A12FBE" w:rsidRPr="00A12FBE">
              <w:rPr>
                <w:lang w:val="nl-BE"/>
              </w:rPr>
              <w:t>Schrijf een informatief en neutraal artikel.</w:t>
            </w:r>
            <w:r w:rsidR="00A12FBE" w:rsidRPr="00A12FBE">
              <w:rPr>
                <w:lang w:val="nl-BE"/>
              </w:rPr>
              <w:br/>
            </w:r>
            <w:r w:rsidR="00F95025" w:rsidRPr="00DC1A7A">
              <w:rPr>
                <w:rFonts w:ascii="Segoe UI Symbol" w:hAnsi="Segoe UI Symbol" w:cs="Segoe UI Symbol"/>
                <w:color w:val="009999"/>
                <w:lang w:val="nl-BE"/>
              </w:rPr>
              <w:t>✔</w:t>
            </w:r>
            <w:r w:rsidR="005E3C82">
              <w:rPr>
                <w:rFonts w:ascii="Segoe UI Symbol" w:hAnsi="Segoe UI Symbol" w:cs="Segoe UI Symbol"/>
                <w:color w:val="009999"/>
                <w:lang w:val="nl-BE"/>
              </w:rPr>
              <w:t xml:space="preserve"> </w:t>
            </w:r>
            <w:r w:rsidR="00A12FBE" w:rsidRPr="00A12FBE">
              <w:rPr>
                <w:lang w:val="nl-BE"/>
              </w:rPr>
              <w:t>Schrijf in de actieve vorm en vermijd passieve constructies en lange bijzinnen.</w:t>
            </w:r>
            <w:r w:rsidR="00A12FBE" w:rsidRPr="00A12FBE">
              <w:rPr>
                <w:lang w:val="nl-BE"/>
              </w:rPr>
              <w:br/>
            </w:r>
            <w:r w:rsidR="00F95025" w:rsidRPr="00DC1A7A">
              <w:rPr>
                <w:rFonts w:ascii="Segoe UI Symbol" w:hAnsi="Segoe UI Symbol" w:cs="Segoe UI Symbol"/>
                <w:color w:val="009999"/>
                <w:lang w:val="nl-BE"/>
              </w:rPr>
              <w:t>✔</w:t>
            </w:r>
            <w:r w:rsidR="005E3C82">
              <w:rPr>
                <w:rFonts w:ascii="Segoe UI Symbol" w:hAnsi="Segoe UI Symbol" w:cs="Segoe UI Symbol"/>
                <w:color w:val="009999"/>
                <w:lang w:val="nl-BE"/>
              </w:rPr>
              <w:t xml:space="preserve"> </w:t>
            </w:r>
            <w:r w:rsidR="00A12FBE" w:rsidRPr="00A12FBE">
              <w:rPr>
                <w:lang w:val="nl-BE"/>
              </w:rPr>
              <w:t xml:space="preserve">Schrijf in de derde persoon, niet in de </w:t>
            </w:r>
            <w:r w:rsidR="00A12FBE" w:rsidRPr="00A12FBE">
              <w:rPr>
                <w:b/>
                <w:bCs/>
                <w:lang w:val="nl-BE"/>
              </w:rPr>
              <w:t>ik-vorm</w:t>
            </w:r>
            <w:r w:rsidR="00A12FBE" w:rsidRPr="00A12FBE">
              <w:rPr>
                <w:lang w:val="nl-BE"/>
              </w:rPr>
              <w:t xml:space="preserve"> of </w:t>
            </w:r>
            <w:r w:rsidR="00A12FBE" w:rsidRPr="00A12FBE">
              <w:rPr>
                <w:b/>
                <w:bCs/>
                <w:lang w:val="nl-BE"/>
              </w:rPr>
              <w:t>wij-vorm</w:t>
            </w:r>
            <w:r w:rsidR="00A12FBE" w:rsidRPr="00A12FBE">
              <w:rPr>
                <w:lang w:val="nl-BE"/>
              </w:rPr>
              <w:t>.</w:t>
            </w:r>
            <w:r w:rsidR="00A12FBE" w:rsidRPr="00A12FBE">
              <w:rPr>
                <w:lang w:val="nl-BE"/>
              </w:rPr>
              <w:br/>
            </w:r>
            <w:r w:rsidR="00F95025" w:rsidRPr="00DC1A7A">
              <w:rPr>
                <w:rFonts w:ascii="Segoe UI Symbol" w:hAnsi="Segoe UI Symbol" w:cs="Segoe UI Symbol"/>
                <w:color w:val="009999"/>
                <w:lang w:val="nl-BE"/>
              </w:rPr>
              <w:t>✔</w:t>
            </w:r>
            <w:r w:rsidR="005E3C82">
              <w:rPr>
                <w:rFonts w:ascii="Segoe UI Symbol" w:hAnsi="Segoe UI Symbol" w:cs="Segoe UI Symbol"/>
                <w:color w:val="009999"/>
                <w:lang w:val="nl-BE"/>
              </w:rPr>
              <w:t xml:space="preserve"> </w:t>
            </w:r>
            <w:r w:rsidR="00A12FBE" w:rsidRPr="00A12FBE">
              <w:rPr>
                <w:lang w:val="nl-BE"/>
              </w:rPr>
              <w:t>Structureer de tekst met duidelijke tussentitels.</w:t>
            </w:r>
            <w:r w:rsidR="00A12FBE" w:rsidRPr="00A12FBE">
              <w:rPr>
                <w:lang w:val="nl-BE"/>
              </w:rPr>
              <w:br/>
            </w:r>
            <w:r w:rsidR="00F95025" w:rsidRPr="00DC1A7A">
              <w:rPr>
                <w:rFonts w:ascii="Segoe UI Symbol" w:hAnsi="Segoe UI Symbol" w:cs="Segoe UI Symbol"/>
                <w:color w:val="009999"/>
                <w:lang w:val="nl-BE"/>
              </w:rPr>
              <w:t>✔</w:t>
            </w:r>
            <w:r w:rsidR="005E3C82">
              <w:rPr>
                <w:rFonts w:ascii="Segoe UI Symbol" w:hAnsi="Segoe UI Symbol" w:cs="Segoe UI Symbol"/>
                <w:color w:val="009999"/>
                <w:lang w:val="nl-BE"/>
              </w:rPr>
              <w:t xml:space="preserve"> </w:t>
            </w:r>
            <w:r w:rsidR="00A12FBE" w:rsidRPr="00A12FBE">
              <w:rPr>
                <w:lang w:val="nl-BE"/>
              </w:rPr>
              <w:t>De redactie behoudt zich het recht voor om de tekst redactioneel aan te passen.</w:t>
            </w:r>
          </w:p>
          <w:p w14:paraId="31634C02" w14:textId="7707108C" w:rsidR="005E3C82" w:rsidRPr="005E3C82" w:rsidRDefault="00B626A4" w:rsidP="0038247D">
            <w:pPr>
              <w:rPr>
                <w:lang w:val="nl-BE"/>
              </w:rPr>
            </w:pPr>
            <w:r w:rsidRPr="002A1242">
              <w:rPr>
                <w:rFonts w:ascii="Segoe UI Symbol" w:hAnsi="Segoe UI Symbol" w:cs="Segoe UI Symbol"/>
                <w:color w:val="C00000"/>
                <w:lang w:val="nl-BE"/>
              </w:rPr>
              <w:t>✘</w:t>
            </w:r>
            <w:r w:rsidR="005E3C82">
              <w:rPr>
                <w:rFonts w:ascii="Segoe UI Symbol" w:hAnsi="Segoe UI Symbol" w:cs="Segoe UI Symbol"/>
                <w:color w:val="009999"/>
                <w:lang w:val="nl-BE"/>
              </w:rPr>
              <w:t xml:space="preserve"> </w:t>
            </w:r>
            <w:r w:rsidR="005E3C82" w:rsidRPr="005E3C82">
              <w:rPr>
                <w:lang w:val="nl-BE"/>
              </w:rPr>
              <w:t>Vermijd het herhaaldelijk vermelden van bedrijfs-, merk- of productnamen.</w:t>
            </w:r>
          </w:p>
          <w:p w14:paraId="0874AF7C" w14:textId="4B475618" w:rsidR="002A1242" w:rsidRPr="00F95025" w:rsidRDefault="002A1242" w:rsidP="0038247D">
            <w:pPr>
              <w:rPr>
                <w:lang w:val="nl-BE"/>
              </w:rPr>
            </w:pPr>
            <w:r w:rsidRPr="002A1242">
              <w:rPr>
                <w:rFonts w:ascii="Segoe UI Symbol" w:hAnsi="Segoe UI Symbol" w:cs="Segoe UI Symbol"/>
                <w:color w:val="C00000"/>
                <w:lang w:val="nl-BE"/>
              </w:rPr>
              <w:t>✘</w:t>
            </w:r>
            <w:r w:rsidR="005E3C82">
              <w:rPr>
                <w:rFonts w:ascii="Segoe UI Symbol" w:hAnsi="Segoe UI Symbol" w:cs="Segoe UI Symbol"/>
                <w:color w:val="C00000"/>
                <w:lang w:val="nl-BE"/>
              </w:rPr>
              <w:t xml:space="preserve"> </w:t>
            </w:r>
            <w:r w:rsidR="00F95025" w:rsidRPr="00F95025">
              <w:rPr>
                <w:lang w:val="nl-BE"/>
              </w:rPr>
              <w:t>Het artikel mag geen commerciële of promotionele inhoud bevatten.</w:t>
            </w:r>
          </w:p>
        </w:tc>
      </w:tr>
    </w:tbl>
    <w:p w14:paraId="5DBCE066" w14:textId="77777777" w:rsidR="005E3C82" w:rsidRPr="005E3C82" w:rsidRDefault="005E3C82" w:rsidP="00EC03C6">
      <w:pPr>
        <w:rPr>
          <w:b/>
          <w:bCs/>
          <w:sz w:val="2"/>
          <w:szCs w:val="2"/>
          <w:lang w:val="nl-BE"/>
        </w:rPr>
      </w:pPr>
    </w:p>
    <w:p w14:paraId="7F1B21D9" w14:textId="00371F6A" w:rsidR="00EC03C6" w:rsidRPr="00661001" w:rsidRDefault="00EC03C6" w:rsidP="00EC03C6">
      <w:pPr>
        <w:rPr>
          <w:b/>
          <w:bCs/>
          <w:lang w:val="nl-BE"/>
        </w:rPr>
      </w:pPr>
      <w:r w:rsidRPr="00661001">
        <w:rPr>
          <w:b/>
          <w:bCs/>
          <w:lang w:val="nl-BE"/>
        </w:rPr>
        <w:t>Hartelijk dank voor uw bijdrage!</w:t>
      </w:r>
    </w:p>
    <w:p w14:paraId="384335BB" w14:textId="70140632" w:rsidR="00EC03C6" w:rsidRPr="00661001" w:rsidRDefault="00EC03C6" w:rsidP="00EC03C6">
      <w:pPr>
        <w:rPr>
          <w:lang w:val="nl-BE"/>
        </w:rPr>
      </w:pPr>
      <w:r w:rsidRPr="00661001">
        <w:rPr>
          <w:lang w:val="nl-BE"/>
        </w:rPr>
        <w:t xml:space="preserve">Wij danken u voor uw vertrouwen en uw deelname aan </w:t>
      </w:r>
      <w:proofErr w:type="spellStart"/>
      <w:r w:rsidRPr="00661001">
        <w:rPr>
          <w:lang w:val="nl-BE"/>
        </w:rPr>
        <w:t>VOMinfo</w:t>
      </w:r>
      <w:proofErr w:type="spellEnd"/>
      <w:r w:rsidRPr="00661001">
        <w:rPr>
          <w:lang w:val="nl-BE"/>
        </w:rPr>
        <w:t>.</w:t>
      </w:r>
      <w:r w:rsidR="00B01865">
        <w:rPr>
          <w:lang w:val="nl-BE"/>
        </w:rPr>
        <w:t xml:space="preserve"> </w:t>
      </w:r>
      <w:r w:rsidRPr="00661001">
        <w:rPr>
          <w:lang w:val="nl-BE"/>
        </w:rPr>
        <w:t xml:space="preserve">U ontvangt zo </w:t>
      </w:r>
      <w:r>
        <w:rPr>
          <w:lang w:val="nl-BE"/>
        </w:rPr>
        <w:t>snel</w:t>
      </w:r>
      <w:r w:rsidRPr="00661001">
        <w:rPr>
          <w:lang w:val="nl-BE"/>
        </w:rPr>
        <w:t xml:space="preserve"> mogelijk een bevestiging dat wij uw inzending hebben ontvangen. Wij </w:t>
      </w:r>
      <w:r>
        <w:rPr>
          <w:lang w:val="nl-BE"/>
        </w:rPr>
        <w:t>contacteren</w:t>
      </w:r>
      <w:r w:rsidRPr="00661001">
        <w:rPr>
          <w:lang w:val="nl-BE"/>
        </w:rPr>
        <w:t xml:space="preserve"> </w:t>
      </w:r>
      <w:r>
        <w:rPr>
          <w:lang w:val="nl-BE"/>
        </w:rPr>
        <w:t>u</w:t>
      </w:r>
      <w:r w:rsidR="00516FA4">
        <w:rPr>
          <w:lang w:val="nl-BE"/>
        </w:rPr>
        <w:t xml:space="preserve"> </w:t>
      </w:r>
      <w:r w:rsidRPr="00661001">
        <w:rPr>
          <w:lang w:val="nl-BE"/>
        </w:rPr>
        <w:t>als er aanvullende informatie nodig is.</w:t>
      </w:r>
      <w:r w:rsidR="00B01865">
        <w:rPr>
          <w:lang w:val="nl-BE"/>
        </w:rPr>
        <w:t xml:space="preserve"> </w:t>
      </w:r>
      <w:r w:rsidRPr="00661001">
        <w:rPr>
          <w:lang w:val="nl-BE"/>
        </w:rPr>
        <w:t xml:space="preserve">We kijken ernaar uit om uw expertise in een komende uitgave van het tijdschrift </w:t>
      </w:r>
      <w:r>
        <w:rPr>
          <w:lang w:val="nl-BE"/>
        </w:rPr>
        <w:t>te publiceren.</w:t>
      </w:r>
    </w:p>
    <w:p w14:paraId="05711709" w14:textId="77777777" w:rsidR="00EC03C6" w:rsidRPr="00661001" w:rsidRDefault="00EC03C6" w:rsidP="00EC03C6">
      <w:pPr>
        <w:rPr>
          <w:b/>
          <w:bCs/>
          <w:lang w:val="nl-BE"/>
        </w:rPr>
      </w:pPr>
      <w:r w:rsidRPr="00661001">
        <w:rPr>
          <w:b/>
          <w:bCs/>
          <w:lang w:val="nl-BE"/>
        </w:rPr>
        <w:t>Heeft u een vraag?</w:t>
      </w:r>
    </w:p>
    <w:p w14:paraId="687D2FE5" w14:textId="02EC8362" w:rsidR="00C31713" w:rsidRPr="005A229B" w:rsidRDefault="005A229B" w:rsidP="00C31713">
      <w:pPr>
        <w:rPr>
          <w:b/>
          <w:bCs/>
          <w:lang w:val="nl-BE"/>
        </w:rPr>
      </w:pPr>
      <w:r w:rsidRPr="005A229B">
        <w:rPr>
          <w:b/>
          <w:bCs/>
          <w:lang w:val="nl-BE"/>
        </w:rPr>
        <w:t>Julie Moreau</w:t>
      </w:r>
      <w:r w:rsidRPr="005A229B">
        <w:rPr>
          <w:lang w:val="nl-BE"/>
        </w:rPr>
        <w:t xml:space="preserve"> | </w:t>
      </w:r>
      <w:r w:rsidRPr="005A229B">
        <w:rPr>
          <w:rFonts w:ascii="Segoe UI Symbol" w:hAnsi="Segoe UI Symbol" w:cs="Segoe UI Symbol"/>
          <w:lang w:val="nl-BE"/>
        </w:rPr>
        <w:t>✉</w:t>
      </w:r>
      <w:r w:rsidRPr="005A229B">
        <w:rPr>
          <w:lang w:val="nl-BE"/>
        </w:rPr>
        <w:t xml:space="preserve"> </w:t>
      </w:r>
      <w:hyperlink r:id="rId12" w:history="1">
        <w:r w:rsidRPr="002E7DC8">
          <w:rPr>
            <w:rStyle w:val="Lienhypertexte"/>
            <w:color w:val="009999"/>
            <w:lang w:val="nl-BE"/>
          </w:rPr>
          <w:t>julie@vom.be</w:t>
        </w:r>
      </w:hyperlink>
      <w:r w:rsidRPr="002E7DC8">
        <w:rPr>
          <w:color w:val="009999"/>
          <w:lang w:val="nl-BE"/>
        </w:rPr>
        <w:t xml:space="preserve"> </w:t>
      </w:r>
      <w:r w:rsidRPr="005A229B">
        <w:rPr>
          <w:lang w:val="nl-BE"/>
        </w:rPr>
        <w:t xml:space="preserve">| </w:t>
      </w:r>
      <w:r w:rsidRPr="005A229B">
        <w:rPr>
          <w:rFonts w:ascii="Segoe UI Symbol" w:hAnsi="Segoe UI Symbol" w:cs="Segoe UI Symbol"/>
          <w:lang w:val="nl-BE"/>
        </w:rPr>
        <w:t>☎</w:t>
      </w:r>
      <w:r w:rsidRPr="005A229B">
        <w:rPr>
          <w:lang w:val="nl-BE"/>
        </w:rPr>
        <w:t xml:space="preserve"> +32 (0)16 40 14 20</w:t>
      </w:r>
      <w:r w:rsidRPr="005A229B">
        <w:rPr>
          <w:b/>
          <w:bCs/>
          <w:lang w:val="nl-BE"/>
        </w:rPr>
        <w:t xml:space="preserve">  | </w:t>
      </w:r>
      <w:r w:rsidR="00F7549E" w:rsidRPr="00F7549E">
        <w:rPr>
          <w:lang w:val="nl-BE"/>
        </w:rPr>
        <w:t xml:space="preserve">Meer weten over </w:t>
      </w:r>
      <w:proofErr w:type="spellStart"/>
      <w:r w:rsidR="00F7549E" w:rsidRPr="00F7549E">
        <w:rPr>
          <w:lang w:val="nl-BE"/>
        </w:rPr>
        <w:t>VOMinfo</w:t>
      </w:r>
      <w:proofErr w:type="spellEnd"/>
      <w:r w:rsidR="00F7549E" w:rsidRPr="00F7549E">
        <w:rPr>
          <w:lang w:val="nl-BE"/>
        </w:rPr>
        <w:t>?</w:t>
      </w:r>
      <w:r w:rsidR="00F7549E" w:rsidRPr="0036773E">
        <w:rPr>
          <w:color w:val="009999"/>
          <w:lang w:val="nl-BE"/>
        </w:rPr>
        <w:t xml:space="preserve"> </w:t>
      </w:r>
      <w:hyperlink r:id="rId13" w:history="1">
        <w:r w:rsidR="00F7549E" w:rsidRPr="002E7DC8">
          <w:rPr>
            <w:rStyle w:val="Lienhypertexte"/>
            <w:color w:val="009999"/>
            <w:lang w:val="nl-BE"/>
          </w:rPr>
          <w:t>Klik hier</w:t>
        </w:r>
      </w:hyperlink>
    </w:p>
    <w:p w14:paraId="295A8200" w14:textId="3397EC31" w:rsidR="00260B98" w:rsidRPr="007F1DAA" w:rsidRDefault="00C31713" w:rsidP="0016268E">
      <w:pPr>
        <w:pStyle w:val="Titre1"/>
        <w:rPr>
          <w:b w:val="0"/>
          <w:bCs w:val="0"/>
          <w:lang w:val="nl-BE"/>
        </w:rPr>
      </w:pPr>
      <w:r w:rsidRPr="00661001">
        <w:rPr>
          <w:lang w:val="nl-BE"/>
        </w:rPr>
        <w:lastRenderedPageBreak/>
        <w:t xml:space="preserve">9. BETAALDE OPTIES </w:t>
      </w:r>
      <w:r w:rsidR="007F1DAA" w:rsidRPr="007F1DAA">
        <w:rPr>
          <w:b w:val="0"/>
          <w:bCs w:val="0"/>
          <w:lang w:val="nl-BE"/>
        </w:rPr>
        <w:t>|</w:t>
      </w:r>
      <w:r w:rsidR="007F1DAA">
        <w:rPr>
          <w:lang w:val="nl-BE"/>
        </w:rPr>
        <w:t xml:space="preserve"> </w:t>
      </w:r>
      <w:r w:rsidR="001B72E5" w:rsidRPr="007F1DAA">
        <w:rPr>
          <w:b w:val="0"/>
          <w:bCs w:val="0"/>
          <w:lang w:val="nl-BE"/>
        </w:rPr>
        <w:t>Vergroot de zichtbaarheid van uw artikel</w:t>
      </w:r>
      <w:r w:rsidR="00F27CFD" w:rsidRPr="007F1DAA">
        <w:rPr>
          <w:b w:val="0"/>
          <w:bCs w:val="0"/>
          <w:lang w:val="nl-BE"/>
        </w:rPr>
        <w:t xml:space="preserve"> en uw bedrijf</w:t>
      </w:r>
      <w:r w:rsidR="001B72E5" w:rsidRPr="007F1DAA">
        <w:rPr>
          <w:b w:val="0"/>
          <w:bCs w:val="0"/>
          <w:lang w:val="nl-BE"/>
        </w:rPr>
        <w:t>!</w:t>
      </w:r>
    </w:p>
    <w:p w14:paraId="4385E46E" w14:textId="77777777" w:rsidR="00EC03C6" w:rsidRPr="00EC03C6" w:rsidRDefault="00EC03C6" w:rsidP="00EC03C6">
      <w:pPr>
        <w:rPr>
          <w:lang w:val="nl-BE"/>
        </w:rPr>
      </w:pPr>
    </w:p>
    <w:tbl>
      <w:tblPr>
        <w:tblStyle w:val="Grilledutableau"/>
        <w:tblW w:w="9738" w:type="dxa"/>
        <w:tblInd w:w="38" w:type="dxa"/>
        <w:tblBorders>
          <w:top w:val="single" w:sz="8" w:space="0" w:color="D99594" w:themeColor="accent2" w:themeTint="99"/>
          <w:left w:val="single" w:sz="8" w:space="0" w:color="D99594" w:themeColor="accent2" w:themeTint="99"/>
          <w:bottom w:val="single" w:sz="8" w:space="0" w:color="D99594" w:themeColor="accent2" w:themeTint="99"/>
          <w:right w:val="single" w:sz="8" w:space="0" w:color="D99594" w:themeColor="accent2" w:themeTint="99"/>
          <w:insideH w:val="single" w:sz="8" w:space="0" w:color="D99594" w:themeColor="accent2" w:themeTint="99"/>
          <w:insideV w:val="single" w:sz="8" w:space="0" w:color="D99594" w:themeColor="accent2" w:themeTint="99"/>
        </w:tblBorders>
        <w:tblLook w:val="04A0" w:firstRow="1" w:lastRow="0" w:firstColumn="1" w:lastColumn="0" w:noHBand="0" w:noVBand="1"/>
      </w:tblPr>
      <w:tblGrid>
        <w:gridCol w:w="3066"/>
        <w:gridCol w:w="6672"/>
      </w:tblGrid>
      <w:tr w:rsidR="00260B98" w14:paraId="5104A43D" w14:textId="77777777" w:rsidTr="00D744B2">
        <w:tc>
          <w:tcPr>
            <w:tcW w:w="3066" w:type="dxa"/>
            <w:vMerge w:val="restart"/>
          </w:tcPr>
          <w:p w14:paraId="6C7D2244" w14:textId="4F84B66B" w:rsidR="00260B98" w:rsidRPr="00661001" w:rsidRDefault="00052FBA" w:rsidP="00260B98">
            <w:pPr>
              <w:rPr>
                <w:lang w:val="nl-BE"/>
              </w:rPr>
            </w:pPr>
            <w:r>
              <w:rPr>
                <w:noProof/>
                <w:lang w:val="fr-BE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8310C6E" wp14:editId="611948FE">
                      <wp:simplePos x="0" y="0"/>
                      <wp:positionH relativeFrom="column">
                        <wp:posOffset>491969</wp:posOffset>
                      </wp:positionH>
                      <wp:positionV relativeFrom="paragraph">
                        <wp:posOffset>1753416</wp:posOffset>
                      </wp:positionV>
                      <wp:extent cx="971550" cy="438150"/>
                      <wp:effectExtent l="57150" t="19050" r="76200" b="95250"/>
                      <wp:wrapNone/>
                      <wp:docPr id="2067156319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0" cy="4381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DDC807" id="Ellipse 1" o:spid="_x0000_s1026" style="position:absolute;margin-left:38.75pt;margin-top:138.05pt;width:76.5pt;height:34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" filled="f" strokecolor="#4f81bd [3204]">
                      <v:shadow on="t" color="black" opacity="22937f" origin=",.5" offset="0,.63889mm"/>
                    </v:oval>
                  </w:pict>
                </mc:Fallback>
              </mc:AlternateContent>
            </w:r>
            <w:r w:rsidRPr="00621671">
              <w:rPr>
                <w:noProof/>
                <w:lang w:val="fr-BE"/>
              </w:rPr>
              <w:drawing>
                <wp:anchor distT="0" distB="0" distL="114300" distR="114300" simplePos="0" relativeHeight="251658241" behindDoc="1" locked="0" layoutInCell="1" allowOverlap="1" wp14:anchorId="50C12395" wp14:editId="2E07854E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26035</wp:posOffset>
                  </wp:positionV>
                  <wp:extent cx="1515745" cy="2223770"/>
                  <wp:effectExtent l="0" t="0" r="8255" b="5080"/>
                  <wp:wrapTopAndBottom/>
                  <wp:docPr id="152013830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20777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745" cy="2223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72" w:type="dxa"/>
            <w:shd w:val="clear" w:color="auto" w:fill="F2DBDB" w:themeFill="accent2" w:themeFillTint="33"/>
          </w:tcPr>
          <w:p w14:paraId="61853F7B" w14:textId="0406B814" w:rsidR="00260B98" w:rsidRPr="00661001" w:rsidRDefault="00260B98" w:rsidP="00260B98">
            <w:pPr>
              <w:rPr>
                <w:color w:val="C0504D" w:themeColor="accent2"/>
                <w:sz w:val="36"/>
                <w:szCs w:val="40"/>
                <w:lang w:val="nl-BE"/>
              </w:rPr>
            </w:pPr>
            <w:r w:rsidRPr="00661001">
              <w:rPr>
                <w:b/>
                <w:bCs/>
                <w:color w:val="C0504D" w:themeColor="accent2"/>
                <w:sz w:val="36"/>
                <w:szCs w:val="40"/>
                <w:lang w:val="nl-BE"/>
              </w:rPr>
              <w:t xml:space="preserve">Bedrijfsprofiel </w:t>
            </w:r>
          </w:p>
          <w:p w14:paraId="77F85ED2" w14:textId="4BDEB831" w:rsidR="007F1DAA" w:rsidRPr="00661001" w:rsidRDefault="00DA7736" w:rsidP="00260B98">
            <w:pPr>
              <w:rPr>
                <w:lang w:val="nl-BE"/>
              </w:rPr>
            </w:pPr>
            <w:r w:rsidRPr="00661001">
              <w:rPr>
                <w:lang w:val="nl-BE"/>
              </w:rPr>
              <w:t>W</w:t>
            </w:r>
            <w:r>
              <w:rPr>
                <w:lang w:val="nl-BE"/>
              </w:rPr>
              <w:t>enst</w:t>
            </w:r>
            <w:r w:rsidRPr="00661001">
              <w:rPr>
                <w:lang w:val="nl-BE"/>
              </w:rPr>
              <w:t xml:space="preserve"> </w:t>
            </w:r>
            <w:r w:rsidR="00260B98" w:rsidRPr="00661001">
              <w:rPr>
                <w:lang w:val="nl-BE"/>
              </w:rPr>
              <w:t>u naast uw artikel een bedrijfsprofiel toevoegen?</w:t>
            </w:r>
          </w:p>
          <w:p w14:paraId="6BD1A708" w14:textId="77777777" w:rsidR="007F1DAA" w:rsidRDefault="00260B98" w:rsidP="00260B98">
            <w:pPr>
              <w:rPr>
                <w:lang w:val="fr-BE"/>
              </w:rPr>
            </w:pPr>
            <w:r w:rsidRPr="005D29A6">
              <w:rPr>
                <w:lang w:val="fr-BE"/>
              </w:rPr>
              <w:t xml:space="preserve">□ </w:t>
            </w:r>
            <w:proofErr w:type="spellStart"/>
            <w:r w:rsidRPr="005D29A6">
              <w:rPr>
                <w:lang w:val="fr-BE"/>
              </w:rPr>
              <w:t>Ja</w:t>
            </w:r>
            <w:proofErr w:type="spellEnd"/>
            <w:r w:rsidRPr="005D29A6">
              <w:rPr>
                <w:lang w:val="fr-BE"/>
              </w:rPr>
              <w:t xml:space="preserve">    □ Nee</w:t>
            </w:r>
          </w:p>
          <w:p w14:paraId="179883CA" w14:textId="1076E40D" w:rsidR="007F1DAA" w:rsidRDefault="007F1DAA" w:rsidP="00260B98">
            <w:pPr>
              <w:rPr>
                <w:lang w:val="fr-BE"/>
              </w:rPr>
            </w:pPr>
          </w:p>
        </w:tc>
      </w:tr>
      <w:tr w:rsidR="00260B98" w:rsidRPr="00011F03" w14:paraId="5B32B9F8" w14:textId="77777777" w:rsidTr="00D744B2">
        <w:tc>
          <w:tcPr>
            <w:tcW w:w="3066" w:type="dxa"/>
            <w:vMerge/>
          </w:tcPr>
          <w:p w14:paraId="3D5A4CC7" w14:textId="77777777" w:rsidR="00260B98" w:rsidRDefault="00260B98" w:rsidP="00260B98">
            <w:pPr>
              <w:rPr>
                <w:noProof/>
                <w:lang w:val="fr-BE"/>
              </w:rPr>
            </w:pPr>
          </w:p>
        </w:tc>
        <w:tc>
          <w:tcPr>
            <w:tcW w:w="6672" w:type="dxa"/>
          </w:tcPr>
          <w:p w14:paraId="24D3C092" w14:textId="2BBC731E" w:rsidR="00260B98" w:rsidRPr="00B17150" w:rsidRDefault="00F27CFD" w:rsidP="00260B98">
            <w:pPr>
              <w:rPr>
                <w:color w:val="C0504D" w:themeColor="accent2"/>
                <w:lang w:val="nl-BE"/>
              </w:rPr>
            </w:pPr>
            <w:r w:rsidRPr="00B17150">
              <w:rPr>
                <w:color w:val="C0504D" w:themeColor="accent2"/>
                <w:lang w:val="nl-BE"/>
              </w:rPr>
              <w:t>Tarief</w:t>
            </w:r>
          </w:p>
          <w:p w14:paraId="4C405611" w14:textId="58C56D07" w:rsidR="007F1DAA" w:rsidRPr="00B17150" w:rsidRDefault="00B17150" w:rsidP="00B17150">
            <w:pPr>
              <w:rPr>
                <w:lang w:val="nl-BE"/>
              </w:rPr>
            </w:pPr>
            <w:r>
              <w:rPr>
                <w:b/>
                <w:bCs/>
                <w:lang w:val="nl-BE"/>
              </w:rPr>
              <w:t xml:space="preserve">200 </w:t>
            </w:r>
            <w:r w:rsidR="00260B98" w:rsidRPr="007F1DAA">
              <w:rPr>
                <w:b/>
                <w:bCs/>
                <w:lang w:val="nl-BE"/>
              </w:rPr>
              <w:t xml:space="preserve">euro </w:t>
            </w:r>
            <w:r w:rsidR="00260B98" w:rsidRPr="007F1DAA">
              <w:rPr>
                <w:lang w:val="nl-BE"/>
              </w:rPr>
              <w:t xml:space="preserve">voor </w:t>
            </w:r>
            <w:r w:rsidR="00DA7736" w:rsidRPr="007F1DAA">
              <w:rPr>
                <w:lang w:val="nl-BE"/>
              </w:rPr>
              <w:t>VOM-</w:t>
            </w:r>
            <w:r w:rsidR="00260B98" w:rsidRPr="007F1DAA">
              <w:rPr>
                <w:lang w:val="nl-BE"/>
              </w:rPr>
              <w:t xml:space="preserve">leden </w:t>
            </w:r>
            <w:r w:rsidR="007F1DAA" w:rsidRPr="007F1DAA">
              <w:rPr>
                <w:lang w:val="nl-BE"/>
              </w:rPr>
              <w:t xml:space="preserve">| </w:t>
            </w:r>
            <w:r w:rsidR="00260B98" w:rsidRPr="007F1DAA">
              <w:rPr>
                <w:b/>
                <w:bCs/>
                <w:lang w:val="nl-BE"/>
              </w:rPr>
              <w:t xml:space="preserve">300 euro </w:t>
            </w:r>
            <w:r w:rsidR="00260B98" w:rsidRPr="007F1DAA">
              <w:rPr>
                <w:lang w:val="nl-BE"/>
              </w:rPr>
              <w:t xml:space="preserve">voor niet-leden   </w:t>
            </w:r>
          </w:p>
        </w:tc>
      </w:tr>
      <w:tr w:rsidR="00260B98" w14:paraId="5F11220C" w14:textId="77777777" w:rsidTr="00D744B2">
        <w:trPr>
          <w:trHeight w:val="1812"/>
        </w:trPr>
        <w:tc>
          <w:tcPr>
            <w:tcW w:w="3066" w:type="dxa"/>
            <w:vMerge/>
          </w:tcPr>
          <w:p w14:paraId="3A1D996B" w14:textId="77777777" w:rsidR="00260B98" w:rsidRPr="007F1DAA" w:rsidRDefault="00260B98" w:rsidP="00260B98">
            <w:pPr>
              <w:rPr>
                <w:lang w:val="nl-BE"/>
              </w:rPr>
            </w:pPr>
          </w:p>
        </w:tc>
        <w:tc>
          <w:tcPr>
            <w:tcW w:w="6672" w:type="dxa"/>
          </w:tcPr>
          <w:p w14:paraId="35B2D66E" w14:textId="2B77DD72" w:rsidR="007F1DAA" w:rsidRPr="00B17150" w:rsidRDefault="00260B98" w:rsidP="00260B98">
            <w:pPr>
              <w:rPr>
                <w:lang w:val="nl-BE"/>
              </w:rPr>
            </w:pPr>
            <w:r w:rsidRPr="00B17150">
              <w:rPr>
                <w:lang w:val="nl-BE"/>
              </w:rPr>
              <w:t>Zo ja, vul dan het volgende in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2873"/>
              <w:gridCol w:w="3573"/>
            </w:tblGrid>
            <w:tr w:rsidR="007F1DAA" w14:paraId="3A94E6C1" w14:textId="77777777" w:rsidTr="00B17150">
              <w:tc>
                <w:tcPr>
                  <w:tcW w:w="2873" w:type="dxa"/>
                </w:tcPr>
                <w:p w14:paraId="626694C7" w14:textId="2705668C" w:rsidR="007F1DAA" w:rsidRPr="007F1DAA" w:rsidRDefault="007F1DAA" w:rsidP="00260B98">
                  <w:pPr>
                    <w:rPr>
                      <w:lang w:val="nl-BE"/>
                    </w:rPr>
                  </w:pPr>
                  <w:r w:rsidRPr="00661001">
                    <w:rPr>
                      <w:lang w:val="nl-BE"/>
                    </w:rPr>
                    <w:t>Bedrijfsnaam</w:t>
                  </w:r>
                </w:p>
              </w:tc>
              <w:tc>
                <w:tcPr>
                  <w:tcW w:w="3573" w:type="dxa"/>
                </w:tcPr>
                <w:p w14:paraId="14667B4D" w14:textId="77777777" w:rsidR="007F1DAA" w:rsidRDefault="007F1DAA" w:rsidP="00260B98">
                  <w:pPr>
                    <w:rPr>
                      <w:color w:val="C0504D" w:themeColor="accent2"/>
                      <w:lang w:val="nl-BE"/>
                    </w:rPr>
                  </w:pPr>
                </w:p>
              </w:tc>
            </w:tr>
            <w:tr w:rsidR="007F1DAA" w14:paraId="1FF0E283" w14:textId="77777777" w:rsidTr="00B17150">
              <w:tc>
                <w:tcPr>
                  <w:tcW w:w="2873" w:type="dxa"/>
                </w:tcPr>
                <w:p w14:paraId="7D655346" w14:textId="2FE2FED9" w:rsidR="007F1DAA" w:rsidRPr="007F1DAA" w:rsidRDefault="007F1DAA" w:rsidP="00260B98">
                  <w:pPr>
                    <w:rPr>
                      <w:lang w:val="nl-BE"/>
                    </w:rPr>
                  </w:pPr>
                  <w:r w:rsidRPr="00661001">
                    <w:rPr>
                      <w:lang w:val="nl-BE"/>
                    </w:rPr>
                    <w:t>Straatnaam + huisnummer</w:t>
                  </w:r>
                </w:p>
              </w:tc>
              <w:tc>
                <w:tcPr>
                  <w:tcW w:w="3573" w:type="dxa"/>
                </w:tcPr>
                <w:p w14:paraId="3338AA7A" w14:textId="77777777" w:rsidR="007F1DAA" w:rsidRDefault="007F1DAA" w:rsidP="00260B98">
                  <w:pPr>
                    <w:rPr>
                      <w:color w:val="C0504D" w:themeColor="accent2"/>
                      <w:lang w:val="nl-BE"/>
                    </w:rPr>
                  </w:pPr>
                </w:p>
              </w:tc>
            </w:tr>
            <w:tr w:rsidR="007F1DAA" w14:paraId="595DD404" w14:textId="77777777" w:rsidTr="00B17150">
              <w:tc>
                <w:tcPr>
                  <w:tcW w:w="2873" w:type="dxa"/>
                </w:tcPr>
                <w:p w14:paraId="772E8D69" w14:textId="63221C86" w:rsidR="007F1DAA" w:rsidRPr="007F1DAA" w:rsidRDefault="007F1DAA" w:rsidP="00260B98">
                  <w:pPr>
                    <w:rPr>
                      <w:lang w:val="nl-BE"/>
                    </w:rPr>
                  </w:pPr>
                  <w:r w:rsidRPr="00661001">
                    <w:rPr>
                      <w:lang w:val="nl-BE"/>
                    </w:rPr>
                    <w:t>Postcode + plaats + land</w:t>
                  </w:r>
                </w:p>
              </w:tc>
              <w:tc>
                <w:tcPr>
                  <w:tcW w:w="3573" w:type="dxa"/>
                </w:tcPr>
                <w:p w14:paraId="4FF3DC78" w14:textId="77777777" w:rsidR="007F1DAA" w:rsidRDefault="007F1DAA" w:rsidP="00260B98">
                  <w:pPr>
                    <w:rPr>
                      <w:color w:val="C0504D" w:themeColor="accent2"/>
                      <w:lang w:val="nl-BE"/>
                    </w:rPr>
                  </w:pPr>
                </w:p>
              </w:tc>
            </w:tr>
            <w:tr w:rsidR="007F1DAA" w14:paraId="288B6D22" w14:textId="77777777" w:rsidTr="00B17150">
              <w:tc>
                <w:tcPr>
                  <w:tcW w:w="2873" w:type="dxa"/>
                </w:tcPr>
                <w:p w14:paraId="7F9B70EB" w14:textId="42D0A720" w:rsidR="007F1DAA" w:rsidRPr="007F1DAA" w:rsidRDefault="007F1DAA" w:rsidP="00260B98">
                  <w:pPr>
                    <w:rPr>
                      <w:lang w:val="fr-BE"/>
                    </w:rPr>
                  </w:pPr>
                  <w:proofErr w:type="spellStart"/>
                  <w:r>
                    <w:rPr>
                      <w:lang w:val="fr-BE"/>
                    </w:rPr>
                    <w:t>Telefoonnummer</w:t>
                  </w:r>
                  <w:proofErr w:type="spellEnd"/>
                  <w:r>
                    <w:rPr>
                      <w:lang w:val="fr-BE"/>
                    </w:rPr>
                    <w:t xml:space="preserve"> + e-</w:t>
                  </w:r>
                  <w:proofErr w:type="spellStart"/>
                  <w:r>
                    <w:rPr>
                      <w:lang w:val="fr-BE"/>
                    </w:rPr>
                    <w:t>mailadres</w:t>
                  </w:r>
                  <w:proofErr w:type="spellEnd"/>
                </w:p>
              </w:tc>
              <w:tc>
                <w:tcPr>
                  <w:tcW w:w="3573" w:type="dxa"/>
                </w:tcPr>
                <w:p w14:paraId="0947F4EA" w14:textId="77777777" w:rsidR="007F1DAA" w:rsidRDefault="007F1DAA" w:rsidP="00260B98">
                  <w:pPr>
                    <w:rPr>
                      <w:color w:val="C0504D" w:themeColor="accent2"/>
                      <w:lang w:val="nl-BE"/>
                    </w:rPr>
                  </w:pPr>
                </w:p>
              </w:tc>
            </w:tr>
            <w:tr w:rsidR="007F1DAA" w14:paraId="689FE647" w14:textId="77777777" w:rsidTr="00B17150">
              <w:tc>
                <w:tcPr>
                  <w:tcW w:w="2873" w:type="dxa"/>
                </w:tcPr>
                <w:p w14:paraId="180BCE23" w14:textId="19392347" w:rsidR="007F1DAA" w:rsidRDefault="007F1DAA" w:rsidP="00260B98">
                  <w:pPr>
                    <w:rPr>
                      <w:lang w:val="fr-BE"/>
                    </w:rPr>
                  </w:pPr>
                  <w:proofErr w:type="spellStart"/>
                  <w:r>
                    <w:rPr>
                      <w:lang w:val="fr-BE"/>
                    </w:rPr>
                    <w:t>Website</w:t>
                  </w:r>
                  <w:proofErr w:type="spellEnd"/>
                </w:p>
              </w:tc>
              <w:tc>
                <w:tcPr>
                  <w:tcW w:w="3573" w:type="dxa"/>
                </w:tcPr>
                <w:p w14:paraId="17EFE138" w14:textId="77777777" w:rsidR="007F1DAA" w:rsidRDefault="007F1DAA" w:rsidP="00260B98">
                  <w:pPr>
                    <w:rPr>
                      <w:color w:val="C0504D" w:themeColor="accent2"/>
                      <w:lang w:val="nl-BE"/>
                    </w:rPr>
                  </w:pPr>
                </w:p>
              </w:tc>
            </w:tr>
          </w:tbl>
          <w:p w14:paraId="1C936EDF" w14:textId="798E2717" w:rsidR="00260B98" w:rsidRDefault="00260B98" w:rsidP="00260B98">
            <w:pPr>
              <w:rPr>
                <w:lang w:val="fr-BE"/>
              </w:rPr>
            </w:pPr>
          </w:p>
        </w:tc>
      </w:tr>
      <w:tr w:rsidR="005D29A6" w14:paraId="293BCBC2" w14:textId="77777777" w:rsidTr="00D744B2">
        <w:tc>
          <w:tcPr>
            <w:tcW w:w="3066" w:type="dxa"/>
            <w:vMerge w:val="restart"/>
          </w:tcPr>
          <w:p w14:paraId="7081A855" w14:textId="31523DE6" w:rsidR="005D29A6" w:rsidRDefault="005D29A6" w:rsidP="00260B98">
            <w:pPr>
              <w:rPr>
                <w:lang w:val="fr-BE"/>
              </w:rPr>
            </w:pPr>
            <w:r>
              <w:rPr>
                <w:noProof/>
                <w:lang w:val="fr-BE"/>
              </w:rPr>
              <w:drawing>
                <wp:anchor distT="0" distB="0" distL="114300" distR="114300" simplePos="0" relativeHeight="251658243" behindDoc="1" locked="0" layoutInCell="1" allowOverlap="1" wp14:anchorId="104F9165" wp14:editId="3E4D1AB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205105</wp:posOffset>
                  </wp:positionV>
                  <wp:extent cx="1540510" cy="2162175"/>
                  <wp:effectExtent l="0" t="0" r="2540" b="9525"/>
                  <wp:wrapTight wrapText="bothSides">
                    <wp:wrapPolygon edited="0">
                      <wp:start x="0" y="0"/>
                      <wp:lineTo x="0" y="21505"/>
                      <wp:lineTo x="21369" y="21505"/>
                      <wp:lineTo x="21369" y="0"/>
                      <wp:lineTo x="0" y="0"/>
                    </wp:wrapPolygon>
                  </wp:wrapTight>
                  <wp:docPr id="655392440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51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72" w:type="dxa"/>
            <w:shd w:val="clear" w:color="auto" w:fill="F2DBDB" w:themeFill="accent2" w:themeFillTint="33"/>
          </w:tcPr>
          <w:p w14:paraId="5ABE6994" w14:textId="48384946" w:rsidR="005D29A6" w:rsidRPr="00661001" w:rsidRDefault="005D29A6" w:rsidP="00260B98">
            <w:pPr>
              <w:rPr>
                <w:color w:val="C0504D" w:themeColor="accent2"/>
                <w:sz w:val="36"/>
                <w:szCs w:val="40"/>
                <w:lang w:val="nl-BE"/>
              </w:rPr>
            </w:pPr>
            <w:r w:rsidRPr="00661001">
              <w:rPr>
                <w:b/>
                <w:bCs/>
                <w:color w:val="C0504D" w:themeColor="accent2"/>
                <w:sz w:val="36"/>
                <w:szCs w:val="40"/>
                <w:lang w:val="nl-BE"/>
              </w:rPr>
              <w:t>Bedrij</w:t>
            </w:r>
            <w:r w:rsidR="000E6B79">
              <w:rPr>
                <w:b/>
                <w:bCs/>
                <w:color w:val="C0504D" w:themeColor="accent2"/>
                <w:sz w:val="36"/>
                <w:szCs w:val="40"/>
                <w:lang w:val="nl-BE"/>
              </w:rPr>
              <w:t>ven</w:t>
            </w:r>
            <w:r w:rsidRPr="00661001">
              <w:rPr>
                <w:b/>
                <w:bCs/>
                <w:color w:val="C0504D" w:themeColor="accent2"/>
                <w:sz w:val="36"/>
                <w:szCs w:val="40"/>
                <w:lang w:val="nl-BE"/>
              </w:rPr>
              <w:t xml:space="preserve">register </w:t>
            </w:r>
          </w:p>
          <w:p w14:paraId="6DE6E43F" w14:textId="2047AF1F" w:rsidR="005D29A6" w:rsidRPr="00661001" w:rsidRDefault="005D29A6" w:rsidP="005D29A6">
            <w:pPr>
              <w:rPr>
                <w:lang w:val="nl-BE"/>
              </w:rPr>
            </w:pPr>
            <w:r w:rsidRPr="00661001">
              <w:rPr>
                <w:lang w:val="nl-BE"/>
              </w:rPr>
              <w:t>Staat uw bedrijf vermeld in het bedrij</w:t>
            </w:r>
            <w:r w:rsidR="000E6B79">
              <w:rPr>
                <w:lang w:val="nl-BE"/>
              </w:rPr>
              <w:t>ven</w:t>
            </w:r>
            <w:r w:rsidRPr="00661001">
              <w:rPr>
                <w:lang w:val="nl-BE"/>
              </w:rPr>
              <w:t xml:space="preserve">register op de </w:t>
            </w:r>
            <w:proofErr w:type="spellStart"/>
            <w:r w:rsidR="00287466">
              <w:rPr>
                <w:lang w:val="nl-BE"/>
              </w:rPr>
              <w:t>achtercover</w:t>
            </w:r>
            <w:proofErr w:type="spellEnd"/>
            <w:r w:rsidRPr="00661001">
              <w:rPr>
                <w:lang w:val="nl-BE"/>
              </w:rPr>
              <w:t>?</w:t>
            </w:r>
          </w:p>
          <w:p w14:paraId="45471350" w14:textId="77777777" w:rsidR="005D29A6" w:rsidRDefault="005D29A6" w:rsidP="00260B98">
            <w:pPr>
              <w:rPr>
                <w:lang w:val="fr-BE"/>
              </w:rPr>
            </w:pPr>
            <w:r w:rsidRPr="005D29A6">
              <w:rPr>
                <w:lang w:val="fr-BE"/>
              </w:rPr>
              <w:t xml:space="preserve">□ </w:t>
            </w:r>
            <w:proofErr w:type="spellStart"/>
            <w:r w:rsidRPr="005D29A6">
              <w:rPr>
                <w:lang w:val="fr-BE"/>
              </w:rPr>
              <w:t>Ja</w:t>
            </w:r>
            <w:proofErr w:type="spellEnd"/>
            <w:r w:rsidRPr="005D29A6">
              <w:rPr>
                <w:lang w:val="fr-BE"/>
              </w:rPr>
              <w:t xml:space="preserve">    □ Nee</w:t>
            </w:r>
          </w:p>
          <w:p w14:paraId="3923B0A0" w14:textId="2A9D77BF" w:rsidR="00B17150" w:rsidRPr="005D29A6" w:rsidRDefault="00B17150" w:rsidP="00260B98">
            <w:pPr>
              <w:rPr>
                <w:lang w:val="fr-BE"/>
              </w:rPr>
            </w:pPr>
          </w:p>
        </w:tc>
      </w:tr>
      <w:tr w:rsidR="005D29A6" w:rsidRPr="00011F03" w14:paraId="0D386675" w14:textId="77777777" w:rsidTr="00D744B2">
        <w:tc>
          <w:tcPr>
            <w:tcW w:w="3066" w:type="dxa"/>
            <w:vMerge/>
          </w:tcPr>
          <w:p w14:paraId="4EE278F7" w14:textId="77777777" w:rsidR="005D29A6" w:rsidRDefault="005D29A6" w:rsidP="005D29A6">
            <w:pPr>
              <w:rPr>
                <w:noProof/>
                <w:lang w:val="fr-BE"/>
              </w:rPr>
            </w:pPr>
          </w:p>
        </w:tc>
        <w:tc>
          <w:tcPr>
            <w:tcW w:w="6672" w:type="dxa"/>
          </w:tcPr>
          <w:p w14:paraId="0ABF8EF7" w14:textId="79160E5A" w:rsidR="005D29A6" w:rsidRPr="00260B98" w:rsidRDefault="0016268E" w:rsidP="005D29A6">
            <w:pPr>
              <w:rPr>
                <w:color w:val="C0504D" w:themeColor="accent2"/>
                <w:lang w:val="fr-BE"/>
              </w:rPr>
            </w:pPr>
            <w:proofErr w:type="spellStart"/>
            <w:r>
              <w:rPr>
                <w:color w:val="C0504D" w:themeColor="accent2"/>
                <w:lang w:val="fr-BE"/>
              </w:rPr>
              <w:t>Tarie</w:t>
            </w:r>
            <w:r w:rsidR="00287466">
              <w:rPr>
                <w:color w:val="C0504D" w:themeColor="accent2"/>
                <w:lang w:val="fr-BE"/>
              </w:rPr>
              <w:t>f</w:t>
            </w:r>
            <w:proofErr w:type="spellEnd"/>
          </w:p>
          <w:p w14:paraId="614773F5" w14:textId="63B5BE68" w:rsidR="005D29A6" w:rsidRPr="00B17150" w:rsidRDefault="00B17150" w:rsidP="00B17150">
            <w:pPr>
              <w:pStyle w:val="Paragraphedeliste"/>
              <w:numPr>
                <w:ilvl w:val="0"/>
                <w:numId w:val="18"/>
              </w:numPr>
              <w:rPr>
                <w:lang w:val="nl-BE"/>
              </w:rPr>
            </w:pPr>
            <w:r w:rsidRPr="00B17150">
              <w:rPr>
                <w:b/>
                <w:bCs/>
                <w:lang w:val="nl-BE"/>
              </w:rPr>
              <w:t>eu</w:t>
            </w:r>
            <w:r w:rsidR="005D29A6" w:rsidRPr="00B17150">
              <w:rPr>
                <w:b/>
                <w:bCs/>
                <w:lang w:val="nl-BE"/>
              </w:rPr>
              <w:t xml:space="preserve">ro </w:t>
            </w:r>
            <w:r w:rsidR="005D29A6" w:rsidRPr="00B17150">
              <w:rPr>
                <w:lang w:val="nl-BE"/>
              </w:rPr>
              <w:t xml:space="preserve">voor </w:t>
            </w:r>
            <w:r w:rsidR="00287466" w:rsidRPr="00B17150">
              <w:rPr>
                <w:lang w:val="nl-BE"/>
              </w:rPr>
              <w:t>VOM-</w:t>
            </w:r>
            <w:r w:rsidR="005D29A6" w:rsidRPr="00B17150">
              <w:rPr>
                <w:lang w:val="nl-BE"/>
              </w:rPr>
              <w:t xml:space="preserve">leden </w:t>
            </w:r>
            <w:r w:rsidRPr="00B17150">
              <w:rPr>
                <w:lang w:val="nl-BE"/>
              </w:rPr>
              <w:t xml:space="preserve">| </w:t>
            </w:r>
            <w:r w:rsidR="005D29A6" w:rsidRPr="00B17150">
              <w:rPr>
                <w:b/>
                <w:bCs/>
                <w:lang w:val="nl-BE"/>
              </w:rPr>
              <w:t xml:space="preserve">300 euro </w:t>
            </w:r>
            <w:r w:rsidR="005D29A6" w:rsidRPr="00B17150">
              <w:rPr>
                <w:lang w:val="nl-BE"/>
              </w:rPr>
              <w:t xml:space="preserve">voor niet-leden   </w:t>
            </w:r>
          </w:p>
        </w:tc>
      </w:tr>
      <w:tr w:rsidR="005D29A6" w:rsidRPr="00011F03" w14:paraId="195CE757" w14:textId="77777777" w:rsidTr="00D744B2">
        <w:tc>
          <w:tcPr>
            <w:tcW w:w="3066" w:type="dxa"/>
            <w:vMerge/>
          </w:tcPr>
          <w:p w14:paraId="27C52406" w14:textId="77777777" w:rsidR="005D29A6" w:rsidRPr="00B17150" w:rsidRDefault="005D29A6" w:rsidP="005D29A6">
            <w:pPr>
              <w:rPr>
                <w:noProof/>
                <w:lang w:val="nl-BE"/>
              </w:rPr>
            </w:pPr>
          </w:p>
        </w:tc>
        <w:tc>
          <w:tcPr>
            <w:tcW w:w="6672" w:type="dxa"/>
          </w:tcPr>
          <w:p w14:paraId="04C10AE0" w14:textId="2576FF59" w:rsidR="00B17150" w:rsidRPr="00AE3174" w:rsidRDefault="005D29A6" w:rsidP="005D29A6">
            <w:pPr>
              <w:rPr>
                <w:lang w:val="nl-BE"/>
              </w:rPr>
            </w:pPr>
            <w:r w:rsidRPr="00AE3174">
              <w:rPr>
                <w:lang w:val="nl-BE"/>
              </w:rPr>
              <w:t>Zo ja, vul dan het volgende in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2873"/>
              <w:gridCol w:w="3573"/>
            </w:tblGrid>
            <w:tr w:rsidR="00B17150" w:rsidRPr="00052FBA" w14:paraId="34FB2FF7" w14:textId="77777777" w:rsidTr="00B17150">
              <w:tc>
                <w:tcPr>
                  <w:tcW w:w="2873" w:type="dxa"/>
                </w:tcPr>
                <w:p w14:paraId="02643D16" w14:textId="32BF2EA7" w:rsidR="00B17150" w:rsidRPr="00052FBA" w:rsidRDefault="00B17150" w:rsidP="005D29A6">
                  <w:pPr>
                    <w:rPr>
                      <w:lang w:val="fr-BE"/>
                    </w:rPr>
                  </w:pPr>
                  <w:r w:rsidRPr="00052FBA">
                    <w:rPr>
                      <w:lang w:val="fr-BE"/>
                    </w:rPr>
                    <w:t>Bedrijfsnaam</w:t>
                  </w:r>
                </w:p>
              </w:tc>
              <w:tc>
                <w:tcPr>
                  <w:tcW w:w="3573" w:type="dxa"/>
                </w:tcPr>
                <w:p w14:paraId="5A882B8A" w14:textId="77777777" w:rsidR="00B17150" w:rsidRPr="00052FBA" w:rsidRDefault="00B17150" w:rsidP="005D29A6">
                  <w:pPr>
                    <w:rPr>
                      <w:lang w:val="fr-BE"/>
                    </w:rPr>
                  </w:pPr>
                </w:p>
              </w:tc>
            </w:tr>
            <w:tr w:rsidR="00B17150" w:rsidRPr="00052FBA" w14:paraId="2AF91B3B" w14:textId="77777777" w:rsidTr="00B17150">
              <w:tc>
                <w:tcPr>
                  <w:tcW w:w="2873" w:type="dxa"/>
                </w:tcPr>
                <w:p w14:paraId="236BF79D" w14:textId="62DC9457" w:rsidR="00B17150" w:rsidRPr="00052FBA" w:rsidRDefault="00B17150" w:rsidP="005D29A6">
                  <w:pPr>
                    <w:rPr>
                      <w:lang w:val="fr-BE"/>
                    </w:rPr>
                  </w:pPr>
                  <w:r w:rsidRPr="00052FBA">
                    <w:rPr>
                      <w:lang w:val="fr-BE"/>
                    </w:rPr>
                    <w:t>Straatnaam + huisnummer</w:t>
                  </w:r>
                </w:p>
              </w:tc>
              <w:tc>
                <w:tcPr>
                  <w:tcW w:w="3573" w:type="dxa"/>
                </w:tcPr>
                <w:p w14:paraId="0007168F" w14:textId="77777777" w:rsidR="00B17150" w:rsidRPr="00052FBA" w:rsidRDefault="00B17150" w:rsidP="005D29A6">
                  <w:pPr>
                    <w:rPr>
                      <w:lang w:val="fr-BE"/>
                    </w:rPr>
                  </w:pPr>
                </w:p>
              </w:tc>
            </w:tr>
            <w:tr w:rsidR="00B17150" w:rsidRPr="00052FBA" w14:paraId="19C89DD7" w14:textId="77777777" w:rsidTr="00B17150">
              <w:tc>
                <w:tcPr>
                  <w:tcW w:w="2873" w:type="dxa"/>
                </w:tcPr>
                <w:p w14:paraId="31967184" w14:textId="1933BCED" w:rsidR="00B17150" w:rsidRPr="00052FBA" w:rsidRDefault="00B17150" w:rsidP="005D29A6">
                  <w:pPr>
                    <w:rPr>
                      <w:lang w:val="fr-BE"/>
                    </w:rPr>
                  </w:pPr>
                  <w:r w:rsidRPr="00052FBA">
                    <w:rPr>
                      <w:lang w:val="fr-BE"/>
                    </w:rPr>
                    <w:t>Postcode + plaats + land</w:t>
                  </w:r>
                </w:p>
              </w:tc>
              <w:tc>
                <w:tcPr>
                  <w:tcW w:w="3573" w:type="dxa"/>
                </w:tcPr>
                <w:p w14:paraId="738D9636" w14:textId="77777777" w:rsidR="00B17150" w:rsidRPr="00052FBA" w:rsidRDefault="00B17150" w:rsidP="005D29A6">
                  <w:pPr>
                    <w:rPr>
                      <w:lang w:val="fr-BE"/>
                    </w:rPr>
                  </w:pPr>
                </w:p>
              </w:tc>
            </w:tr>
            <w:tr w:rsidR="00B17150" w:rsidRPr="00052FBA" w14:paraId="1DAC922E" w14:textId="77777777" w:rsidTr="00B17150">
              <w:tc>
                <w:tcPr>
                  <w:tcW w:w="2873" w:type="dxa"/>
                </w:tcPr>
                <w:p w14:paraId="405BFD46" w14:textId="6CF23004" w:rsidR="00B17150" w:rsidRPr="00052FBA" w:rsidRDefault="00B17150" w:rsidP="005D29A6">
                  <w:pPr>
                    <w:rPr>
                      <w:lang w:val="fr-BE"/>
                    </w:rPr>
                  </w:pPr>
                  <w:r w:rsidRPr="00052FBA">
                    <w:rPr>
                      <w:lang w:val="fr-BE"/>
                    </w:rPr>
                    <w:t>E-mailadres voor contact</w:t>
                  </w:r>
                </w:p>
              </w:tc>
              <w:tc>
                <w:tcPr>
                  <w:tcW w:w="3573" w:type="dxa"/>
                </w:tcPr>
                <w:p w14:paraId="24103ACD" w14:textId="77777777" w:rsidR="00B17150" w:rsidRPr="00052FBA" w:rsidRDefault="00B17150" w:rsidP="005D29A6">
                  <w:pPr>
                    <w:rPr>
                      <w:lang w:val="fr-BE"/>
                    </w:rPr>
                  </w:pPr>
                </w:p>
              </w:tc>
            </w:tr>
            <w:tr w:rsidR="00B17150" w:rsidRPr="00011F03" w14:paraId="4CE4F1F5" w14:textId="77777777" w:rsidTr="00B17150">
              <w:tc>
                <w:tcPr>
                  <w:tcW w:w="2873" w:type="dxa"/>
                </w:tcPr>
                <w:p w14:paraId="088271E7" w14:textId="449C1E03" w:rsidR="00B17150" w:rsidRPr="00AE3174" w:rsidRDefault="00B17150" w:rsidP="00B17150">
                  <w:pPr>
                    <w:rPr>
                      <w:lang w:val="nl-BE"/>
                    </w:rPr>
                  </w:pPr>
                  <w:r w:rsidRPr="00AE3174">
                    <w:rPr>
                      <w:lang w:val="nl-BE"/>
                    </w:rPr>
                    <w:t>Website voor de QR-code</w:t>
                  </w:r>
                </w:p>
              </w:tc>
              <w:tc>
                <w:tcPr>
                  <w:tcW w:w="3573" w:type="dxa"/>
                </w:tcPr>
                <w:p w14:paraId="0F586344" w14:textId="77777777" w:rsidR="00B17150" w:rsidRPr="00AE3174" w:rsidRDefault="00B17150" w:rsidP="005D29A6">
                  <w:pPr>
                    <w:rPr>
                      <w:lang w:val="nl-BE"/>
                    </w:rPr>
                  </w:pPr>
                </w:p>
              </w:tc>
            </w:tr>
            <w:tr w:rsidR="00B17150" w:rsidRPr="00011F03" w14:paraId="5C19F8AB" w14:textId="77777777" w:rsidTr="00144FBC">
              <w:tc>
                <w:tcPr>
                  <w:tcW w:w="6446" w:type="dxa"/>
                  <w:gridSpan w:val="2"/>
                </w:tcPr>
                <w:p w14:paraId="7FD2FBFC" w14:textId="5774021C" w:rsidR="00B17150" w:rsidRPr="00AE3174" w:rsidRDefault="00B17150" w:rsidP="005D29A6">
                  <w:pPr>
                    <w:rPr>
                      <w:lang w:val="nl-BE"/>
                    </w:rPr>
                  </w:pPr>
                  <w:r w:rsidRPr="00AE3174">
                    <w:rPr>
                      <w:lang w:val="nl-BE"/>
                    </w:rPr>
                    <w:t>Beschrijving van uw diensten (max. 350 tekens, inclusief spaties)</w:t>
                  </w:r>
                </w:p>
              </w:tc>
            </w:tr>
            <w:tr w:rsidR="00B17150" w:rsidRPr="00011F03" w14:paraId="075620A5" w14:textId="77777777" w:rsidTr="00144FBC">
              <w:tc>
                <w:tcPr>
                  <w:tcW w:w="6446" w:type="dxa"/>
                  <w:gridSpan w:val="2"/>
                </w:tcPr>
                <w:p w14:paraId="0CBE9B3D" w14:textId="77777777" w:rsidR="002C61D5" w:rsidRPr="00AE3174" w:rsidRDefault="002C61D5" w:rsidP="005D29A6">
                  <w:pPr>
                    <w:rPr>
                      <w:lang w:val="nl-BE"/>
                    </w:rPr>
                  </w:pPr>
                </w:p>
              </w:tc>
            </w:tr>
          </w:tbl>
          <w:p w14:paraId="023B71F2" w14:textId="77777777" w:rsidR="005D29A6" w:rsidRPr="00AE3174" w:rsidRDefault="005D29A6" w:rsidP="00B17150">
            <w:pPr>
              <w:rPr>
                <w:lang w:val="nl-BE"/>
              </w:rPr>
            </w:pPr>
          </w:p>
          <w:p w14:paraId="37811B2D" w14:textId="77777777" w:rsidR="00D744B2" w:rsidRPr="00AE3174" w:rsidRDefault="00D744B2" w:rsidP="00B17150">
            <w:pPr>
              <w:rPr>
                <w:lang w:val="nl-BE"/>
              </w:rPr>
            </w:pPr>
          </w:p>
          <w:p w14:paraId="5103C9AE" w14:textId="2D2B46C2" w:rsidR="00C11CAE" w:rsidRPr="00AE3174" w:rsidRDefault="00C11CAE" w:rsidP="00B17150">
            <w:pPr>
              <w:rPr>
                <w:lang w:val="nl-BE"/>
              </w:rPr>
            </w:pPr>
          </w:p>
        </w:tc>
      </w:tr>
      <w:tr w:rsidR="0016268E" w14:paraId="2F33F94D" w14:textId="77777777" w:rsidTr="00E4560A">
        <w:tc>
          <w:tcPr>
            <w:tcW w:w="3066" w:type="dxa"/>
            <w:vMerge w:val="restart"/>
          </w:tcPr>
          <w:p w14:paraId="1945377B" w14:textId="77777777" w:rsidR="0016268E" w:rsidRPr="008B1920" w:rsidRDefault="0016268E" w:rsidP="005D29A6">
            <w:pPr>
              <w:rPr>
                <w:noProof/>
                <w:lang w:val="nl-BE"/>
              </w:rPr>
            </w:pPr>
          </w:p>
          <w:p w14:paraId="10E5629A" w14:textId="09A6E7C4" w:rsidR="0016268E" w:rsidRPr="008B1920" w:rsidRDefault="0016268E" w:rsidP="005D29A6">
            <w:pPr>
              <w:rPr>
                <w:noProof/>
                <w:lang w:val="nl-BE"/>
              </w:rPr>
            </w:pPr>
            <w:r w:rsidRPr="0016268E">
              <w:rPr>
                <w:noProof/>
                <w:lang w:val="fr-BE"/>
              </w:rPr>
              <w:drawing>
                <wp:anchor distT="0" distB="0" distL="114300" distR="114300" simplePos="0" relativeHeight="251658240" behindDoc="1" locked="0" layoutInCell="1" allowOverlap="1" wp14:anchorId="69E753A8" wp14:editId="1F37C96C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1905</wp:posOffset>
                  </wp:positionV>
                  <wp:extent cx="1368000" cy="1328400"/>
                  <wp:effectExtent l="0" t="0" r="3810" b="5715"/>
                  <wp:wrapNone/>
                  <wp:docPr id="1180363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363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AD02D3" w14:textId="394BD361" w:rsidR="0016268E" w:rsidRPr="008B1920" w:rsidRDefault="0016268E" w:rsidP="005D29A6">
            <w:pPr>
              <w:rPr>
                <w:noProof/>
                <w:lang w:val="nl-BE"/>
              </w:rPr>
            </w:pPr>
          </w:p>
          <w:p w14:paraId="6FA1FFD7" w14:textId="1B9FDC96" w:rsidR="0016268E" w:rsidRPr="008B1920" w:rsidRDefault="00AA2804" w:rsidP="005D29A6">
            <w:pPr>
              <w:rPr>
                <w:noProof/>
                <w:lang w:val="nl-BE"/>
              </w:rPr>
            </w:pPr>
            <w:r w:rsidRPr="00B91D48">
              <w:rPr>
                <w:noProof/>
                <w:lang w:val="fr-BE"/>
              </w:rPr>
              <w:drawing>
                <wp:anchor distT="0" distB="0" distL="114300" distR="114300" simplePos="0" relativeHeight="251658245" behindDoc="1" locked="0" layoutInCell="1" allowOverlap="1" wp14:anchorId="4BD47C34" wp14:editId="0F40B87E">
                  <wp:simplePos x="0" y="0"/>
                  <wp:positionH relativeFrom="column">
                    <wp:posOffset>232902</wp:posOffset>
                  </wp:positionH>
                  <wp:positionV relativeFrom="paragraph">
                    <wp:posOffset>76252</wp:posOffset>
                  </wp:positionV>
                  <wp:extent cx="1498317" cy="967268"/>
                  <wp:effectExtent l="76200" t="114300" r="83185" b="118745"/>
                  <wp:wrapNone/>
                  <wp:docPr id="140651538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515382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546648">
                            <a:off x="0" y="0"/>
                            <a:ext cx="1498317" cy="967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3A0106F" w14:textId="6C0875E6" w:rsidR="0016268E" w:rsidRPr="008B1920" w:rsidRDefault="0016268E" w:rsidP="005D29A6">
            <w:pPr>
              <w:rPr>
                <w:noProof/>
                <w:lang w:val="nl-BE"/>
              </w:rPr>
            </w:pPr>
          </w:p>
        </w:tc>
        <w:tc>
          <w:tcPr>
            <w:tcW w:w="6672" w:type="dxa"/>
            <w:shd w:val="clear" w:color="auto" w:fill="F2DBDB" w:themeFill="accent2" w:themeFillTint="33"/>
          </w:tcPr>
          <w:p w14:paraId="36D19937" w14:textId="03C08239" w:rsidR="0016268E" w:rsidRPr="00661001" w:rsidRDefault="0016268E" w:rsidP="0016268E">
            <w:pPr>
              <w:rPr>
                <w:color w:val="C0504D" w:themeColor="accent2"/>
                <w:sz w:val="36"/>
                <w:szCs w:val="40"/>
                <w:lang w:val="nl-BE"/>
              </w:rPr>
            </w:pPr>
            <w:r w:rsidRPr="00661001">
              <w:rPr>
                <w:b/>
                <w:bCs/>
                <w:color w:val="C0504D" w:themeColor="accent2"/>
                <w:sz w:val="36"/>
                <w:szCs w:val="40"/>
                <w:lang w:val="nl-BE"/>
              </w:rPr>
              <w:t>Content Push &amp; Follow-up</w:t>
            </w:r>
          </w:p>
          <w:p w14:paraId="453B8634" w14:textId="1AA57D0E" w:rsidR="0016268E" w:rsidRPr="00661001" w:rsidRDefault="0016268E" w:rsidP="0016268E">
            <w:pPr>
              <w:rPr>
                <w:lang w:val="nl-BE"/>
              </w:rPr>
            </w:pPr>
            <w:r w:rsidRPr="00661001">
              <w:rPr>
                <w:lang w:val="nl-BE"/>
              </w:rPr>
              <w:t>Vergroot de zichtbaarheid van uw artikel en ontdek welke bedrijven het bekijken.</w:t>
            </w:r>
            <w:r w:rsidR="00A7255C">
              <w:rPr>
                <w:lang w:val="nl-BE"/>
              </w:rPr>
              <w:t xml:space="preserve"> </w:t>
            </w:r>
            <w:r w:rsidRPr="00661001">
              <w:rPr>
                <w:lang w:val="nl-BE"/>
              </w:rPr>
              <w:t xml:space="preserve">Uw artikel wordt gepubliceerd op de pagina </w:t>
            </w:r>
            <w:r w:rsidRPr="00661001">
              <w:rPr>
                <w:b/>
                <w:bCs/>
                <w:lang w:val="nl-BE"/>
              </w:rPr>
              <w:t>Technische artikel</w:t>
            </w:r>
            <w:r w:rsidR="009C07C3">
              <w:rPr>
                <w:b/>
                <w:bCs/>
                <w:lang w:val="nl-BE"/>
              </w:rPr>
              <w:t>s</w:t>
            </w:r>
            <w:r w:rsidRPr="00661001">
              <w:rPr>
                <w:b/>
                <w:bCs/>
                <w:lang w:val="nl-BE"/>
              </w:rPr>
              <w:t xml:space="preserve"> </w:t>
            </w:r>
            <w:r w:rsidRPr="00661001">
              <w:rPr>
                <w:lang w:val="nl-BE"/>
              </w:rPr>
              <w:t>v</w:t>
            </w:r>
            <w:r w:rsidR="00BF2E1C">
              <w:rPr>
                <w:lang w:val="nl-BE"/>
              </w:rPr>
              <w:t xml:space="preserve">an </w:t>
            </w:r>
            <w:r w:rsidRPr="00661001">
              <w:rPr>
                <w:lang w:val="nl-BE"/>
              </w:rPr>
              <w:t xml:space="preserve">VOM-website, opgenomen in </w:t>
            </w:r>
            <w:r w:rsidRPr="00661001">
              <w:rPr>
                <w:b/>
                <w:bCs/>
                <w:lang w:val="nl-BE"/>
              </w:rPr>
              <w:t>twee edities van de E-</w:t>
            </w:r>
            <w:proofErr w:type="spellStart"/>
            <w:r w:rsidRPr="00661001">
              <w:rPr>
                <w:b/>
                <w:bCs/>
                <w:lang w:val="nl-BE"/>
              </w:rPr>
              <w:t>VOMinfo</w:t>
            </w:r>
            <w:proofErr w:type="spellEnd"/>
            <w:r w:rsidRPr="00661001">
              <w:rPr>
                <w:b/>
                <w:bCs/>
                <w:lang w:val="nl-BE"/>
              </w:rPr>
              <w:t xml:space="preserve"> </w:t>
            </w:r>
            <w:r w:rsidRPr="00661001">
              <w:rPr>
                <w:lang w:val="nl-BE"/>
              </w:rPr>
              <w:t xml:space="preserve">en gedeeld op de </w:t>
            </w:r>
            <w:r w:rsidRPr="00661001">
              <w:rPr>
                <w:b/>
                <w:bCs/>
                <w:lang w:val="nl-BE"/>
              </w:rPr>
              <w:t xml:space="preserve">LinkedIn- </w:t>
            </w:r>
            <w:r w:rsidRPr="00661001">
              <w:rPr>
                <w:lang w:val="nl-BE"/>
              </w:rPr>
              <w:t xml:space="preserve">en </w:t>
            </w:r>
            <w:r w:rsidRPr="00661001">
              <w:rPr>
                <w:b/>
                <w:bCs/>
                <w:lang w:val="nl-BE"/>
              </w:rPr>
              <w:t xml:space="preserve">Facebook-pagina's </w:t>
            </w:r>
            <w:r w:rsidRPr="00661001">
              <w:rPr>
                <w:lang w:val="nl-BE"/>
              </w:rPr>
              <w:t xml:space="preserve">van VOM. U ontvangt bovendien een rapport met de bedrijven die uw artikel hebben </w:t>
            </w:r>
            <w:r w:rsidR="005F3A23">
              <w:rPr>
                <w:lang w:val="nl-BE"/>
              </w:rPr>
              <w:t>gelezen</w:t>
            </w:r>
            <w:r w:rsidRPr="00661001">
              <w:rPr>
                <w:lang w:val="nl-BE"/>
              </w:rPr>
              <w:t>.</w:t>
            </w:r>
          </w:p>
          <w:p w14:paraId="7DE8C825" w14:textId="77777777" w:rsidR="00A7255C" w:rsidRDefault="0016268E" w:rsidP="005D29A6">
            <w:pPr>
              <w:rPr>
                <w:lang w:val="fr-BE"/>
              </w:rPr>
            </w:pPr>
            <w:r w:rsidRPr="005D29A6">
              <w:rPr>
                <w:lang w:val="fr-BE"/>
              </w:rPr>
              <w:t xml:space="preserve">□ </w:t>
            </w:r>
            <w:proofErr w:type="spellStart"/>
            <w:r w:rsidRPr="005D29A6">
              <w:rPr>
                <w:lang w:val="fr-BE"/>
              </w:rPr>
              <w:t>Ja</w:t>
            </w:r>
            <w:proofErr w:type="spellEnd"/>
            <w:r w:rsidRPr="005D29A6">
              <w:rPr>
                <w:lang w:val="fr-BE"/>
              </w:rPr>
              <w:t xml:space="preserve">    □ Nee</w:t>
            </w:r>
          </w:p>
          <w:p w14:paraId="0EA37108" w14:textId="169B7D23" w:rsidR="00A7255C" w:rsidRPr="00A7255C" w:rsidRDefault="00A7255C" w:rsidP="005D29A6">
            <w:pPr>
              <w:rPr>
                <w:lang w:val="fr-BE"/>
              </w:rPr>
            </w:pPr>
          </w:p>
        </w:tc>
      </w:tr>
      <w:tr w:rsidR="0016268E" w:rsidRPr="00011F03" w14:paraId="03E49499" w14:textId="77777777" w:rsidTr="00D744B2">
        <w:tc>
          <w:tcPr>
            <w:tcW w:w="3066" w:type="dxa"/>
            <w:vMerge/>
          </w:tcPr>
          <w:p w14:paraId="59FCB476" w14:textId="77777777" w:rsidR="0016268E" w:rsidRDefault="0016268E" w:rsidP="005D29A6">
            <w:pPr>
              <w:rPr>
                <w:noProof/>
                <w:lang w:val="fr-BE"/>
              </w:rPr>
            </w:pPr>
          </w:p>
        </w:tc>
        <w:tc>
          <w:tcPr>
            <w:tcW w:w="6672" w:type="dxa"/>
          </w:tcPr>
          <w:p w14:paraId="55F18B37" w14:textId="51777B79" w:rsidR="0016268E" w:rsidRPr="00C11CAE" w:rsidRDefault="0016268E" w:rsidP="0016268E">
            <w:pPr>
              <w:rPr>
                <w:color w:val="C0504D" w:themeColor="accent2"/>
                <w:lang w:val="nl-BE"/>
              </w:rPr>
            </w:pPr>
            <w:r w:rsidRPr="00C11CAE">
              <w:rPr>
                <w:color w:val="C0504D" w:themeColor="accent2"/>
                <w:lang w:val="nl-BE"/>
              </w:rPr>
              <w:t>Tarie</w:t>
            </w:r>
            <w:r w:rsidR="005F3A23" w:rsidRPr="00C11CAE">
              <w:rPr>
                <w:color w:val="C0504D" w:themeColor="accent2"/>
                <w:lang w:val="nl-BE"/>
              </w:rPr>
              <w:t>f</w:t>
            </w:r>
          </w:p>
          <w:p w14:paraId="4EA3FB18" w14:textId="391DC251" w:rsidR="00C11CAE" w:rsidRPr="00C11CAE" w:rsidRDefault="0016268E" w:rsidP="00C11CAE">
            <w:pPr>
              <w:rPr>
                <w:lang w:val="nl-BE"/>
              </w:rPr>
            </w:pPr>
            <w:r w:rsidRPr="00C11CAE">
              <w:rPr>
                <w:b/>
                <w:bCs/>
                <w:lang w:val="nl-BE"/>
              </w:rPr>
              <w:t xml:space="preserve">550 euro </w:t>
            </w:r>
            <w:r w:rsidRPr="00C11CAE">
              <w:rPr>
                <w:lang w:val="nl-BE"/>
              </w:rPr>
              <w:t xml:space="preserve">voor VOM-leden </w:t>
            </w:r>
            <w:r w:rsidR="00C11CAE" w:rsidRPr="00C11CAE">
              <w:rPr>
                <w:lang w:val="nl-BE"/>
              </w:rPr>
              <w:t xml:space="preserve">| </w:t>
            </w:r>
            <w:r w:rsidRPr="00C11CAE">
              <w:rPr>
                <w:b/>
                <w:bCs/>
                <w:lang w:val="nl-BE"/>
              </w:rPr>
              <w:t xml:space="preserve">825 euro </w:t>
            </w:r>
            <w:r w:rsidRPr="00C11CAE">
              <w:rPr>
                <w:lang w:val="nl-BE"/>
              </w:rPr>
              <w:t xml:space="preserve">voor niet-leden   </w:t>
            </w:r>
          </w:p>
        </w:tc>
      </w:tr>
      <w:tr w:rsidR="00C424A3" w14:paraId="21810C61" w14:textId="77777777" w:rsidTr="004B52AC">
        <w:tc>
          <w:tcPr>
            <w:tcW w:w="9738" w:type="dxa"/>
            <w:gridSpan w:val="2"/>
            <w:shd w:val="clear" w:color="auto" w:fill="F2DBDB" w:themeFill="accent2" w:themeFillTint="33"/>
          </w:tcPr>
          <w:p w14:paraId="00215B82" w14:textId="07721202" w:rsidR="00C424A3" w:rsidRPr="00AE3174" w:rsidRDefault="00C424A3" w:rsidP="0016268E">
            <w:pPr>
              <w:rPr>
                <w:b/>
                <w:bCs/>
                <w:color w:val="C0504D" w:themeColor="accent2"/>
                <w:sz w:val="36"/>
                <w:szCs w:val="40"/>
                <w:lang w:val="nl-BE"/>
              </w:rPr>
            </w:pPr>
            <w:r w:rsidRPr="00AE3174">
              <w:rPr>
                <w:b/>
                <w:bCs/>
                <w:color w:val="C0504D" w:themeColor="accent2"/>
                <w:sz w:val="36"/>
                <w:szCs w:val="40"/>
                <w:lang w:val="nl-BE"/>
              </w:rPr>
              <w:lastRenderedPageBreak/>
              <w:t>Advertentie</w:t>
            </w:r>
          </w:p>
          <w:p w14:paraId="612C9DF6" w14:textId="66638516" w:rsidR="00C424A3" w:rsidRPr="00661001" w:rsidRDefault="00497D24" w:rsidP="0016268E">
            <w:pPr>
              <w:rPr>
                <w:lang w:val="nl-BE"/>
              </w:rPr>
            </w:pPr>
            <w:r w:rsidRPr="00661001">
              <w:rPr>
                <w:lang w:val="nl-BE"/>
              </w:rPr>
              <w:t>W</w:t>
            </w:r>
            <w:r>
              <w:rPr>
                <w:lang w:val="nl-BE"/>
              </w:rPr>
              <w:t>enst</w:t>
            </w:r>
            <w:r w:rsidRPr="00661001">
              <w:rPr>
                <w:lang w:val="nl-BE"/>
              </w:rPr>
              <w:t xml:space="preserve"> </w:t>
            </w:r>
            <w:r w:rsidR="00C424A3" w:rsidRPr="00661001">
              <w:rPr>
                <w:lang w:val="nl-BE"/>
              </w:rPr>
              <w:t xml:space="preserve">u de zichtbaarheid van uw bedrijf </w:t>
            </w:r>
            <w:r>
              <w:rPr>
                <w:lang w:val="nl-BE"/>
              </w:rPr>
              <w:t>te versterken met</w:t>
            </w:r>
            <w:r w:rsidR="00C424A3" w:rsidRPr="00661001">
              <w:rPr>
                <w:lang w:val="nl-BE"/>
              </w:rPr>
              <w:t xml:space="preserve"> een advertentie in het tijdschrift?</w:t>
            </w:r>
          </w:p>
          <w:p w14:paraId="681695A4" w14:textId="77777777" w:rsidR="00C424A3" w:rsidRDefault="00C424A3" w:rsidP="0016268E">
            <w:pPr>
              <w:rPr>
                <w:lang w:val="fr-BE"/>
              </w:rPr>
            </w:pPr>
            <w:r w:rsidRPr="005D29A6">
              <w:rPr>
                <w:lang w:val="fr-BE"/>
              </w:rPr>
              <w:t xml:space="preserve">□ </w:t>
            </w:r>
            <w:proofErr w:type="spellStart"/>
            <w:r w:rsidRPr="005D29A6">
              <w:rPr>
                <w:lang w:val="fr-BE"/>
              </w:rPr>
              <w:t>Ja</w:t>
            </w:r>
            <w:proofErr w:type="spellEnd"/>
            <w:r w:rsidRPr="005D29A6">
              <w:rPr>
                <w:lang w:val="fr-BE"/>
              </w:rPr>
              <w:t xml:space="preserve">    □ Nee</w:t>
            </w:r>
          </w:p>
          <w:p w14:paraId="5C00B087" w14:textId="3F6D9A3B" w:rsidR="00C424A3" w:rsidRPr="00260B98" w:rsidRDefault="00C424A3" w:rsidP="0016268E">
            <w:pPr>
              <w:rPr>
                <w:color w:val="C0504D" w:themeColor="accent2"/>
                <w:lang w:val="fr-BE"/>
              </w:rPr>
            </w:pPr>
          </w:p>
        </w:tc>
      </w:tr>
      <w:tr w:rsidR="00C424A3" w14:paraId="225B4BD4" w14:textId="77777777" w:rsidTr="00D744B2">
        <w:tc>
          <w:tcPr>
            <w:tcW w:w="9738" w:type="dxa"/>
            <w:gridSpan w:val="2"/>
          </w:tcPr>
          <w:p w14:paraId="1ADC578B" w14:textId="27DE20FC" w:rsidR="00C424A3" w:rsidRPr="00C424A3" w:rsidRDefault="00C424A3" w:rsidP="0016268E">
            <w:pPr>
              <w:rPr>
                <w:b/>
                <w:bCs/>
                <w:lang w:val="fr-BE"/>
              </w:rPr>
            </w:pPr>
            <w:r w:rsidRPr="00C424A3">
              <w:rPr>
                <w:b/>
                <w:bCs/>
                <w:noProof/>
                <w:lang w:val="fr-BE"/>
              </w:rPr>
              <w:drawing>
                <wp:anchor distT="0" distB="0" distL="114300" distR="114300" simplePos="0" relativeHeight="251658244" behindDoc="1" locked="0" layoutInCell="1" allowOverlap="1" wp14:anchorId="79873282" wp14:editId="071FD973">
                  <wp:simplePos x="0" y="0"/>
                  <wp:positionH relativeFrom="column">
                    <wp:posOffset>737870</wp:posOffset>
                  </wp:positionH>
                  <wp:positionV relativeFrom="paragraph">
                    <wp:posOffset>180340</wp:posOffset>
                  </wp:positionV>
                  <wp:extent cx="3534268" cy="1457528"/>
                  <wp:effectExtent l="0" t="0" r="9525" b="9525"/>
                  <wp:wrapTight wrapText="bothSides">
                    <wp:wrapPolygon edited="0">
                      <wp:start x="0" y="0"/>
                      <wp:lineTo x="0" y="21459"/>
                      <wp:lineTo x="21542" y="21459"/>
                      <wp:lineTo x="21542" y="0"/>
                      <wp:lineTo x="0" y="0"/>
                    </wp:wrapPolygon>
                  </wp:wrapTight>
                  <wp:docPr id="129375107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751072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4268" cy="1457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C424A3">
              <w:rPr>
                <w:b/>
                <w:bCs/>
                <w:lang w:val="fr-BE"/>
              </w:rPr>
              <w:t>Beschikbare</w:t>
            </w:r>
            <w:proofErr w:type="spellEnd"/>
            <w:r w:rsidRPr="00C424A3">
              <w:rPr>
                <w:b/>
                <w:bCs/>
                <w:lang w:val="fr-BE"/>
              </w:rPr>
              <w:t xml:space="preserve"> </w:t>
            </w:r>
            <w:proofErr w:type="spellStart"/>
            <w:r w:rsidRPr="00C424A3">
              <w:rPr>
                <w:b/>
                <w:bCs/>
                <w:lang w:val="fr-BE"/>
              </w:rPr>
              <w:t>formaten</w:t>
            </w:r>
            <w:proofErr w:type="spellEnd"/>
          </w:p>
          <w:p w14:paraId="1E2F4A6A" w14:textId="19BA9951" w:rsidR="00C424A3" w:rsidRDefault="00C424A3" w:rsidP="0016268E">
            <w:pPr>
              <w:rPr>
                <w:b/>
                <w:bCs/>
                <w:color w:val="C0504D" w:themeColor="accent2"/>
                <w:sz w:val="36"/>
                <w:szCs w:val="40"/>
                <w:lang w:val="fr-BE"/>
              </w:rPr>
            </w:pPr>
          </w:p>
          <w:p w14:paraId="07055E3F" w14:textId="77777777" w:rsidR="00C424A3" w:rsidRDefault="00C424A3" w:rsidP="0016268E">
            <w:pPr>
              <w:rPr>
                <w:b/>
                <w:bCs/>
                <w:color w:val="C0504D" w:themeColor="accent2"/>
                <w:sz w:val="36"/>
                <w:szCs w:val="40"/>
                <w:lang w:val="fr-BE"/>
              </w:rPr>
            </w:pPr>
          </w:p>
          <w:p w14:paraId="46049CDD" w14:textId="77777777" w:rsidR="00C424A3" w:rsidRDefault="00C424A3" w:rsidP="0016268E">
            <w:pPr>
              <w:rPr>
                <w:b/>
                <w:bCs/>
                <w:color w:val="C0504D" w:themeColor="accent2"/>
                <w:sz w:val="36"/>
                <w:szCs w:val="40"/>
                <w:lang w:val="fr-BE"/>
              </w:rPr>
            </w:pPr>
          </w:p>
          <w:p w14:paraId="37AE35A1" w14:textId="77777777" w:rsidR="00C424A3" w:rsidRDefault="00C424A3" w:rsidP="00C424A3">
            <w:pPr>
              <w:rPr>
                <w:sz w:val="36"/>
                <w:szCs w:val="40"/>
                <w:lang w:val="fr-BE"/>
              </w:rPr>
            </w:pPr>
          </w:p>
          <w:p w14:paraId="7F776499" w14:textId="77777777" w:rsidR="00C424A3" w:rsidRPr="00C424A3" w:rsidRDefault="00C424A3" w:rsidP="00C424A3">
            <w:pPr>
              <w:rPr>
                <w:sz w:val="36"/>
                <w:szCs w:val="40"/>
                <w:lang w:val="fr-BE"/>
              </w:rPr>
            </w:pPr>
          </w:p>
        </w:tc>
      </w:tr>
      <w:tr w:rsidR="00C424A3" w14:paraId="23F39808" w14:textId="77777777" w:rsidTr="00D744B2">
        <w:tc>
          <w:tcPr>
            <w:tcW w:w="9738" w:type="dxa"/>
            <w:gridSpan w:val="2"/>
          </w:tcPr>
          <w:p w14:paraId="61AC3184" w14:textId="516C1C17" w:rsidR="00C424A3" w:rsidRPr="00C424A3" w:rsidRDefault="00C424A3" w:rsidP="00C424A3">
            <w:pPr>
              <w:rPr>
                <w:b/>
                <w:bCs/>
                <w:lang w:val="fr-BE"/>
              </w:rPr>
            </w:pP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80"/>
              <w:gridCol w:w="1287"/>
              <w:gridCol w:w="1623"/>
              <w:gridCol w:w="1538"/>
            </w:tblGrid>
            <w:tr w:rsidR="00426BAA" w:rsidRPr="00C424A3" w14:paraId="1744191B" w14:textId="3DF3A62F" w:rsidTr="00426BAA">
              <w:trPr>
                <w:trHeight w:val="244"/>
                <w:tblHeader/>
                <w:tblCellSpacing w:w="15" w:type="dxa"/>
              </w:trPr>
              <w:tc>
                <w:tcPr>
                  <w:tcW w:w="3435" w:type="dxa"/>
                  <w:vAlign w:val="center"/>
                  <w:hideMark/>
                </w:tcPr>
                <w:p w14:paraId="25F46D25" w14:textId="77777777" w:rsidR="00426BAA" w:rsidRPr="00C424A3" w:rsidRDefault="00426BAA" w:rsidP="00C424A3">
                  <w:pPr>
                    <w:spacing w:after="0" w:line="240" w:lineRule="auto"/>
                    <w:rPr>
                      <w:b/>
                      <w:bCs/>
                      <w:lang w:val="fr-BE"/>
                    </w:rPr>
                  </w:pPr>
                  <w:proofErr w:type="spellStart"/>
                  <w:r w:rsidRPr="00C424A3">
                    <w:rPr>
                      <w:b/>
                      <w:bCs/>
                      <w:lang w:val="fr-BE"/>
                    </w:rPr>
                    <w:t>Formaat</w:t>
                  </w:r>
                  <w:proofErr w:type="spellEnd"/>
                </w:p>
              </w:tc>
              <w:tc>
                <w:tcPr>
                  <w:tcW w:w="1257" w:type="dxa"/>
                  <w:vAlign w:val="center"/>
                  <w:hideMark/>
                </w:tcPr>
                <w:p w14:paraId="2D0BF644" w14:textId="08CFE0CB" w:rsidR="00426BAA" w:rsidRPr="00C424A3" w:rsidRDefault="00451AC4" w:rsidP="00C424A3">
                  <w:pPr>
                    <w:spacing w:after="0" w:line="240" w:lineRule="auto"/>
                    <w:rPr>
                      <w:b/>
                      <w:bCs/>
                      <w:lang w:val="fr-BE"/>
                    </w:rPr>
                  </w:pPr>
                  <w:r>
                    <w:rPr>
                      <w:b/>
                      <w:bCs/>
                      <w:lang w:val="fr-BE"/>
                    </w:rPr>
                    <w:t xml:space="preserve">Prijs </w:t>
                  </w:r>
                  <w:proofErr w:type="spellStart"/>
                  <w:r w:rsidR="00426BAA" w:rsidRPr="00C424A3">
                    <w:rPr>
                      <w:b/>
                      <w:bCs/>
                      <w:lang w:val="fr-BE"/>
                    </w:rPr>
                    <w:t>Lid</w:t>
                  </w:r>
                  <w:proofErr w:type="spellEnd"/>
                </w:p>
              </w:tc>
              <w:tc>
                <w:tcPr>
                  <w:tcW w:w="1593" w:type="dxa"/>
                  <w:vAlign w:val="center"/>
                  <w:hideMark/>
                </w:tcPr>
                <w:p w14:paraId="3EF34FAB" w14:textId="1B598DB1" w:rsidR="00426BAA" w:rsidRPr="00C424A3" w:rsidRDefault="00451AC4" w:rsidP="00C424A3">
                  <w:pPr>
                    <w:spacing w:after="0" w:line="240" w:lineRule="auto"/>
                    <w:rPr>
                      <w:b/>
                      <w:bCs/>
                      <w:lang w:val="fr-BE"/>
                    </w:rPr>
                  </w:pPr>
                  <w:r>
                    <w:rPr>
                      <w:b/>
                      <w:bCs/>
                      <w:lang w:val="fr-BE"/>
                    </w:rPr>
                    <w:t xml:space="preserve">Prijs </w:t>
                  </w:r>
                  <w:r w:rsidR="00426BAA" w:rsidRPr="00C424A3">
                    <w:rPr>
                      <w:b/>
                      <w:bCs/>
                      <w:lang w:val="fr-BE"/>
                    </w:rPr>
                    <w:t>Niet-</w:t>
                  </w:r>
                  <w:proofErr w:type="spellStart"/>
                  <w:r w:rsidR="00426BAA" w:rsidRPr="00C424A3">
                    <w:rPr>
                      <w:b/>
                      <w:bCs/>
                      <w:lang w:val="fr-BE"/>
                    </w:rPr>
                    <w:t>lid</w:t>
                  </w:r>
                  <w:proofErr w:type="spellEnd"/>
                </w:p>
              </w:tc>
              <w:tc>
                <w:tcPr>
                  <w:tcW w:w="1493" w:type="dxa"/>
                </w:tcPr>
                <w:p w14:paraId="473B23C7" w14:textId="00E8B78C" w:rsidR="00426BAA" w:rsidRPr="00C424A3" w:rsidRDefault="009545A3" w:rsidP="00C424A3">
                  <w:pPr>
                    <w:spacing w:after="0" w:line="240" w:lineRule="auto"/>
                    <w:rPr>
                      <w:b/>
                      <w:bCs/>
                      <w:lang w:val="fr-BE"/>
                    </w:rPr>
                  </w:pPr>
                  <w:proofErr w:type="spellStart"/>
                  <w:r>
                    <w:rPr>
                      <w:b/>
                      <w:bCs/>
                      <w:lang w:val="fr-BE"/>
                    </w:rPr>
                    <w:t>Mijn</w:t>
                  </w:r>
                  <w:proofErr w:type="spellEnd"/>
                  <w:r>
                    <w:rPr>
                      <w:b/>
                      <w:bCs/>
                      <w:lang w:val="fr-BE"/>
                    </w:rPr>
                    <w:t xml:space="preserve"> </w:t>
                  </w:r>
                  <w:proofErr w:type="spellStart"/>
                  <w:r w:rsidR="00451AC4">
                    <w:rPr>
                      <w:b/>
                      <w:bCs/>
                      <w:lang w:val="fr-BE"/>
                    </w:rPr>
                    <w:t>keuze</w:t>
                  </w:r>
                  <w:proofErr w:type="spellEnd"/>
                </w:p>
              </w:tc>
            </w:tr>
            <w:tr w:rsidR="00426BAA" w:rsidRPr="00C424A3" w14:paraId="5A550CC0" w14:textId="03922C39" w:rsidTr="00426BAA">
              <w:trPr>
                <w:trHeight w:val="244"/>
                <w:tblCellSpacing w:w="15" w:type="dxa"/>
              </w:trPr>
              <w:tc>
                <w:tcPr>
                  <w:tcW w:w="3435" w:type="dxa"/>
                  <w:vAlign w:val="center"/>
                  <w:hideMark/>
                </w:tcPr>
                <w:p w14:paraId="2A83ED50" w14:textId="07D9AE52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  <w:r w:rsidRPr="00C424A3">
                    <w:rPr>
                      <w:b/>
                      <w:bCs/>
                      <w:lang w:val="fr-BE"/>
                    </w:rPr>
                    <w:t>1 pagina (A)</w:t>
                  </w:r>
                </w:p>
              </w:tc>
              <w:tc>
                <w:tcPr>
                  <w:tcW w:w="1257" w:type="dxa"/>
                  <w:vAlign w:val="center"/>
                  <w:hideMark/>
                </w:tcPr>
                <w:p w14:paraId="2233DB00" w14:textId="14C60273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  <w:r w:rsidRPr="00C424A3">
                    <w:rPr>
                      <w:lang w:val="fr-BE"/>
                    </w:rPr>
                    <w:t>1</w:t>
                  </w:r>
                  <w:r>
                    <w:rPr>
                      <w:lang w:val="fr-BE"/>
                    </w:rPr>
                    <w:t>.</w:t>
                  </w:r>
                  <w:r w:rsidRPr="00C424A3">
                    <w:rPr>
                      <w:lang w:val="fr-BE"/>
                    </w:rPr>
                    <w:t>080 €</w:t>
                  </w:r>
                </w:p>
              </w:tc>
              <w:tc>
                <w:tcPr>
                  <w:tcW w:w="1593" w:type="dxa"/>
                  <w:vAlign w:val="center"/>
                  <w:hideMark/>
                </w:tcPr>
                <w:p w14:paraId="3A6546AC" w14:textId="66A94E85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  <w:r w:rsidRPr="00C424A3">
                    <w:rPr>
                      <w:lang w:val="fr-BE"/>
                    </w:rPr>
                    <w:t>1</w:t>
                  </w:r>
                  <w:r>
                    <w:rPr>
                      <w:lang w:val="fr-BE"/>
                    </w:rPr>
                    <w:t>.</w:t>
                  </w:r>
                  <w:r w:rsidRPr="00C424A3">
                    <w:rPr>
                      <w:lang w:val="fr-BE"/>
                    </w:rPr>
                    <w:t>600 €</w:t>
                  </w:r>
                </w:p>
              </w:tc>
              <w:tc>
                <w:tcPr>
                  <w:tcW w:w="1493" w:type="dxa"/>
                </w:tcPr>
                <w:p w14:paraId="19B73C22" w14:textId="77777777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</w:p>
              </w:tc>
            </w:tr>
            <w:tr w:rsidR="00426BAA" w:rsidRPr="00C424A3" w14:paraId="4936BAB6" w14:textId="7AB33BC9" w:rsidTr="00426BAA">
              <w:trPr>
                <w:trHeight w:val="228"/>
                <w:tblCellSpacing w:w="15" w:type="dxa"/>
              </w:trPr>
              <w:tc>
                <w:tcPr>
                  <w:tcW w:w="3435" w:type="dxa"/>
                  <w:vAlign w:val="center"/>
                  <w:hideMark/>
                </w:tcPr>
                <w:p w14:paraId="0BD6FA8B" w14:textId="77777777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  <w:r w:rsidRPr="00C424A3">
                    <w:rPr>
                      <w:b/>
                      <w:bCs/>
                      <w:lang w:val="fr-BE"/>
                    </w:rPr>
                    <w:t xml:space="preserve">½ pagina (B </w:t>
                  </w:r>
                  <w:proofErr w:type="spellStart"/>
                  <w:r w:rsidRPr="00C424A3">
                    <w:rPr>
                      <w:b/>
                      <w:bCs/>
                      <w:lang w:val="fr-BE"/>
                    </w:rPr>
                    <w:t>of</w:t>
                  </w:r>
                  <w:proofErr w:type="spellEnd"/>
                  <w:r w:rsidRPr="00C424A3">
                    <w:rPr>
                      <w:b/>
                      <w:bCs/>
                      <w:lang w:val="fr-BE"/>
                    </w:rPr>
                    <w:t xml:space="preserve"> C)</w:t>
                  </w:r>
                </w:p>
              </w:tc>
              <w:tc>
                <w:tcPr>
                  <w:tcW w:w="1257" w:type="dxa"/>
                  <w:vAlign w:val="center"/>
                  <w:hideMark/>
                </w:tcPr>
                <w:p w14:paraId="51566356" w14:textId="77777777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  <w:r w:rsidRPr="00C424A3">
                    <w:rPr>
                      <w:lang w:val="fr-BE"/>
                    </w:rPr>
                    <w:t>830 €</w:t>
                  </w:r>
                </w:p>
              </w:tc>
              <w:tc>
                <w:tcPr>
                  <w:tcW w:w="1593" w:type="dxa"/>
                  <w:vAlign w:val="center"/>
                  <w:hideMark/>
                </w:tcPr>
                <w:p w14:paraId="7A2DC6F6" w14:textId="22C1CD14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  <w:r w:rsidRPr="00C424A3">
                    <w:rPr>
                      <w:lang w:val="fr-BE"/>
                    </w:rPr>
                    <w:t>1</w:t>
                  </w:r>
                  <w:r>
                    <w:rPr>
                      <w:lang w:val="fr-BE"/>
                    </w:rPr>
                    <w:t>.</w:t>
                  </w:r>
                  <w:r w:rsidRPr="00C424A3">
                    <w:rPr>
                      <w:lang w:val="fr-BE"/>
                    </w:rPr>
                    <w:t>240 €</w:t>
                  </w:r>
                </w:p>
              </w:tc>
              <w:tc>
                <w:tcPr>
                  <w:tcW w:w="1493" w:type="dxa"/>
                </w:tcPr>
                <w:p w14:paraId="490997AA" w14:textId="77777777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</w:p>
              </w:tc>
            </w:tr>
            <w:tr w:rsidR="00426BAA" w:rsidRPr="00C424A3" w14:paraId="10739547" w14:textId="2D4A6E27" w:rsidTr="00426BAA">
              <w:trPr>
                <w:trHeight w:val="244"/>
                <w:tblCellSpacing w:w="15" w:type="dxa"/>
              </w:trPr>
              <w:tc>
                <w:tcPr>
                  <w:tcW w:w="3435" w:type="dxa"/>
                  <w:vAlign w:val="center"/>
                  <w:hideMark/>
                </w:tcPr>
                <w:p w14:paraId="53A5AEF5" w14:textId="77777777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  <w:r w:rsidRPr="00C424A3">
                    <w:rPr>
                      <w:b/>
                      <w:bCs/>
                      <w:lang w:val="fr-BE"/>
                    </w:rPr>
                    <w:t>¼ pagina (D)</w:t>
                  </w:r>
                </w:p>
              </w:tc>
              <w:tc>
                <w:tcPr>
                  <w:tcW w:w="1257" w:type="dxa"/>
                  <w:vAlign w:val="center"/>
                  <w:hideMark/>
                </w:tcPr>
                <w:p w14:paraId="1635DADA" w14:textId="77777777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  <w:r w:rsidRPr="00C424A3">
                    <w:rPr>
                      <w:lang w:val="fr-BE"/>
                    </w:rPr>
                    <w:t>680 €</w:t>
                  </w:r>
                </w:p>
              </w:tc>
              <w:tc>
                <w:tcPr>
                  <w:tcW w:w="1593" w:type="dxa"/>
                  <w:vAlign w:val="center"/>
                  <w:hideMark/>
                </w:tcPr>
                <w:p w14:paraId="2B199B9D" w14:textId="77777777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  <w:r w:rsidRPr="00C424A3">
                    <w:rPr>
                      <w:lang w:val="fr-BE"/>
                    </w:rPr>
                    <w:t>990 €</w:t>
                  </w:r>
                </w:p>
              </w:tc>
              <w:tc>
                <w:tcPr>
                  <w:tcW w:w="1493" w:type="dxa"/>
                </w:tcPr>
                <w:p w14:paraId="1B70AAEF" w14:textId="77777777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</w:p>
              </w:tc>
            </w:tr>
            <w:tr w:rsidR="00426BAA" w:rsidRPr="00C424A3" w14:paraId="557F5C94" w14:textId="74E84B8B" w:rsidTr="00426BAA">
              <w:trPr>
                <w:trHeight w:val="244"/>
                <w:tblCellSpacing w:w="15" w:type="dxa"/>
              </w:trPr>
              <w:tc>
                <w:tcPr>
                  <w:tcW w:w="3435" w:type="dxa"/>
                  <w:vAlign w:val="center"/>
                  <w:hideMark/>
                </w:tcPr>
                <w:p w14:paraId="3D3283F5" w14:textId="12F599FA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  <w:proofErr w:type="spellStart"/>
                  <w:r w:rsidRPr="00C424A3">
                    <w:rPr>
                      <w:b/>
                      <w:bCs/>
                      <w:lang w:val="fr-BE"/>
                    </w:rPr>
                    <w:t>Achter</w:t>
                  </w:r>
                  <w:r w:rsidR="007B608F">
                    <w:rPr>
                      <w:b/>
                      <w:bCs/>
                      <w:lang w:val="fr-BE"/>
                    </w:rPr>
                    <w:t>cover</w:t>
                  </w:r>
                  <w:proofErr w:type="spellEnd"/>
                </w:p>
              </w:tc>
              <w:tc>
                <w:tcPr>
                  <w:tcW w:w="1257" w:type="dxa"/>
                  <w:vAlign w:val="center"/>
                  <w:hideMark/>
                </w:tcPr>
                <w:p w14:paraId="55FD2C90" w14:textId="4BD81C06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  <w:r w:rsidRPr="00C424A3">
                    <w:rPr>
                      <w:lang w:val="fr-BE"/>
                    </w:rPr>
                    <w:t>1</w:t>
                  </w:r>
                  <w:r>
                    <w:rPr>
                      <w:lang w:val="fr-BE"/>
                    </w:rPr>
                    <w:t>.</w:t>
                  </w:r>
                  <w:r w:rsidRPr="00C424A3">
                    <w:rPr>
                      <w:lang w:val="fr-BE"/>
                    </w:rPr>
                    <w:t>200 €</w:t>
                  </w:r>
                </w:p>
              </w:tc>
              <w:tc>
                <w:tcPr>
                  <w:tcW w:w="1593" w:type="dxa"/>
                  <w:vAlign w:val="center"/>
                  <w:hideMark/>
                </w:tcPr>
                <w:p w14:paraId="6CA372FE" w14:textId="1A8EB2DD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  <w:r w:rsidRPr="00C424A3">
                    <w:rPr>
                      <w:lang w:val="fr-BE"/>
                    </w:rPr>
                    <w:t>1</w:t>
                  </w:r>
                  <w:r>
                    <w:rPr>
                      <w:lang w:val="fr-BE"/>
                    </w:rPr>
                    <w:t>.</w:t>
                  </w:r>
                  <w:r w:rsidRPr="00C424A3">
                    <w:rPr>
                      <w:lang w:val="fr-BE"/>
                    </w:rPr>
                    <w:t>800 €</w:t>
                  </w:r>
                </w:p>
              </w:tc>
              <w:tc>
                <w:tcPr>
                  <w:tcW w:w="1493" w:type="dxa"/>
                </w:tcPr>
                <w:p w14:paraId="0EA715BA" w14:textId="77777777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</w:p>
              </w:tc>
            </w:tr>
            <w:tr w:rsidR="00426BAA" w:rsidRPr="00C424A3" w14:paraId="5F3EB625" w14:textId="7CF6BF59" w:rsidTr="00426BAA">
              <w:trPr>
                <w:trHeight w:val="228"/>
                <w:tblCellSpacing w:w="15" w:type="dxa"/>
              </w:trPr>
              <w:tc>
                <w:tcPr>
                  <w:tcW w:w="3435" w:type="dxa"/>
                  <w:vAlign w:val="center"/>
                  <w:hideMark/>
                </w:tcPr>
                <w:p w14:paraId="120F7F99" w14:textId="7320BE65" w:rsidR="00426BAA" w:rsidRPr="008B1920" w:rsidRDefault="007B608F" w:rsidP="00C424A3">
                  <w:pPr>
                    <w:spacing w:after="0" w:line="240" w:lineRule="auto"/>
                    <w:rPr>
                      <w:lang w:val="nl-BE"/>
                    </w:rPr>
                  </w:pPr>
                  <w:proofErr w:type="spellStart"/>
                  <w:r w:rsidRPr="008B1920">
                    <w:rPr>
                      <w:b/>
                      <w:bCs/>
                      <w:lang w:val="nl-BE"/>
                    </w:rPr>
                    <w:t>Insert</w:t>
                  </w:r>
                  <w:proofErr w:type="spellEnd"/>
                  <w:r w:rsidRPr="008B1920">
                    <w:rPr>
                      <w:b/>
                      <w:bCs/>
                      <w:lang w:val="nl-BE"/>
                    </w:rPr>
                    <w:t xml:space="preserve"> van een e</w:t>
                  </w:r>
                  <w:r w:rsidR="00426BAA" w:rsidRPr="008B1920">
                    <w:rPr>
                      <w:b/>
                      <w:bCs/>
                      <w:lang w:val="nl-BE"/>
                    </w:rPr>
                    <w:t>nkel blad</w:t>
                  </w:r>
                </w:p>
              </w:tc>
              <w:tc>
                <w:tcPr>
                  <w:tcW w:w="1257" w:type="dxa"/>
                  <w:vAlign w:val="center"/>
                  <w:hideMark/>
                </w:tcPr>
                <w:p w14:paraId="779EBE49" w14:textId="77777777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  <w:r w:rsidRPr="00C424A3">
                    <w:rPr>
                      <w:lang w:val="fr-BE"/>
                    </w:rPr>
                    <w:t>700 €</w:t>
                  </w:r>
                </w:p>
              </w:tc>
              <w:tc>
                <w:tcPr>
                  <w:tcW w:w="1593" w:type="dxa"/>
                  <w:vAlign w:val="center"/>
                  <w:hideMark/>
                </w:tcPr>
                <w:p w14:paraId="1FF6EF15" w14:textId="4697F3AE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1.</w:t>
                  </w:r>
                  <w:r w:rsidRPr="00C424A3">
                    <w:rPr>
                      <w:lang w:val="fr-BE"/>
                    </w:rPr>
                    <w:t>050 €</w:t>
                  </w:r>
                </w:p>
              </w:tc>
              <w:tc>
                <w:tcPr>
                  <w:tcW w:w="1493" w:type="dxa"/>
                </w:tcPr>
                <w:p w14:paraId="2117C035" w14:textId="77777777" w:rsidR="00426BAA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</w:p>
              </w:tc>
            </w:tr>
            <w:tr w:rsidR="00426BAA" w:rsidRPr="00C424A3" w14:paraId="2ACE6930" w14:textId="0209C554" w:rsidTr="00426BAA">
              <w:trPr>
                <w:trHeight w:val="244"/>
                <w:tblCellSpacing w:w="15" w:type="dxa"/>
              </w:trPr>
              <w:tc>
                <w:tcPr>
                  <w:tcW w:w="3435" w:type="dxa"/>
                  <w:vAlign w:val="center"/>
                  <w:hideMark/>
                </w:tcPr>
                <w:p w14:paraId="03DE8828" w14:textId="722CE501" w:rsidR="00426BAA" w:rsidRPr="008B1920" w:rsidRDefault="007B608F" w:rsidP="00C424A3">
                  <w:pPr>
                    <w:spacing w:after="0" w:line="240" w:lineRule="auto"/>
                    <w:rPr>
                      <w:lang w:val="nl-BE"/>
                    </w:rPr>
                  </w:pPr>
                  <w:proofErr w:type="spellStart"/>
                  <w:r w:rsidRPr="008B1920">
                    <w:rPr>
                      <w:b/>
                      <w:bCs/>
                      <w:lang w:val="nl-BE"/>
                    </w:rPr>
                    <w:t>Insert</w:t>
                  </w:r>
                  <w:proofErr w:type="spellEnd"/>
                  <w:r w:rsidRPr="008B1920">
                    <w:rPr>
                      <w:b/>
                      <w:bCs/>
                      <w:lang w:val="nl-BE"/>
                    </w:rPr>
                    <w:t xml:space="preserve"> van een d</w:t>
                  </w:r>
                  <w:r w:rsidR="00426BAA" w:rsidRPr="008B1920">
                    <w:rPr>
                      <w:b/>
                      <w:bCs/>
                      <w:lang w:val="nl-BE"/>
                    </w:rPr>
                    <w:t>ubbel blad</w:t>
                  </w:r>
                </w:p>
              </w:tc>
              <w:tc>
                <w:tcPr>
                  <w:tcW w:w="1257" w:type="dxa"/>
                  <w:vAlign w:val="center"/>
                  <w:hideMark/>
                </w:tcPr>
                <w:p w14:paraId="0B1A0A6D" w14:textId="77777777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  <w:r w:rsidRPr="00C424A3">
                    <w:rPr>
                      <w:lang w:val="fr-BE"/>
                    </w:rPr>
                    <w:t>980 €</w:t>
                  </w:r>
                </w:p>
              </w:tc>
              <w:tc>
                <w:tcPr>
                  <w:tcW w:w="1593" w:type="dxa"/>
                  <w:vAlign w:val="center"/>
                  <w:hideMark/>
                </w:tcPr>
                <w:p w14:paraId="010EAB4D" w14:textId="29E47393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  <w:r w:rsidRPr="00C424A3">
                    <w:rPr>
                      <w:lang w:val="fr-BE"/>
                    </w:rPr>
                    <w:t>1</w:t>
                  </w:r>
                  <w:r>
                    <w:rPr>
                      <w:lang w:val="fr-BE"/>
                    </w:rPr>
                    <w:t>.</w:t>
                  </w:r>
                  <w:r w:rsidRPr="00C424A3">
                    <w:rPr>
                      <w:lang w:val="fr-BE"/>
                    </w:rPr>
                    <w:t>470 €</w:t>
                  </w:r>
                </w:p>
              </w:tc>
              <w:tc>
                <w:tcPr>
                  <w:tcW w:w="1493" w:type="dxa"/>
                </w:tcPr>
                <w:p w14:paraId="4BE3C663" w14:textId="77777777" w:rsidR="00426BAA" w:rsidRPr="00C424A3" w:rsidRDefault="00426BAA" w:rsidP="00C424A3">
                  <w:pPr>
                    <w:spacing w:after="0" w:line="240" w:lineRule="auto"/>
                    <w:rPr>
                      <w:lang w:val="fr-BE"/>
                    </w:rPr>
                  </w:pPr>
                </w:p>
              </w:tc>
            </w:tr>
          </w:tbl>
          <w:p w14:paraId="33E6450B" w14:textId="77777777" w:rsidR="00C424A3" w:rsidRPr="00C424A3" w:rsidRDefault="00C424A3" w:rsidP="00C424A3">
            <w:pPr>
              <w:rPr>
                <w:lang w:val="fr-BE"/>
              </w:rPr>
            </w:pPr>
          </w:p>
        </w:tc>
      </w:tr>
    </w:tbl>
    <w:p w14:paraId="25E4776C" w14:textId="77777777" w:rsidR="00C56CE3" w:rsidRPr="008B1920" w:rsidRDefault="00C56CE3">
      <w:pPr>
        <w:rPr>
          <w:lang w:val="de-DE"/>
        </w:rPr>
      </w:pPr>
    </w:p>
    <w:p w14:paraId="43F7BB84" w14:textId="77777777" w:rsidR="00AE3174" w:rsidRPr="00AE3174" w:rsidRDefault="00AE3174" w:rsidP="00AE3174">
      <w:pPr>
        <w:rPr>
          <w:lang w:val="nl-BE"/>
        </w:rPr>
      </w:pPr>
      <w:r w:rsidRPr="00AE3174">
        <w:rPr>
          <w:lang w:val="nl-BE"/>
        </w:rPr>
        <w:t xml:space="preserve">Ik bevestig mijn bestelling van de geselecteerde opties. </w:t>
      </w:r>
    </w:p>
    <w:p w14:paraId="11E1901F" w14:textId="4C74AE8E" w:rsidR="00AE3174" w:rsidRPr="00AE3174" w:rsidRDefault="00AE3174" w:rsidP="00AE3174">
      <w:pPr>
        <w:rPr>
          <w:lang w:val="fr-BE"/>
        </w:rPr>
      </w:pPr>
      <w:r w:rsidRPr="00AE3174">
        <w:rPr>
          <w:b/>
          <w:bCs/>
          <w:lang w:val="fr-BE"/>
        </w:rPr>
        <w:t>Datum:</w:t>
      </w:r>
      <w:r w:rsidRPr="00AE3174">
        <w:rPr>
          <w:lang w:val="fr-BE"/>
        </w:rPr>
        <w:t xml:space="preserve"> </w:t>
      </w:r>
      <w:r w:rsidR="00D15111">
        <w:rPr>
          <w:lang w:val="fr-BE"/>
        </w:rPr>
        <w:tab/>
      </w:r>
      <w:r w:rsidR="00D15111">
        <w:rPr>
          <w:lang w:val="fr-BE"/>
        </w:rPr>
        <w:tab/>
      </w:r>
      <w:r w:rsidRPr="00AE3174">
        <w:rPr>
          <w:lang w:val="fr-BE"/>
        </w:rPr>
        <w:t>_____________________</w:t>
      </w:r>
      <w:r w:rsidR="001D5EE6">
        <w:rPr>
          <w:lang w:val="fr-BE"/>
        </w:rPr>
        <w:t>_______</w:t>
      </w:r>
      <w:r w:rsidRPr="00AE3174">
        <w:rPr>
          <w:lang w:val="fr-BE"/>
        </w:rPr>
        <w:t>__</w:t>
      </w:r>
    </w:p>
    <w:p w14:paraId="1562AE96" w14:textId="18991589" w:rsidR="00AE3174" w:rsidRPr="00AE3174" w:rsidRDefault="00AE3174" w:rsidP="00AE3174">
      <w:pPr>
        <w:rPr>
          <w:lang w:val="fr-BE"/>
        </w:rPr>
      </w:pPr>
      <w:proofErr w:type="spellStart"/>
      <w:r w:rsidRPr="00AE3174">
        <w:rPr>
          <w:b/>
          <w:bCs/>
          <w:lang w:val="fr-BE"/>
        </w:rPr>
        <w:t>Handtekening</w:t>
      </w:r>
      <w:proofErr w:type="spellEnd"/>
      <w:r w:rsidRPr="00AE3174">
        <w:rPr>
          <w:b/>
          <w:bCs/>
          <w:lang w:val="fr-BE"/>
        </w:rPr>
        <w:t>:</w:t>
      </w:r>
      <w:r w:rsidRPr="00AE3174">
        <w:rPr>
          <w:lang w:val="fr-BE"/>
        </w:rPr>
        <w:t xml:space="preserve"> </w:t>
      </w:r>
      <w:r w:rsidR="00D15111">
        <w:rPr>
          <w:lang w:val="fr-BE"/>
        </w:rPr>
        <w:tab/>
      </w:r>
      <w:r w:rsidRPr="00AE3174">
        <w:rPr>
          <w:lang w:val="fr-BE"/>
        </w:rPr>
        <w:t>____________________</w:t>
      </w:r>
      <w:r w:rsidR="001D5EE6">
        <w:rPr>
          <w:lang w:val="fr-BE"/>
        </w:rPr>
        <w:t>_______</w:t>
      </w:r>
      <w:r w:rsidRPr="00AE3174">
        <w:rPr>
          <w:lang w:val="fr-BE"/>
        </w:rPr>
        <w:t>___</w:t>
      </w:r>
    </w:p>
    <w:p w14:paraId="7F371EB5" w14:textId="77777777" w:rsidR="00134D6E" w:rsidRPr="008B1920" w:rsidRDefault="00134D6E">
      <w:pPr>
        <w:rPr>
          <w:lang w:val="de-DE"/>
        </w:rPr>
      </w:pPr>
    </w:p>
    <w:sectPr w:rsidR="00134D6E" w:rsidRPr="008B1920" w:rsidSect="00034616">
      <w:headerReference w:type="default" r:id="rId19"/>
      <w:footerReference w:type="default" r:id="rId2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44593" w14:textId="77777777" w:rsidR="00ED4CBC" w:rsidRDefault="00ED4CBC" w:rsidP="00C31713">
      <w:pPr>
        <w:spacing w:after="0" w:line="240" w:lineRule="auto"/>
      </w:pPr>
      <w:r>
        <w:separator/>
      </w:r>
    </w:p>
  </w:endnote>
  <w:endnote w:type="continuationSeparator" w:id="0">
    <w:p w14:paraId="09142A77" w14:textId="77777777" w:rsidR="00ED4CBC" w:rsidRDefault="00ED4CBC" w:rsidP="00C31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EE600" w14:textId="59FC7F11" w:rsidR="00B26AA1" w:rsidRPr="00647E51" w:rsidRDefault="00E8221F" w:rsidP="00E8221F">
    <w:pPr>
      <w:pStyle w:val="Pieddepage"/>
      <w:jc w:val="center"/>
      <w:rPr>
        <w:rFonts w:ascii="Tahoma" w:hAnsi="Tahoma"/>
        <w:color w:val="009999"/>
        <w:lang w:val="fr-BE"/>
      </w:rPr>
    </w:pPr>
    <w:hyperlink r:id="rId1" w:history="1">
      <w:proofErr w:type="spellStart"/>
      <w:r w:rsidRPr="00647E51">
        <w:rPr>
          <w:rStyle w:val="Lienhypertexte"/>
          <w:rFonts w:ascii="Tahoma" w:hAnsi="Tahoma"/>
          <w:color w:val="009999"/>
          <w:lang w:val="fr-BE"/>
        </w:rPr>
        <w:t>Bekijk</w:t>
      </w:r>
      <w:proofErr w:type="spellEnd"/>
      <w:r w:rsidRPr="00647E51">
        <w:rPr>
          <w:rStyle w:val="Lienhypertexte"/>
          <w:rFonts w:ascii="Tahoma" w:hAnsi="Tahoma"/>
          <w:color w:val="009999"/>
          <w:lang w:val="fr-BE"/>
        </w:rPr>
        <w:t xml:space="preserve"> </w:t>
      </w:r>
      <w:r w:rsidR="00A364C1" w:rsidRPr="00647E51">
        <w:rPr>
          <w:rStyle w:val="Lienhypertexte"/>
          <w:rFonts w:ascii="Tahoma" w:hAnsi="Tahoma"/>
          <w:color w:val="009999"/>
          <w:lang w:val="fr-BE"/>
        </w:rPr>
        <w:t xml:space="preserve">hier </w:t>
      </w:r>
      <w:proofErr w:type="spellStart"/>
      <w:r w:rsidRPr="00647E51">
        <w:rPr>
          <w:rStyle w:val="Lienhypertexte"/>
          <w:rFonts w:ascii="Tahoma" w:hAnsi="Tahoma"/>
          <w:color w:val="009999"/>
          <w:lang w:val="fr-BE"/>
        </w:rPr>
        <w:t>VOMinfo</w:t>
      </w:r>
      <w:proofErr w:type="spellEnd"/>
      <w:r w:rsidRPr="00647E51">
        <w:rPr>
          <w:rStyle w:val="Lienhypertexte"/>
          <w:rFonts w:ascii="Tahoma" w:hAnsi="Tahoma"/>
          <w:color w:val="009999"/>
          <w:lang w:val="fr-BE"/>
        </w:rPr>
        <w:t xml:space="preserve"> Online</w:t>
      </w:r>
      <w:r w:rsidR="00A364C1" w:rsidRPr="00647E51">
        <w:rPr>
          <w:rStyle w:val="Lienhypertexte"/>
          <w:rFonts w:ascii="Tahoma" w:hAnsi="Tahoma"/>
          <w:color w:val="009999"/>
          <w:lang w:val="fr-BE"/>
        </w:rPr>
        <w:t xml:space="preserve"> </w:t>
      </w:r>
    </w:hyperlink>
    <w:r w:rsidR="00A364C1" w:rsidRPr="00647E51">
      <w:rPr>
        <w:rFonts w:ascii="Tahoma" w:hAnsi="Tahoma"/>
        <w:color w:val="009999"/>
        <w:lang w:val="fr-B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8B83F" w14:textId="77777777" w:rsidR="00ED4CBC" w:rsidRDefault="00ED4CBC" w:rsidP="00C31713">
      <w:pPr>
        <w:spacing w:after="0" w:line="240" w:lineRule="auto"/>
      </w:pPr>
      <w:r>
        <w:separator/>
      </w:r>
    </w:p>
  </w:footnote>
  <w:footnote w:type="continuationSeparator" w:id="0">
    <w:p w14:paraId="6ED571C8" w14:textId="77777777" w:rsidR="00ED4CBC" w:rsidRDefault="00ED4CBC" w:rsidP="00C31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F3131" w14:textId="256F46E7" w:rsidR="00C31713" w:rsidRPr="00812BCB" w:rsidRDefault="00C31713" w:rsidP="00C31713">
    <w:pPr>
      <w:pStyle w:val="Titre"/>
      <w:pBdr>
        <w:bottom w:val="none" w:sz="0" w:space="0" w:color="auto"/>
      </w:pBdr>
      <w:jc w:val="both"/>
      <w:rPr>
        <w:lang w:val="fr-BE"/>
      </w:rPr>
    </w:pPr>
    <w:r w:rsidRPr="00C31713">
      <w:rPr>
        <w:noProof/>
      </w:rPr>
      <w:drawing>
        <wp:anchor distT="0" distB="0" distL="114300" distR="114300" simplePos="0" relativeHeight="251658240" behindDoc="1" locked="0" layoutInCell="1" allowOverlap="1" wp14:anchorId="34C32B3C" wp14:editId="77A79FF7">
          <wp:simplePos x="0" y="0"/>
          <wp:positionH relativeFrom="column">
            <wp:posOffset>5367020</wp:posOffset>
          </wp:positionH>
          <wp:positionV relativeFrom="paragraph">
            <wp:posOffset>-360680</wp:posOffset>
          </wp:positionV>
          <wp:extent cx="722630" cy="1026795"/>
          <wp:effectExtent l="0" t="0" r="1270" b="1905"/>
          <wp:wrapTight wrapText="bothSides">
            <wp:wrapPolygon edited="0">
              <wp:start x="0" y="0"/>
              <wp:lineTo x="0" y="21239"/>
              <wp:lineTo x="21069" y="21239"/>
              <wp:lineTo x="21069" y="0"/>
              <wp:lineTo x="0" y="0"/>
            </wp:wrapPolygon>
          </wp:wrapTight>
          <wp:docPr id="144415638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15638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2630" cy="1026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356637" w14:textId="4DA819CB" w:rsidR="00C31713" w:rsidRPr="00C31713" w:rsidRDefault="00C31713" w:rsidP="00C31713">
    <w:pPr>
      <w:pStyle w:val="En-tte"/>
      <w:jc w:val="right"/>
      <w:rPr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7689C3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3F4070"/>
    <w:multiLevelType w:val="multilevel"/>
    <w:tmpl w:val="83D6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4D1574"/>
    <w:multiLevelType w:val="hybridMultilevel"/>
    <w:tmpl w:val="41642ADE"/>
    <w:lvl w:ilvl="0" w:tplc="30AA4346">
      <w:start w:val="20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7F6C68"/>
    <w:multiLevelType w:val="hybridMultilevel"/>
    <w:tmpl w:val="67605A0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373EC"/>
    <w:multiLevelType w:val="hybridMultilevel"/>
    <w:tmpl w:val="8AB4C0FE"/>
    <w:lvl w:ilvl="0" w:tplc="AF56FA9A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5975FE"/>
    <w:multiLevelType w:val="multilevel"/>
    <w:tmpl w:val="ACC4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9B70FF"/>
    <w:multiLevelType w:val="hybridMultilevel"/>
    <w:tmpl w:val="B08A20C0"/>
    <w:lvl w:ilvl="0" w:tplc="52F62D50">
      <w:start w:val="20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174BB"/>
    <w:multiLevelType w:val="hybridMultilevel"/>
    <w:tmpl w:val="DC8C78D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6B1A1B"/>
    <w:multiLevelType w:val="hybridMultilevel"/>
    <w:tmpl w:val="7E66851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26731"/>
    <w:multiLevelType w:val="hybridMultilevel"/>
    <w:tmpl w:val="1A5C7E82"/>
    <w:lvl w:ilvl="0" w:tplc="9D6233F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3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134124">
    <w:abstractNumId w:val="8"/>
  </w:num>
  <w:num w:numId="2" w16cid:durableId="633951934">
    <w:abstractNumId w:val="6"/>
  </w:num>
  <w:num w:numId="3" w16cid:durableId="1011639098">
    <w:abstractNumId w:val="5"/>
  </w:num>
  <w:num w:numId="4" w16cid:durableId="2076731358">
    <w:abstractNumId w:val="4"/>
  </w:num>
  <w:num w:numId="5" w16cid:durableId="330375941">
    <w:abstractNumId w:val="7"/>
  </w:num>
  <w:num w:numId="6" w16cid:durableId="1224103860">
    <w:abstractNumId w:val="3"/>
  </w:num>
  <w:num w:numId="7" w16cid:durableId="1693724162">
    <w:abstractNumId w:val="2"/>
  </w:num>
  <w:num w:numId="8" w16cid:durableId="1248076438">
    <w:abstractNumId w:val="1"/>
  </w:num>
  <w:num w:numId="9" w16cid:durableId="1968078309">
    <w:abstractNumId w:val="0"/>
  </w:num>
  <w:num w:numId="10" w16cid:durableId="1762144260">
    <w:abstractNumId w:val="9"/>
  </w:num>
  <w:num w:numId="11" w16cid:durableId="1413355040">
    <w:abstractNumId w:val="16"/>
  </w:num>
  <w:num w:numId="12" w16cid:durableId="796412126">
    <w:abstractNumId w:val="11"/>
  </w:num>
  <w:num w:numId="13" w16cid:durableId="911890452">
    <w:abstractNumId w:val="13"/>
  </w:num>
  <w:num w:numId="14" w16cid:durableId="1851986110">
    <w:abstractNumId w:val="15"/>
  </w:num>
  <w:num w:numId="15" w16cid:durableId="225454544">
    <w:abstractNumId w:val="17"/>
  </w:num>
  <w:num w:numId="16" w16cid:durableId="1994479887">
    <w:abstractNumId w:val="12"/>
  </w:num>
  <w:num w:numId="17" w16cid:durableId="2103916171">
    <w:abstractNumId w:val="14"/>
  </w:num>
  <w:num w:numId="18" w16cid:durableId="4004443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1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A60"/>
    <w:rsid w:val="00011F03"/>
    <w:rsid w:val="00034616"/>
    <w:rsid w:val="00052FBA"/>
    <w:rsid w:val="0006063C"/>
    <w:rsid w:val="00067356"/>
    <w:rsid w:val="00085E69"/>
    <w:rsid w:val="00092002"/>
    <w:rsid w:val="000A0BAC"/>
    <w:rsid w:val="000E6B79"/>
    <w:rsid w:val="000F198A"/>
    <w:rsid w:val="00111BC8"/>
    <w:rsid w:val="001169E2"/>
    <w:rsid w:val="001176DE"/>
    <w:rsid w:val="00134D6E"/>
    <w:rsid w:val="0015074B"/>
    <w:rsid w:val="0016268E"/>
    <w:rsid w:val="001730E6"/>
    <w:rsid w:val="001871D9"/>
    <w:rsid w:val="00197639"/>
    <w:rsid w:val="001A60D5"/>
    <w:rsid w:val="001B72E5"/>
    <w:rsid w:val="001C1136"/>
    <w:rsid w:val="001D4B02"/>
    <w:rsid w:val="001D5EE6"/>
    <w:rsid w:val="001E0437"/>
    <w:rsid w:val="00200513"/>
    <w:rsid w:val="00202C53"/>
    <w:rsid w:val="00246D9D"/>
    <w:rsid w:val="00252D34"/>
    <w:rsid w:val="002608B4"/>
    <w:rsid w:val="00260B98"/>
    <w:rsid w:val="00272D8A"/>
    <w:rsid w:val="00287466"/>
    <w:rsid w:val="00291E55"/>
    <w:rsid w:val="0029639D"/>
    <w:rsid w:val="002A1242"/>
    <w:rsid w:val="002C61D5"/>
    <w:rsid w:val="002D0820"/>
    <w:rsid w:val="002D33EE"/>
    <w:rsid w:val="002E20A6"/>
    <w:rsid w:val="002E7DC8"/>
    <w:rsid w:val="002F7B68"/>
    <w:rsid w:val="00311B25"/>
    <w:rsid w:val="00326169"/>
    <w:rsid w:val="00326F90"/>
    <w:rsid w:val="003348E5"/>
    <w:rsid w:val="0036773E"/>
    <w:rsid w:val="0038247D"/>
    <w:rsid w:val="003A232F"/>
    <w:rsid w:val="003A6598"/>
    <w:rsid w:val="003B009A"/>
    <w:rsid w:val="003D2B89"/>
    <w:rsid w:val="003F54BB"/>
    <w:rsid w:val="00400DAD"/>
    <w:rsid w:val="0040119B"/>
    <w:rsid w:val="0040217F"/>
    <w:rsid w:val="00426BAA"/>
    <w:rsid w:val="004318B3"/>
    <w:rsid w:val="004341D7"/>
    <w:rsid w:val="00451AC4"/>
    <w:rsid w:val="00451BE8"/>
    <w:rsid w:val="00452AD6"/>
    <w:rsid w:val="004864B6"/>
    <w:rsid w:val="00497D24"/>
    <w:rsid w:val="004B52AC"/>
    <w:rsid w:val="004F6AF6"/>
    <w:rsid w:val="005112D7"/>
    <w:rsid w:val="00516FA4"/>
    <w:rsid w:val="00553C27"/>
    <w:rsid w:val="005646BE"/>
    <w:rsid w:val="005669BB"/>
    <w:rsid w:val="005A229B"/>
    <w:rsid w:val="005A2895"/>
    <w:rsid w:val="005B59DA"/>
    <w:rsid w:val="005D29A6"/>
    <w:rsid w:val="005E3C82"/>
    <w:rsid w:val="005F3A23"/>
    <w:rsid w:val="005F48F1"/>
    <w:rsid w:val="00600740"/>
    <w:rsid w:val="00621671"/>
    <w:rsid w:val="00647E51"/>
    <w:rsid w:val="00661001"/>
    <w:rsid w:val="00683DF1"/>
    <w:rsid w:val="006E1267"/>
    <w:rsid w:val="00702F34"/>
    <w:rsid w:val="007339C2"/>
    <w:rsid w:val="00786D97"/>
    <w:rsid w:val="007B608F"/>
    <w:rsid w:val="007C2E05"/>
    <w:rsid w:val="007C7EE3"/>
    <w:rsid w:val="007E55C3"/>
    <w:rsid w:val="007F1DAA"/>
    <w:rsid w:val="007F4AFC"/>
    <w:rsid w:val="0080250F"/>
    <w:rsid w:val="00810F54"/>
    <w:rsid w:val="00812BCB"/>
    <w:rsid w:val="008562CF"/>
    <w:rsid w:val="0089196D"/>
    <w:rsid w:val="00892B7C"/>
    <w:rsid w:val="008A6874"/>
    <w:rsid w:val="008B1920"/>
    <w:rsid w:val="008F00E6"/>
    <w:rsid w:val="008F36D5"/>
    <w:rsid w:val="009113DB"/>
    <w:rsid w:val="00922061"/>
    <w:rsid w:val="00924F1A"/>
    <w:rsid w:val="00937F2F"/>
    <w:rsid w:val="009545A3"/>
    <w:rsid w:val="00954E58"/>
    <w:rsid w:val="00977C10"/>
    <w:rsid w:val="009C07C3"/>
    <w:rsid w:val="009E09B5"/>
    <w:rsid w:val="00A0238C"/>
    <w:rsid w:val="00A12FBE"/>
    <w:rsid w:val="00A21C97"/>
    <w:rsid w:val="00A24D9F"/>
    <w:rsid w:val="00A364C1"/>
    <w:rsid w:val="00A61E8F"/>
    <w:rsid w:val="00A65B7B"/>
    <w:rsid w:val="00A70B65"/>
    <w:rsid w:val="00A7255C"/>
    <w:rsid w:val="00A842FD"/>
    <w:rsid w:val="00A904B8"/>
    <w:rsid w:val="00A907F3"/>
    <w:rsid w:val="00A92C63"/>
    <w:rsid w:val="00AA1D8D"/>
    <w:rsid w:val="00AA2804"/>
    <w:rsid w:val="00AB1374"/>
    <w:rsid w:val="00AC7740"/>
    <w:rsid w:val="00AD128A"/>
    <w:rsid w:val="00AD5D2B"/>
    <w:rsid w:val="00AE3174"/>
    <w:rsid w:val="00AF2331"/>
    <w:rsid w:val="00B01865"/>
    <w:rsid w:val="00B0403C"/>
    <w:rsid w:val="00B148B5"/>
    <w:rsid w:val="00B17150"/>
    <w:rsid w:val="00B26AA1"/>
    <w:rsid w:val="00B47730"/>
    <w:rsid w:val="00B626A4"/>
    <w:rsid w:val="00B741F8"/>
    <w:rsid w:val="00B82DCC"/>
    <w:rsid w:val="00B91D48"/>
    <w:rsid w:val="00B91E8A"/>
    <w:rsid w:val="00B93F2D"/>
    <w:rsid w:val="00BA0A6B"/>
    <w:rsid w:val="00BC2C3C"/>
    <w:rsid w:val="00BD33D7"/>
    <w:rsid w:val="00BE7CE1"/>
    <w:rsid w:val="00BF2E1C"/>
    <w:rsid w:val="00C11CAE"/>
    <w:rsid w:val="00C20193"/>
    <w:rsid w:val="00C31713"/>
    <w:rsid w:val="00C37D0C"/>
    <w:rsid w:val="00C424A3"/>
    <w:rsid w:val="00C4526A"/>
    <w:rsid w:val="00C56CE3"/>
    <w:rsid w:val="00C618EF"/>
    <w:rsid w:val="00C9319B"/>
    <w:rsid w:val="00CB0664"/>
    <w:rsid w:val="00CD16A6"/>
    <w:rsid w:val="00D11DD9"/>
    <w:rsid w:val="00D15111"/>
    <w:rsid w:val="00D21EA9"/>
    <w:rsid w:val="00D40267"/>
    <w:rsid w:val="00D61F65"/>
    <w:rsid w:val="00D716E9"/>
    <w:rsid w:val="00D744B2"/>
    <w:rsid w:val="00D92AE1"/>
    <w:rsid w:val="00DA07F3"/>
    <w:rsid w:val="00DA7736"/>
    <w:rsid w:val="00DB317C"/>
    <w:rsid w:val="00DC1A7A"/>
    <w:rsid w:val="00DF7F99"/>
    <w:rsid w:val="00E0075E"/>
    <w:rsid w:val="00E07AEE"/>
    <w:rsid w:val="00E4560A"/>
    <w:rsid w:val="00E47B8E"/>
    <w:rsid w:val="00E576C2"/>
    <w:rsid w:val="00E66194"/>
    <w:rsid w:val="00E74069"/>
    <w:rsid w:val="00E8221F"/>
    <w:rsid w:val="00E97E2C"/>
    <w:rsid w:val="00EA76A3"/>
    <w:rsid w:val="00EC03C6"/>
    <w:rsid w:val="00EC1792"/>
    <w:rsid w:val="00ED4CBC"/>
    <w:rsid w:val="00EE5A44"/>
    <w:rsid w:val="00F24C3C"/>
    <w:rsid w:val="00F27CFD"/>
    <w:rsid w:val="00F7549E"/>
    <w:rsid w:val="00F81571"/>
    <w:rsid w:val="00F83C26"/>
    <w:rsid w:val="00F95025"/>
    <w:rsid w:val="00FA5D07"/>
    <w:rsid w:val="00FB2F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9EF50A"/>
  <w14:defaultImageDpi w14:val="300"/>
  <w15:docId w15:val="{3E20D110-FB0C-44ED-A335-416AEB58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150"/>
    <w:rPr>
      <w:rFonts w:ascii="Calibri" w:hAnsi="Calibri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7E89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62167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167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545A3"/>
    <w:rPr>
      <w:color w:val="800080" w:themeColor="followedHyperlink"/>
      <w:u w:val="single"/>
    </w:rPr>
  </w:style>
  <w:style w:type="paragraph" w:styleId="Rvision">
    <w:name w:val="Revision"/>
    <w:hidden/>
    <w:uiPriority w:val="99"/>
    <w:semiHidden/>
    <w:rsid w:val="00252D34"/>
    <w:pPr>
      <w:spacing w:after="0" w:line="240" w:lineRule="auto"/>
    </w:pPr>
    <w:rPr>
      <w:rFonts w:ascii="Calibri" w:hAnsi="Calibri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DA07F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A07F3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A07F3"/>
    <w:rPr>
      <w:rFonts w:ascii="Calibri" w:hAnsi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A07F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A07F3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om.be/nl/kenniscentrum/116/magazine-vominfo" TargetMode="Externa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julie@vom.be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ulie@vom.be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om.be/nl/magazin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20b5cd-2d6f-4d17-9d92-411146fa2eef" xsi:nil="true"/>
    <lcf76f155ced4ddcb4097134ff3c332f xmlns="73093218-f2e4-4350-8384-59ea536cd4a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49CF8BB549E4886A7B23B0CDA5D18" ma:contentTypeVersion="16" ma:contentTypeDescription="Crée un document." ma:contentTypeScope="" ma:versionID="d3f50394918faf41d7bc556aa27cf163">
  <xsd:schema xmlns:xsd="http://www.w3.org/2001/XMLSchema" xmlns:xs="http://www.w3.org/2001/XMLSchema" xmlns:p="http://schemas.microsoft.com/office/2006/metadata/properties" xmlns:ns2="73093218-f2e4-4350-8384-59ea536cd4a9" xmlns:ns3="4020b5cd-2d6f-4d17-9d92-411146fa2eef" targetNamespace="http://schemas.microsoft.com/office/2006/metadata/properties" ma:root="true" ma:fieldsID="ffc07e3bb9cc5dda859a6da4c3ca72df" ns2:_="" ns3:_="">
    <xsd:import namespace="73093218-f2e4-4350-8384-59ea536cd4a9"/>
    <xsd:import namespace="4020b5cd-2d6f-4d17-9d92-411146fa2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93218-f2e4-4350-8384-59ea536cd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974fb042-09cc-4eda-b922-d2fef1dc68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0b5cd-2d6f-4d17-9d92-411146fa2ee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f7d1836-b15c-4e12-a53d-e1748bb6e8da}" ma:internalName="TaxCatchAll" ma:showField="CatchAllData" ma:web="4020b5cd-2d6f-4d17-9d92-411146fa2e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729D20-671B-459E-AEE9-1B16B000D9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BFABEA-A266-4A8D-845C-3695AF5210EC}">
  <ds:schemaRefs>
    <ds:schemaRef ds:uri="http://schemas.microsoft.com/office/2006/metadata/properties"/>
    <ds:schemaRef ds:uri="http://schemas.microsoft.com/office/infopath/2007/PartnerControls"/>
    <ds:schemaRef ds:uri="4020b5cd-2d6f-4d17-9d92-411146fa2eef"/>
    <ds:schemaRef ds:uri="73093218-f2e4-4350-8384-59ea536cd4a9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17BD42-C89A-46C1-BE5F-592E5E90FE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1059</Words>
  <Characters>5825</Characters>
  <Application>Microsoft Office Word</Application>
  <DocSecurity>0</DocSecurity>
  <Lines>48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>, docId:C3C353BA96F48AFF98CFEB908BE294C6</cp:keywords>
  <dc:description>generated by python-docx</dc:description>
  <cp:lastModifiedBy>Julie Moreau</cp:lastModifiedBy>
  <cp:revision>114</cp:revision>
  <dcterms:created xsi:type="dcterms:W3CDTF">2026-07-22T15:31:00Z</dcterms:created>
  <dcterms:modified xsi:type="dcterms:W3CDTF">2026-07-23T13:40:00Z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0x0101007EA49CF8BB549E4886A7B23B0CDA5D18</vt:lpwstr>
  </property>
  <property fmtid="{D5CDD505-2E9C-101B-9397-08002B2CF9AE}" pid="3" name="MediaServiceImageTags">
    <vt:lpwstr/>
  </property>
</Properties>
</file>